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2B4D07" w14:textId="159AF063" w:rsidR="00376935" w:rsidRDefault="00376935">
      <w:pPr>
        <w:pStyle w:val="Nzev"/>
      </w:pPr>
      <w:r>
        <w:rPr>
          <w:noProof/>
        </w:rPr>
        <w:drawing>
          <wp:inline distT="0" distB="0" distL="0" distR="0" wp14:anchorId="5B7CD790" wp14:editId="667B494B">
            <wp:extent cx="5486400" cy="8229600"/>
            <wp:effectExtent l="0" t="0" r="0" b="0"/>
            <wp:docPr id="79239670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0F675" w14:textId="5A78AA54" w:rsidR="00D108DE" w:rsidRDefault="002D4F88">
      <w:pPr>
        <w:pStyle w:val="Nzev"/>
      </w:pPr>
      <w:proofErr w:type="spellStart"/>
      <w:r>
        <w:lastRenderedPageBreak/>
        <w:t>Školní</w:t>
      </w:r>
      <w:proofErr w:type="spellEnd"/>
      <w:r>
        <w:t xml:space="preserve"> </w:t>
      </w:r>
      <w:proofErr w:type="spellStart"/>
      <w:r>
        <w:t>vzdělávací</w:t>
      </w:r>
      <w:proofErr w:type="spellEnd"/>
      <w:r>
        <w:t xml:space="preserve"> program – MŠ Světluška Brno</w:t>
      </w:r>
    </w:p>
    <w:p w14:paraId="2FFBBFBF" w14:textId="77777777" w:rsidR="00D108DE" w:rsidRDefault="002D4F88">
      <w:pPr>
        <w:pStyle w:val="Nadpis1"/>
      </w:pPr>
      <w:r>
        <w:t>1. Identifikační údaje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198"/>
        <w:gridCol w:w="5658"/>
      </w:tblGrid>
      <w:tr w:rsidR="00D108DE" w14:paraId="02823BB3" w14:textId="77777777">
        <w:tc>
          <w:tcPr>
            <w:tcW w:w="3600" w:type="dxa"/>
          </w:tcPr>
          <w:p w14:paraId="67F7C2AC" w14:textId="77777777" w:rsidR="00D108DE" w:rsidRPr="00185C27" w:rsidRDefault="002D4F88">
            <w:pPr>
              <w:rPr>
                <w:sz w:val="24"/>
                <w:szCs w:val="24"/>
              </w:rPr>
            </w:pPr>
            <w:r w:rsidRPr="00185C27">
              <w:rPr>
                <w:sz w:val="24"/>
                <w:szCs w:val="24"/>
              </w:rPr>
              <w:t>Název školy</w:t>
            </w:r>
          </w:p>
        </w:tc>
        <w:tc>
          <w:tcPr>
            <w:tcW w:w="6480" w:type="dxa"/>
          </w:tcPr>
          <w:p w14:paraId="26F43AD8" w14:textId="77777777" w:rsidR="00D108DE" w:rsidRPr="00185C27" w:rsidRDefault="002D4F88">
            <w:pPr>
              <w:rPr>
                <w:sz w:val="24"/>
                <w:szCs w:val="24"/>
              </w:rPr>
            </w:pPr>
            <w:r w:rsidRPr="00185C27">
              <w:rPr>
                <w:sz w:val="24"/>
                <w:szCs w:val="24"/>
              </w:rPr>
              <w:t>Mateřská škola Světluška Brno</w:t>
            </w:r>
          </w:p>
        </w:tc>
      </w:tr>
      <w:tr w:rsidR="00D108DE" w14:paraId="1CC2669C" w14:textId="77777777">
        <w:tc>
          <w:tcPr>
            <w:tcW w:w="3600" w:type="dxa"/>
          </w:tcPr>
          <w:p w14:paraId="59390397" w14:textId="77777777" w:rsidR="00D108DE" w:rsidRPr="00185C27" w:rsidRDefault="002D4F88">
            <w:pPr>
              <w:rPr>
                <w:sz w:val="24"/>
                <w:szCs w:val="24"/>
              </w:rPr>
            </w:pPr>
            <w:r w:rsidRPr="00185C27">
              <w:rPr>
                <w:sz w:val="24"/>
                <w:szCs w:val="24"/>
              </w:rPr>
              <w:t>Adresa</w:t>
            </w:r>
          </w:p>
        </w:tc>
        <w:tc>
          <w:tcPr>
            <w:tcW w:w="6480" w:type="dxa"/>
          </w:tcPr>
          <w:p w14:paraId="7B4B8F39" w14:textId="77777777" w:rsidR="00D108DE" w:rsidRPr="00185C27" w:rsidRDefault="002D4F88">
            <w:pPr>
              <w:rPr>
                <w:sz w:val="24"/>
                <w:szCs w:val="24"/>
              </w:rPr>
            </w:pPr>
            <w:r w:rsidRPr="00185C27">
              <w:rPr>
                <w:sz w:val="24"/>
                <w:szCs w:val="24"/>
              </w:rPr>
              <w:t>Terezy Novákové 62a, Brno-Řečkovice, 62100</w:t>
            </w:r>
          </w:p>
        </w:tc>
      </w:tr>
      <w:tr w:rsidR="00D108DE" w14:paraId="09AD4A18" w14:textId="77777777">
        <w:tc>
          <w:tcPr>
            <w:tcW w:w="3600" w:type="dxa"/>
          </w:tcPr>
          <w:p w14:paraId="68E72D89" w14:textId="77777777" w:rsidR="00D108DE" w:rsidRPr="00185C27" w:rsidRDefault="002D4F88">
            <w:pPr>
              <w:rPr>
                <w:sz w:val="24"/>
                <w:szCs w:val="24"/>
              </w:rPr>
            </w:pPr>
            <w:r w:rsidRPr="00185C27">
              <w:rPr>
                <w:sz w:val="24"/>
                <w:szCs w:val="24"/>
              </w:rPr>
              <w:t>Zřizovatel</w:t>
            </w:r>
          </w:p>
        </w:tc>
        <w:tc>
          <w:tcPr>
            <w:tcW w:w="6480" w:type="dxa"/>
          </w:tcPr>
          <w:p w14:paraId="07CAC9D3" w14:textId="77777777" w:rsidR="00D108DE" w:rsidRPr="00185C27" w:rsidRDefault="002D4F88">
            <w:pPr>
              <w:rPr>
                <w:sz w:val="24"/>
                <w:szCs w:val="24"/>
              </w:rPr>
            </w:pPr>
            <w:r w:rsidRPr="00185C27">
              <w:rPr>
                <w:sz w:val="24"/>
                <w:szCs w:val="24"/>
              </w:rPr>
              <w:t>MC Světluška z.s., Haškova 3, Brno-Lesná, 63800</w:t>
            </w:r>
          </w:p>
        </w:tc>
      </w:tr>
      <w:tr w:rsidR="00D108DE" w14:paraId="10F633F7" w14:textId="77777777">
        <w:tc>
          <w:tcPr>
            <w:tcW w:w="3600" w:type="dxa"/>
          </w:tcPr>
          <w:p w14:paraId="58003529" w14:textId="77777777" w:rsidR="00D108DE" w:rsidRPr="00185C27" w:rsidRDefault="002D4F88">
            <w:pPr>
              <w:rPr>
                <w:sz w:val="24"/>
                <w:szCs w:val="24"/>
              </w:rPr>
            </w:pPr>
            <w:r w:rsidRPr="00185C27">
              <w:rPr>
                <w:sz w:val="24"/>
                <w:szCs w:val="24"/>
              </w:rPr>
              <w:t>Ředitelka</w:t>
            </w:r>
          </w:p>
        </w:tc>
        <w:tc>
          <w:tcPr>
            <w:tcW w:w="6480" w:type="dxa"/>
          </w:tcPr>
          <w:p w14:paraId="1B0459D0" w14:textId="77777777" w:rsidR="00D108DE" w:rsidRPr="00185C27" w:rsidRDefault="002D4F88">
            <w:pPr>
              <w:rPr>
                <w:sz w:val="24"/>
                <w:szCs w:val="24"/>
              </w:rPr>
            </w:pPr>
            <w:r w:rsidRPr="00185C27">
              <w:rPr>
                <w:sz w:val="24"/>
                <w:szCs w:val="24"/>
              </w:rPr>
              <w:t>Kateřina Musilová</w:t>
            </w:r>
          </w:p>
        </w:tc>
      </w:tr>
      <w:tr w:rsidR="00D108DE" w14:paraId="5C95BF97" w14:textId="77777777">
        <w:tc>
          <w:tcPr>
            <w:tcW w:w="3600" w:type="dxa"/>
          </w:tcPr>
          <w:p w14:paraId="5034556F" w14:textId="77777777" w:rsidR="00D108DE" w:rsidRPr="00185C27" w:rsidRDefault="002D4F88">
            <w:pPr>
              <w:rPr>
                <w:sz w:val="24"/>
                <w:szCs w:val="24"/>
              </w:rPr>
            </w:pPr>
            <w:r w:rsidRPr="00185C27">
              <w:rPr>
                <w:sz w:val="24"/>
                <w:szCs w:val="24"/>
              </w:rPr>
              <w:t>ŠVP vypracoval(a)</w:t>
            </w:r>
          </w:p>
        </w:tc>
        <w:tc>
          <w:tcPr>
            <w:tcW w:w="6480" w:type="dxa"/>
          </w:tcPr>
          <w:p w14:paraId="02BE60D7" w14:textId="77777777" w:rsidR="00D108DE" w:rsidRPr="00185C27" w:rsidRDefault="002D4F88">
            <w:pPr>
              <w:rPr>
                <w:sz w:val="24"/>
                <w:szCs w:val="24"/>
              </w:rPr>
            </w:pPr>
            <w:r w:rsidRPr="00185C27">
              <w:rPr>
                <w:sz w:val="24"/>
                <w:szCs w:val="24"/>
              </w:rPr>
              <w:t>Kateřina Musilová</w:t>
            </w:r>
          </w:p>
        </w:tc>
      </w:tr>
      <w:tr w:rsidR="00D108DE" w14:paraId="67B5F55D" w14:textId="77777777">
        <w:tc>
          <w:tcPr>
            <w:tcW w:w="3600" w:type="dxa"/>
          </w:tcPr>
          <w:p w14:paraId="77E3F97E" w14:textId="77777777" w:rsidR="00D108DE" w:rsidRPr="00185C27" w:rsidRDefault="002D4F88">
            <w:pPr>
              <w:rPr>
                <w:sz w:val="24"/>
                <w:szCs w:val="24"/>
              </w:rPr>
            </w:pPr>
            <w:r w:rsidRPr="00185C27">
              <w:rPr>
                <w:sz w:val="24"/>
                <w:szCs w:val="24"/>
              </w:rPr>
              <w:t>Kontakty</w:t>
            </w:r>
          </w:p>
        </w:tc>
        <w:tc>
          <w:tcPr>
            <w:tcW w:w="6480" w:type="dxa"/>
          </w:tcPr>
          <w:p w14:paraId="7FE74E5B" w14:textId="77777777" w:rsidR="00D108DE" w:rsidRPr="00185C27" w:rsidRDefault="002D4F88">
            <w:pPr>
              <w:rPr>
                <w:sz w:val="24"/>
                <w:szCs w:val="24"/>
              </w:rPr>
            </w:pPr>
            <w:r w:rsidRPr="00185C27">
              <w:rPr>
                <w:sz w:val="24"/>
                <w:szCs w:val="24"/>
              </w:rPr>
              <w:t>mc-svetluska@seznam.cz, tel. 605 35 54 36</w:t>
            </w:r>
          </w:p>
        </w:tc>
      </w:tr>
      <w:tr w:rsidR="00D108DE" w14:paraId="60769141" w14:textId="77777777">
        <w:tc>
          <w:tcPr>
            <w:tcW w:w="3600" w:type="dxa"/>
          </w:tcPr>
          <w:p w14:paraId="4A92D7D0" w14:textId="77777777" w:rsidR="00D108DE" w:rsidRPr="00185C27" w:rsidRDefault="002D4F88">
            <w:pPr>
              <w:rPr>
                <w:sz w:val="24"/>
                <w:szCs w:val="24"/>
              </w:rPr>
            </w:pPr>
            <w:r w:rsidRPr="00185C27">
              <w:rPr>
                <w:sz w:val="24"/>
                <w:szCs w:val="24"/>
              </w:rPr>
              <w:t>Platnost ŠVP</w:t>
            </w:r>
          </w:p>
        </w:tc>
        <w:tc>
          <w:tcPr>
            <w:tcW w:w="6480" w:type="dxa"/>
          </w:tcPr>
          <w:p w14:paraId="7E6E1708" w14:textId="68A713C5" w:rsidR="00D108DE" w:rsidRPr="00185C27" w:rsidRDefault="002D4F88">
            <w:pPr>
              <w:rPr>
                <w:sz w:val="24"/>
                <w:szCs w:val="24"/>
              </w:rPr>
            </w:pPr>
            <w:r w:rsidRPr="00185C27">
              <w:rPr>
                <w:sz w:val="24"/>
                <w:szCs w:val="24"/>
              </w:rPr>
              <w:t xml:space="preserve">od 1. 9. </w:t>
            </w:r>
            <w:r w:rsidR="00376935" w:rsidRPr="00185C27">
              <w:rPr>
                <w:sz w:val="24"/>
                <w:szCs w:val="24"/>
              </w:rPr>
              <w:t>2025 – 31. 8. 2028</w:t>
            </w:r>
          </w:p>
        </w:tc>
      </w:tr>
      <w:tr w:rsidR="00D108DE" w14:paraId="4163748E" w14:textId="77777777">
        <w:tc>
          <w:tcPr>
            <w:tcW w:w="3600" w:type="dxa"/>
          </w:tcPr>
          <w:p w14:paraId="3FAF547D" w14:textId="77777777" w:rsidR="00D108DE" w:rsidRPr="00185C27" w:rsidRDefault="002D4F88">
            <w:pPr>
              <w:rPr>
                <w:sz w:val="24"/>
                <w:szCs w:val="24"/>
              </w:rPr>
            </w:pPr>
            <w:r w:rsidRPr="00185C27">
              <w:rPr>
                <w:sz w:val="24"/>
                <w:szCs w:val="24"/>
              </w:rPr>
              <w:t>Kapacita školy</w:t>
            </w:r>
          </w:p>
        </w:tc>
        <w:tc>
          <w:tcPr>
            <w:tcW w:w="6480" w:type="dxa"/>
          </w:tcPr>
          <w:p w14:paraId="44490C23" w14:textId="77777777" w:rsidR="00D108DE" w:rsidRPr="00185C27" w:rsidRDefault="002D4F88">
            <w:pPr>
              <w:rPr>
                <w:sz w:val="24"/>
                <w:szCs w:val="24"/>
              </w:rPr>
            </w:pPr>
            <w:r w:rsidRPr="00185C27">
              <w:rPr>
                <w:sz w:val="24"/>
                <w:szCs w:val="24"/>
              </w:rPr>
              <w:t>25 dětí</w:t>
            </w:r>
          </w:p>
        </w:tc>
      </w:tr>
      <w:tr w:rsidR="00D108DE" w14:paraId="09377261" w14:textId="77777777">
        <w:tc>
          <w:tcPr>
            <w:tcW w:w="3600" w:type="dxa"/>
          </w:tcPr>
          <w:p w14:paraId="1F7B3D43" w14:textId="77777777" w:rsidR="00D108DE" w:rsidRPr="00185C27" w:rsidRDefault="002D4F88">
            <w:pPr>
              <w:rPr>
                <w:sz w:val="24"/>
                <w:szCs w:val="24"/>
              </w:rPr>
            </w:pPr>
            <w:r w:rsidRPr="00185C27">
              <w:rPr>
                <w:sz w:val="24"/>
                <w:szCs w:val="24"/>
              </w:rPr>
              <w:t>Počet tříd</w:t>
            </w:r>
          </w:p>
        </w:tc>
        <w:tc>
          <w:tcPr>
            <w:tcW w:w="6480" w:type="dxa"/>
          </w:tcPr>
          <w:p w14:paraId="55E9E65D" w14:textId="77777777" w:rsidR="00D108DE" w:rsidRPr="00185C27" w:rsidRDefault="002D4F88">
            <w:pPr>
              <w:rPr>
                <w:sz w:val="24"/>
                <w:szCs w:val="24"/>
              </w:rPr>
            </w:pPr>
            <w:r w:rsidRPr="00185C27">
              <w:rPr>
                <w:sz w:val="24"/>
                <w:szCs w:val="24"/>
              </w:rPr>
              <w:t>1</w:t>
            </w:r>
          </w:p>
        </w:tc>
      </w:tr>
      <w:tr w:rsidR="00D108DE" w14:paraId="1302CA1E" w14:textId="77777777">
        <w:tc>
          <w:tcPr>
            <w:tcW w:w="3600" w:type="dxa"/>
          </w:tcPr>
          <w:p w14:paraId="2F2B98A1" w14:textId="77777777" w:rsidR="00D108DE" w:rsidRPr="00185C27" w:rsidRDefault="002D4F88">
            <w:pPr>
              <w:rPr>
                <w:sz w:val="24"/>
                <w:szCs w:val="24"/>
              </w:rPr>
            </w:pPr>
            <w:r w:rsidRPr="00185C27">
              <w:rPr>
                <w:sz w:val="24"/>
                <w:szCs w:val="24"/>
              </w:rPr>
              <w:t>Provoz školy</w:t>
            </w:r>
          </w:p>
        </w:tc>
        <w:tc>
          <w:tcPr>
            <w:tcW w:w="6480" w:type="dxa"/>
          </w:tcPr>
          <w:p w14:paraId="368B2477" w14:textId="77777777" w:rsidR="00D108DE" w:rsidRPr="00185C27" w:rsidRDefault="002D4F88">
            <w:pPr>
              <w:rPr>
                <w:sz w:val="24"/>
                <w:szCs w:val="24"/>
              </w:rPr>
            </w:pPr>
            <w:r w:rsidRPr="00185C27">
              <w:rPr>
                <w:sz w:val="24"/>
                <w:szCs w:val="24"/>
              </w:rPr>
              <w:t>7:30 – 17:00</w:t>
            </w:r>
          </w:p>
        </w:tc>
      </w:tr>
    </w:tbl>
    <w:p w14:paraId="6D108F0D" w14:textId="77777777" w:rsidR="00D108DE" w:rsidRDefault="002D4F88">
      <w:pPr>
        <w:pStyle w:val="Nadpis1"/>
      </w:pPr>
      <w:r>
        <w:t>2. Stručná historie školy</w:t>
      </w:r>
    </w:p>
    <w:p w14:paraId="2F4CE1BB" w14:textId="55A016A2" w:rsidR="00D108DE" w:rsidRPr="00185C27" w:rsidRDefault="002D4F88" w:rsidP="00185C27">
      <w:pPr>
        <w:rPr>
          <w:sz w:val="24"/>
          <w:szCs w:val="24"/>
        </w:rPr>
      </w:pPr>
      <w:r>
        <w:br/>
      </w:r>
      <w:r w:rsidRPr="00185C27">
        <w:rPr>
          <w:sz w:val="24"/>
          <w:szCs w:val="24"/>
        </w:rPr>
        <w:t xml:space="preserve">Mateřská škola Světluška vyrostla z mateřského centra působícího </w:t>
      </w:r>
      <w:proofErr w:type="spellStart"/>
      <w:r w:rsidRPr="00185C27">
        <w:rPr>
          <w:sz w:val="24"/>
          <w:szCs w:val="24"/>
        </w:rPr>
        <w:t>na</w:t>
      </w:r>
      <w:proofErr w:type="spellEnd"/>
      <w:r w:rsidRPr="00185C27">
        <w:rPr>
          <w:sz w:val="24"/>
          <w:szCs w:val="24"/>
        </w:rPr>
        <w:t xml:space="preserve"> </w:t>
      </w:r>
      <w:proofErr w:type="spellStart"/>
      <w:r w:rsidRPr="00185C27">
        <w:rPr>
          <w:sz w:val="24"/>
          <w:szCs w:val="24"/>
        </w:rPr>
        <w:t>Terezy</w:t>
      </w:r>
      <w:proofErr w:type="spellEnd"/>
      <w:r w:rsidRPr="00185C27">
        <w:rPr>
          <w:sz w:val="24"/>
          <w:szCs w:val="24"/>
        </w:rPr>
        <w:t xml:space="preserve"> </w:t>
      </w:r>
      <w:proofErr w:type="spellStart"/>
      <w:r w:rsidRPr="00185C27">
        <w:rPr>
          <w:sz w:val="24"/>
          <w:szCs w:val="24"/>
        </w:rPr>
        <w:t>Novákové</w:t>
      </w:r>
      <w:proofErr w:type="spellEnd"/>
      <w:r w:rsidRPr="00185C27">
        <w:rPr>
          <w:sz w:val="24"/>
          <w:szCs w:val="24"/>
        </w:rPr>
        <w:t xml:space="preserve"> 62a</w:t>
      </w:r>
      <w:r w:rsidR="00185C27" w:rsidRPr="00185C27">
        <w:rPr>
          <w:sz w:val="24"/>
          <w:szCs w:val="24"/>
        </w:rPr>
        <w:t xml:space="preserve"> </w:t>
      </w:r>
      <w:proofErr w:type="spellStart"/>
      <w:r w:rsidRPr="00185C27">
        <w:rPr>
          <w:sz w:val="24"/>
          <w:szCs w:val="24"/>
        </w:rPr>
        <w:t>už</w:t>
      </w:r>
      <w:proofErr w:type="spellEnd"/>
      <w:r w:rsidRPr="00185C27">
        <w:rPr>
          <w:sz w:val="24"/>
          <w:szCs w:val="24"/>
        </w:rPr>
        <w:t xml:space="preserve"> </w:t>
      </w:r>
      <w:proofErr w:type="spellStart"/>
      <w:r w:rsidRPr="00185C27">
        <w:rPr>
          <w:sz w:val="24"/>
          <w:szCs w:val="24"/>
        </w:rPr>
        <w:t>od</w:t>
      </w:r>
      <w:proofErr w:type="spellEnd"/>
      <w:r w:rsidRPr="00185C27">
        <w:rPr>
          <w:sz w:val="24"/>
          <w:szCs w:val="24"/>
        </w:rPr>
        <w:t xml:space="preserve"> </w:t>
      </w:r>
      <w:proofErr w:type="spellStart"/>
      <w:r w:rsidRPr="00185C27">
        <w:rPr>
          <w:sz w:val="24"/>
          <w:szCs w:val="24"/>
        </w:rPr>
        <w:t>podzimu</w:t>
      </w:r>
      <w:proofErr w:type="spellEnd"/>
      <w:r w:rsidRPr="00185C27">
        <w:rPr>
          <w:sz w:val="24"/>
          <w:szCs w:val="24"/>
        </w:rPr>
        <w:t xml:space="preserve"> 2014.</w:t>
      </w:r>
      <w:r w:rsidRPr="00185C27">
        <w:rPr>
          <w:sz w:val="24"/>
          <w:szCs w:val="24"/>
        </w:rPr>
        <w:br/>
        <w:t>Zřizovatelem školy je samotné mateřské centrum, jedná se tedy o školu soukromou. Od září 2015 je MŠ Světluška zapsána do Rejstříku škol a školských zařízení.</w:t>
      </w:r>
      <w:r w:rsidRPr="00185C27">
        <w:rPr>
          <w:sz w:val="24"/>
          <w:szCs w:val="24"/>
        </w:rPr>
        <w:br/>
        <w:t>Zpočátku sloužila jako možnost vzdělávání pro dvouleté děti, které nebyly přijaty do veřejné školy. Díky nízkému školnému byla dostupná širokým vrstvám společnosti.</w:t>
      </w:r>
      <w:r w:rsidRPr="00185C27">
        <w:rPr>
          <w:sz w:val="24"/>
          <w:szCs w:val="24"/>
        </w:rPr>
        <w:br/>
        <w:t>Od roku 2018 roste podíl dětí, které docházejí více než jeden školní rok. V současnosti je průměrný věk dětí 4,5 roku a průměrná doba docházky přes dva roky.</w:t>
      </w:r>
      <w:r w:rsidRPr="00185C27">
        <w:rPr>
          <w:sz w:val="24"/>
          <w:szCs w:val="24"/>
        </w:rPr>
        <w:br/>
      </w:r>
    </w:p>
    <w:p w14:paraId="337C8E16" w14:textId="77777777" w:rsidR="00D108DE" w:rsidRDefault="002D4F88">
      <w:pPr>
        <w:pStyle w:val="Nadpis1"/>
      </w:pPr>
      <w:r>
        <w:lastRenderedPageBreak/>
        <w:t>3. Charakteristika školy</w:t>
      </w:r>
    </w:p>
    <w:p w14:paraId="4C63C2F3" w14:textId="77777777" w:rsidR="00D108DE" w:rsidRDefault="002D4F88">
      <w:pPr>
        <w:pStyle w:val="Nadpis2"/>
      </w:pPr>
      <w:r>
        <w:t>3.1 Ideje školy</w:t>
      </w:r>
    </w:p>
    <w:p w14:paraId="2A3ABFC4" w14:textId="4EA86355" w:rsidR="00D108DE" w:rsidRDefault="002D4F88">
      <w:r>
        <w:t xml:space="preserve">Mateřská škola Světluška je </w:t>
      </w:r>
      <w:proofErr w:type="spellStart"/>
      <w:r>
        <w:t>jednotřídní</w:t>
      </w:r>
      <w:proofErr w:type="spellEnd"/>
      <w:r>
        <w:t xml:space="preserve"> </w:t>
      </w:r>
      <w:proofErr w:type="spellStart"/>
      <w:r>
        <w:t>soukromá</w:t>
      </w:r>
      <w:proofErr w:type="spellEnd"/>
      <w:r>
        <w:t xml:space="preserve"> </w:t>
      </w:r>
      <w:proofErr w:type="spellStart"/>
      <w:proofErr w:type="gramStart"/>
      <w:r>
        <w:t>škola</w:t>
      </w:r>
      <w:proofErr w:type="spellEnd"/>
      <w:r w:rsidR="00294FD4">
        <w:t xml:space="preserve"> </w:t>
      </w:r>
      <w:r>
        <w:t xml:space="preserve"> </w:t>
      </w:r>
      <w:proofErr w:type="spellStart"/>
      <w:r>
        <w:t>inspirovaná</w:t>
      </w:r>
      <w:proofErr w:type="spellEnd"/>
      <w:proofErr w:type="gramEnd"/>
      <w:r>
        <w:t xml:space="preserve"> </w:t>
      </w:r>
      <w:proofErr w:type="spellStart"/>
      <w:r>
        <w:t>programem</w:t>
      </w:r>
      <w:proofErr w:type="spellEnd"/>
      <w:r>
        <w:t xml:space="preserve"> </w:t>
      </w:r>
      <w:proofErr w:type="spellStart"/>
      <w:r>
        <w:t>Začít</w:t>
      </w:r>
      <w:proofErr w:type="spellEnd"/>
      <w:r>
        <w:t xml:space="preserve"> spolu. Její ideje stojí na třech pilířích:</w:t>
      </w:r>
    </w:p>
    <w:p w14:paraId="2ADB93BA" w14:textId="77777777" w:rsidR="00D108DE" w:rsidRDefault="002D4F88">
      <w:r>
        <w:rPr>
          <w:i/>
        </w:rPr>
        <w:t>• Osobnost dítěte – dítě je středem výchovně-vzdělávacího procesu, přístup k dítěti je individuální.</w:t>
      </w:r>
    </w:p>
    <w:p w14:paraId="44BF1206" w14:textId="77777777" w:rsidR="00D108DE" w:rsidRDefault="002D4F88">
      <w:r>
        <w:rPr>
          <w:i/>
        </w:rPr>
        <w:t>• Svoboda a individualita – důraz na podporu silných stránek dítěte a vědomí jeho limitů.</w:t>
      </w:r>
    </w:p>
    <w:p w14:paraId="712346A5" w14:textId="77777777" w:rsidR="00D108DE" w:rsidRDefault="002D4F88">
      <w:r>
        <w:rPr>
          <w:i/>
        </w:rPr>
        <w:t>• Finanční dostupnost – škola je otevřená všem sociálním skupinám.</w:t>
      </w:r>
    </w:p>
    <w:p w14:paraId="715A194E" w14:textId="6F36B094" w:rsidR="00D108DE" w:rsidRDefault="002D4F88">
      <w:r>
        <w:br/>
      </w:r>
      <w:proofErr w:type="spellStart"/>
      <w:r w:rsidRPr="00996E10">
        <w:rPr>
          <w:sz w:val="24"/>
          <w:szCs w:val="24"/>
        </w:rPr>
        <w:t>Dále</w:t>
      </w:r>
      <w:proofErr w:type="spellEnd"/>
      <w:r w:rsidRPr="00996E10">
        <w:rPr>
          <w:sz w:val="24"/>
          <w:szCs w:val="24"/>
        </w:rPr>
        <w:t xml:space="preserve"> se </w:t>
      </w:r>
      <w:proofErr w:type="spellStart"/>
      <w:r w:rsidRPr="00996E10">
        <w:rPr>
          <w:sz w:val="24"/>
          <w:szCs w:val="24"/>
        </w:rPr>
        <w:t>škola</w:t>
      </w:r>
      <w:proofErr w:type="spellEnd"/>
      <w:r w:rsidRPr="00996E10">
        <w:rPr>
          <w:sz w:val="24"/>
          <w:szCs w:val="24"/>
        </w:rPr>
        <w:t xml:space="preserve"> </w:t>
      </w:r>
      <w:proofErr w:type="spellStart"/>
      <w:r w:rsidRPr="00996E10">
        <w:rPr>
          <w:sz w:val="24"/>
          <w:szCs w:val="24"/>
        </w:rPr>
        <w:t>profiluje</w:t>
      </w:r>
      <w:proofErr w:type="spellEnd"/>
      <w:r w:rsidR="00996E10">
        <w:rPr>
          <w:sz w:val="24"/>
          <w:szCs w:val="24"/>
        </w:rPr>
        <w:t xml:space="preserve"> </w:t>
      </w:r>
      <w:proofErr w:type="spellStart"/>
      <w:r w:rsidR="00996E10">
        <w:rPr>
          <w:sz w:val="24"/>
          <w:szCs w:val="24"/>
        </w:rPr>
        <w:t>jednak</w:t>
      </w:r>
      <w:proofErr w:type="spellEnd"/>
      <w:r w:rsidRPr="00996E10">
        <w:rPr>
          <w:sz w:val="24"/>
          <w:szCs w:val="24"/>
        </w:rPr>
        <w:t xml:space="preserve"> </w:t>
      </w:r>
      <w:proofErr w:type="spellStart"/>
      <w:r w:rsidRPr="00996E10">
        <w:rPr>
          <w:sz w:val="24"/>
          <w:szCs w:val="24"/>
        </w:rPr>
        <w:t>zaměřením</w:t>
      </w:r>
      <w:proofErr w:type="spellEnd"/>
      <w:r w:rsidRPr="00996E10">
        <w:rPr>
          <w:sz w:val="24"/>
          <w:szCs w:val="24"/>
        </w:rPr>
        <w:t xml:space="preserve"> </w:t>
      </w:r>
      <w:proofErr w:type="spellStart"/>
      <w:r w:rsidRPr="00996E10">
        <w:rPr>
          <w:sz w:val="24"/>
          <w:szCs w:val="24"/>
        </w:rPr>
        <w:t>na</w:t>
      </w:r>
      <w:proofErr w:type="spellEnd"/>
      <w:r w:rsidRPr="00996E10">
        <w:rPr>
          <w:sz w:val="24"/>
          <w:szCs w:val="24"/>
        </w:rPr>
        <w:t xml:space="preserve"> </w:t>
      </w:r>
      <w:proofErr w:type="spellStart"/>
      <w:r w:rsidRPr="00996E10">
        <w:rPr>
          <w:sz w:val="24"/>
          <w:szCs w:val="24"/>
        </w:rPr>
        <w:t>živou</w:t>
      </w:r>
      <w:proofErr w:type="spellEnd"/>
      <w:r w:rsidRPr="00996E10">
        <w:rPr>
          <w:sz w:val="24"/>
          <w:szCs w:val="24"/>
        </w:rPr>
        <w:t xml:space="preserve"> přírodu a zvířata, podporuje např. chov tygra sumaterského v brněnské ZOO. </w:t>
      </w:r>
      <w:r w:rsidR="00996E10">
        <w:rPr>
          <w:sz w:val="24"/>
          <w:szCs w:val="24"/>
        </w:rPr>
        <w:t xml:space="preserve">Ale </w:t>
      </w:r>
      <w:proofErr w:type="spellStart"/>
      <w:r w:rsidR="00996E10">
        <w:rPr>
          <w:sz w:val="24"/>
          <w:szCs w:val="24"/>
        </w:rPr>
        <w:t>není</w:t>
      </w:r>
      <w:proofErr w:type="spellEnd"/>
      <w:r w:rsidR="00996E10">
        <w:rPr>
          <w:sz w:val="24"/>
          <w:szCs w:val="24"/>
        </w:rPr>
        <w:t xml:space="preserve"> </w:t>
      </w:r>
      <w:proofErr w:type="spellStart"/>
      <w:r w:rsidR="00996E10">
        <w:rPr>
          <w:sz w:val="24"/>
          <w:szCs w:val="24"/>
        </w:rPr>
        <w:t>nám</w:t>
      </w:r>
      <w:proofErr w:type="spellEnd"/>
      <w:r w:rsidR="00996E10">
        <w:rPr>
          <w:sz w:val="24"/>
          <w:szCs w:val="24"/>
        </w:rPr>
        <w:t xml:space="preserve"> </w:t>
      </w:r>
      <w:proofErr w:type="spellStart"/>
      <w:r w:rsidR="00996E10">
        <w:rPr>
          <w:sz w:val="24"/>
          <w:szCs w:val="24"/>
        </w:rPr>
        <w:t>cizí</w:t>
      </w:r>
      <w:proofErr w:type="spellEnd"/>
      <w:r w:rsidR="00996E10">
        <w:rPr>
          <w:sz w:val="24"/>
          <w:szCs w:val="24"/>
        </w:rPr>
        <w:t xml:space="preserve"> ani </w:t>
      </w:r>
      <w:proofErr w:type="spellStart"/>
      <w:r w:rsidR="00996E10">
        <w:rPr>
          <w:sz w:val="24"/>
          <w:szCs w:val="24"/>
        </w:rPr>
        <w:t>podpora</w:t>
      </w:r>
      <w:proofErr w:type="spellEnd"/>
      <w:r w:rsidR="00996E10">
        <w:rPr>
          <w:sz w:val="24"/>
          <w:szCs w:val="24"/>
        </w:rPr>
        <w:t xml:space="preserve"> </w:t>
      </w:r>
      <w:proofErr w:type="spellStart"/>
      <w:r w:rsidR="003C1AB8">
        <w:rPr>
          <w:sz w:val="24"/>
          <w:szCs w:val="24"/>
        </w:rPr>
        <w:t>sportovních</w:t>
      </w:r>
      <w:proofErr w:type="spellEnd"/>
      <w:r w:rsidR="003C1AB8">
        <w:rPr>
          <w:sz w:val="24"/>
          <w:szCs w:val="24"/>
        </w:rPr>
        <w:t xml:space="preserve"> </w:t>
      </w:r>
      <w:proofErr w:type="spellStart"/>
      <w:r w:rsidR="003C1AB8">
        <w:rPr>
          <w:sz w:val="24"/>
          <w:szCs w:val="24"/>
        </w:rPr>
        <w:t>aktivit</w:t>
      </w:r>
      <w:proofErr w:type="spellEnd"/>
      <w:r w:rsidR="003C1AB8">
        <w:rPr>
          <w:sz w:val="24"/>
          <w:szCs w:val="24"/>
        </w:rPr>
        <w:t xml:space="preserve">. </w:t>
      </w:r>
      <w:r w:rsidRPr="00996E10">
        <w:rPr>
          <w:sz w:val="24"/>
          <w:szCs w:val="24"/>
        </w:rPr>
        <w:t xml:space="preserve">Od </w:t>
      </w:r>
      <w:proofErr w:type="spellStart"/>
      <w:r w:rsidRPr="00996E10">
        <w:rPr>
          <w:sz w:val="24"/>
          <w:szCs w:val="24"/>
        </w:rPr>
        <w:t>roku</w:t>
      </w:r>
      <w:proofErr w:type="spellEnd"/>
      <w:r w:rsidRPr="00996E10">
        <w:rPr>
          <w:sz w:val="24"/>
          <w:szCs w:val="24"/>
        </w:rPr>
        <w:t xml:space="preserve"> 2023 </w:t>
      </w:r>
      <w:proofErr w:type="spellStart"/>
      <w:r w:rsidRPr="00996E10">
        <w:rPr>
          <w:sz w:val="24"/>
          <w:szCs w:val="24"/>
        </w:rPr>
        <w:t>začala</w:t>
      </w:r>
      <w:proofErr w:type="spellEnd"/>
      <w:r w:rsidR="003C1AB8">
        <w:rPr>
          <w:sz w:val="24"/>
          <w:szCs w:val="24"/>
        </w:rPr>
        <w:t xml:space="preserve"> </w:t>
      </w:r>
      <w:proofErr w:type="spellStart"/>
      <w:r w:rsidR="003C1AB8">
        <w:rPr>
          <w:sz w:val="24"/>
          <w:szCs w:val="24"/>
        </w:rPr>
        <w:t>škola</w:t>
      </w:r>
      <w:proofErr w:type="spellEnd"/>
      <w:r w:rsidRPr="00996E10">
        <w:rPr>
          <w:sz w:val="24"/>
          <w:szCs w:val="24"/>
        </w:rPr>
        <w:t xml:space="preserve"> </w:t>
      </w:r>
      <w:proofErr w:type="spellStart"/>
      <w:r w:rsidRPr="00996E10">
        <w:rPr>
          <w:sz w:val="24"/>
          <w:szCs w:val="24"/>
        </w:rPr>
        <w:t>využívat</w:t>
      </w:r>
      <w:proofErr w:type="spellEnd"/>
      <w:r w:rsidRPr="00996E10">
        <w:rPr>
          <w:sz w:val="24"/>
          <w:szCs w:val="24"/>
        </w:rPr>
        <w:t xml:space="preserve"> </w:t>
      </w:r>
      <w:proofErr w:type="spellStart"/>
      <w:r w:rsidRPr="00996E10">
        <w:rPr>
          <w:sz w:val="24"/>
          <w:szCs w:val="24"/>
        </w:rPr>
        <w:t>nové</w:t>
      </w:r>
      <w:proofErr w:type="spellEnd"/>
      <w:r w:rsidRPr="00996E10">
        <w:rPr>
          <w:sz w:val="24"/>
          <w:szCs w:val="24"/>
        </w:rPr>
        <w:t xml:space="preserve"> </w:t>
      </w:r>
      <w:proofErr w:type="spellStart"/>
      <w:r w:rsidRPr="00996E10">
        <w:rPr>
          <w:sz w:val="24"/>
          <w:szCs w:val="24"/>
        </w:rPr>
        <w:t>technologie</w:t>
      </w:r>
      <w:proofErr w:type="spellEnd"/>
      <w:r w:rsidRPr="00996E10">
        <w:rPr>
          <w:sz w:val="24"/>
          <w:szCs w:val="24"/>
        </w:rPr>
        <w:t xml:space="preserve"> (3Panel, </w:t>
      </w:r>
      <w:proofErr w:type="spellStart"/>
      <w:r w:rsidRPr="00996E10">
        <w:rPr>
          <w:sz w:val="24"/>
          <w:szCs w:val="24"/>
        </w:rPr>
        <w:t>tablety</w:t>
      </w:r>
      <w:proofErr w:type="spellEnd"/>
      <w:r w:rsidRPr="00996E10">
        <w:rPr>
          <w:sz w:val="24"/>
          <w:szCs w:val="24"/>
        </w:rPr>
        <w:t xml:space="preserve"> s </w:t>
      </w:r>
      <w:proofErr w:type="spellStart"/>
      <w:r w:rsidRPr="00996E10">
        <w:rPr>
          <w:sz w:val="24"/>
          <w:szCs w:val="24"/>
        </w:rPr>
        <w:t>edukativními</w:t>
      </w:r>
      <w:proofErr w:type="spellEnd"/>
      <w:r w:rsidRPr="00996E10">
        <w:rPr>
          <w:sz w:val="24"/>
          <w:szCs w:val="24"/>
        </w:rPr>
        <w:t xml:space="preserve"> </w:t>
      </w:r>
      <w:proofErr w:type="spellStart"/>
      <w:r w:rsidRPr="00996E10">
        <w:rPr>
          <w:sz w:val="24"/>
          <w:szCs w:val="24"/>
        </w:rPr>
        <w:t>hrami</w:t>
      </w:r>
      <w:proofErr w:type="spellEnd"/>
      <w:r w:rsidR="00376935" w:rsidRPr="00996E10">
        <w:rPr>
          <w:sz w:val="24"/>
          <w:szCs w:val="24"/>
        </w:rPr>
        <w:t xml:space="preserve">, </w:t>
      </w:r>
      <w:proofErr w:type="spellStart"/>
      <w:r w:rsidR="00376935" w:rsidRPr="00996E10">
        <w:rPr>
          <w:sz w:val="24"/>
          <w:szCs w:val="24"/>
        </w:rPr>
        <w:t>umělou</w:t>
      </w:r>
      <w:proofErr w:type="spellEnd"/>
      <w:r w:rsidR="00376935" w:rsidRPr="00996E10">
        <w:rPr>
          <w:sz w:val="24"/>
          <w:szCs w:val="24"/>
        </w:rPr>
        <w:t xml:space="preserve"> </w:t>
      </w:r>
      <w:proofErr w:type="spellStart"/>
      <w:r w:rsidR="00376935" w:rsidRPr="00996E10">
        <w:rPr>
          <w:sz w:val="24"/>
          <w:szCs w:val="24"/>
        </w:rPr>
        <w:t>inteligenci</w:t>
      </w:r>
      <w:proofErr w:type="spellEnd"/>
      <w:r w:rsidRPr="00996E10">
        <w:rPr>
          <w:sz w:val="24"/>
          <w:szCs w:val="24"/>
        </w:rPr>
        <w:t>).</w:t>
      </w:r>
      <w:r w:rsidRPr="00996E10">
        <w:rPr>
          <w:sz w:val="24"/>
          <w:szCs w:val="24"/>
        </w:rPr>
        <w:br/>
      </w:r>
    </w:p>
    <w:p w14:paraId="2889BECC" w14:textId="77777777" w:rsidR="00D108DE" w:rsidRDefault="002D4F88">
      <w:pPr>
        <w:pStyle w:val="Nadpis2"/>
      </w:pPr>
      <w:r>
        <w:t>3.2 Popis školy</w:t>
      </w:r>
    </w:p>
    <w:p w14:paraId="47695C85" w14:textId="65039597" w:rsidR="00D108DE" w:rsidRDefault="002D4F88">
      <w:r>
        <w:br/>
      </w:r>
      <w:r w:rsidRPr="003C1AB8">
        <w:rPr>
          <w:sz w:val="24"/>
          <w:szCs w:val="24"/>
        </w:rPr>
        <w:t>Škola se nachází v prvním patře budovy v Brně-Řečkovicích. Děti mají k dispozici oplocenou zahradu s herními prvky.</w:t>
      </w:r>
      <w:r w:rsidRPr="003C1AB8">
        <w:rPr>
          <w:sz w:val="24"/>
          <w:szCs w:val="24"/>
        </w:rPr>
        <w:br/>
        <w:t>Maximální kapacita je 25 dětí, nicméně škola preferuje menší skupinu (do 18 dětí) pro zachování individuálního přístupu.</w:t>
      </w:r>
      <w:r w:rsidRPr="003C1AB8">
        <w:rPr>
          <w:sz w:val="24"/>
          <w:szCs w:val="24"/>
        </w:rPr>
        <w:br/>
        <w:t xml:space="preserve">Všechny děti se vzdělávají společně bez ohledu na věk. </w:t>
      </w:r>
      <w:proofErr w:type="spellStart"/>
      <w:r w:rsidRPr="003C1AB8">
        <w:rPr>
          <w:sz w:val="24"/>
          <w:szCs w:val="24"/>
        </w:rPr>
        <w:t>Vnitřní</w:t>
      </w:r>
      <w:proofErr w:type="spellEnd"/>
      <w:r w:rsidRPr="003C1AB8">
        <w:rPr>
          <w:sz w:val="24"/>
          <w:szCs w:val="24"/>
        </w:rPr>
        <w:t xml:space="preserve"> </w:t>
      </w:r>
      <w:proofErr w:type="spellStart"/>
      <w:r w:rsidRPr="003C1AB8">
        <w:rPr>
          <w:sz w:val="24"/>
          <w:szCs w:val="24"/>
        </w:rPr>
        <w:t>prostory</w:t>
      </w:r>
      <w:proofErr w:type="spellEnd"/>
      <w:r w:rsidRPr="003C1AB8">
        <w:rPr>
          <w:sz w:val="24"/>
          <w:szCs w:val="24"/>
        </w:rPr>
        <w:t xml:space="preserve"> </w:t>
      </w:r>
      <w:proofErr w:type="spellStart"/>
      <w:r w:rsidRPr="003C1AB8">
        <w:rPr>
          <w:sz w:val="24"/>
          <w:szCs w:val="24"/>
        </w:rPr>
        <w:t>školy</w:t>
      </w:r>
      <w:proofErr w:type="spellEnd"/>
      <w:r w:rsidRPr="003C1AB8">
        <w:rPr>
          <w:sz w:val="24"/>
          <w:szCs w:val="24"/>
        </w:rPr>
        <w:t xml:space="preserve"> </w:t>
      </w:r>
      <w:proofErr w:type="spellStart"/>
      <w:r w:rsidRPr="003C1AB8">
        <w:rPr>
          <w:sz w:val="24"/>
          <w:szCs w:val="24"/>
        </w:rPr>
        <w:t>jsou</w:t>
      </w:r>
      <w:proofErr w:type="spellEnd"/>
      <w:r w:rsidRPr="003C1AB8">
        <w:rPr>
          <w:sz w:val="24"/>
          <w:szCs w:val="24"/>
        </w:rPr>
        <w:t xml:space="preserve"> rozděleny do koutků – výtvarný, hudební, kuchyňský, relaxační, stavební, manipulační, sportovní.</w:t>
      </w:r>
      <w:r w:rsidRPr="003C1AB8">
        <w:rPr>
          <w:sz w:val="24"/>
          <w:szCs w:val="24"/>
        </w:rPr>
        <w:br/>
      </w:r>
    </w:p>
    <w:p w14:paraId="300F2DF0" w14:textId="77777777" w:rsidR="00D108DE" w:rsidRDefault="002D4F88">
      <w:pPr>
        <w:pStyle w:val="Nadpis2"/>
      </w:pPr>
      <w:r>
        <w:t>3.3 Spolupráce</w:t>
      </w:r>
    </w:p>
    <w:p w14:paraId="51621EF0" w14:textId="77777777" w:rsidR="00D108DE" w:rsidRDefault="002D4F88">
      <w:pPr>
        <w:pStyle w:val="Nadpis3"/>
      </w:pPr>
      <w:r>
        <w:t>3.3.1 Spolupráce s rodiči</w:t>
      </w:r>
    </w:p>
    <w:p w14:paraId="3C49B35B" w14:textId="558EA50F" w:rsidR="00D108DE" w:rsidRDefault="002D4F88">
      <w:r>
        <w:br/>
      </w:r>
      <w:proofErr w:type="spellStart"/>
      <w:r w:rsidRPr="00960133">
        <w:rPr>
          <w:sz w:val="24"/>
          <w:szCs w:val="24"/>
        </w:rPr>
        <w:t>Škola</w:t>
      </w:r>
      <w:proofErr w:type="spellEnd"/>
      <w:r w:rsidRPr="00960133">
        <w:rPr>
          <w:sz w:val="24"/>
          <w:szCs w:val="24"/>
        </w:rPr>
        <w:t xml:space="preserve"> </w:t>
      </w:r>
      <w:proofErr w:type="spellStart"/>
      <w:r w:rsidRPr="00960133">
        <w:rPr>
          <w:sz w:val="24"/>
          <w:szCs w:val="24"/>
        </w:rPr>
        <w:t>pořádá</w:t>
      </w:r>
      <w:proofErr w:type="spellEnd"/>
      <w:r w:rsidRPr="00960133">
        <w:rPr>
          <w:sz w:val="24"/>
          <w:szCs w:val="24"/>
        </w:rPr>
        <w:t xml:space="preserve"> </w:t>
      </w:r>
      <w:proofErr w:type="spellStart"/>
      <w:r w:rsidRPr="00960133">
        <w:rPr>
          <w:sz w:val="24"/>
          <w:szCs w:val="24"/>
        </w:rPr>
        <w:t>akce</w:t>
      </w:r>
      <w:proofErr w:type="spellEnd"/>
      <w:r w:rsidRPr="00960133">
        <w:rPr>
          <w:sz w:val="24"/>
          <w:szCs w:val="24"/>
        </w:rPr>
        <w:t xml:space="preserve"> pro </w:t>
      </w:r>
      <w:proofErr w:type="spellStart"/>
      <w:r w:rsidRPr="00960133">
        <w:rPr>
          <w:sz w:val="24"/>
          <w:szCs w:val="24"/>
        </w:rPr>
        <w:t>rodiče</w:t>
      </w:r>
      <w:proofErr w:type="spellEnd"/>
      <w:r w:rsidRPr="00960133">
        <w:rPr>
          <w:sz w:val="24"/>
          <w:szCs w:val="24"/>
        </w:rPr>
        <w:t xml:space="preserve">: </w:t>
      </w:r>
      <w:proofErr w:type="spellStart"/>
      <w:r w:rsidRPr="00960133">
        <w:rPr>
          <w:sz w:val="24"/>
          <w:szCs w:val="24"/>
        </w:rPr>
        <w:t>třídní</w:t>
      </w:r>
      <w:proofErr w:type="spellEnd"/>
      <w:r w:rsidRPr="00960133">
        <w:rPr>
          <w:sz w:val="24"/>
          <w:szCs w:val="24"/>
        </w:rPr>
        <w:t xml:space="preserve"> </w:t>
      </w:r>
      <w:proofErr w:type="spellStart"/>
      <w:r w:rsidRPr="00960133">
        <w:rPr>
          <w:sz w:val="24"/>
          <w:szCs w:val="24"/>
        </w:rPr>
        <w:t>schůzky</w:t>
      </w:r>
      <w:proofErr w:type="spellEnd"/>
      <w:r w:rsidRPr="00960133">
        <w:rPr>
          <w:sz w:val="24"/>
          <w:szCs w:val="24"/>
        </w:rPr>
        <w:t xml:space="preserve">, </w:t>
      </w:r>
      <w:proofErr w:type="spellStart"/>
      <w:r w:rsidRPr="00960133">
        <w:rPr>
          <w:sz w:val="24"/>
          <w:szCs w:val="24"/>
        </w:rPr>
        <w:t>Uspávání</w:t>
      </w:r>
      <w:proofErr w:type="spellEnd"/>
      <w:r w:rsidRPr="00960133">
        <w:rPr>
          <w:sz w:val="24"/>
          <w:szCs w:val="24"/>
        </w:rPr>
        <w:t xml:space="preserve"> </w:t>
      </w:r>
      <w:proofErr w:type="spellStart"/>
      <w:r w:rsidRPr="00960133">
        <w:rPr>
          <w:sz w:val="24"/>
          <w:szCs w:val="24"/>
        </w:rPr>
        <w:t>broučků</w:t>
      </w:r>
      <w:proofErr w:type="spellEnd"/>
      <w:r w:rsidRPr="00960133">
        <w:rPr>
          <w:sz w:val="24"/>
          <w:szCs w:val="24"/>
        </w:rPr>
        <w:t xml:space="preserve">, </w:t>
      </w:r>
      <w:proofErr w:type="spellStart"/>
      <w:r w:rsidRPr="00960133">
        <w:rPr>
          <w:sz w:val="24"/>
          <w:szCs w:val="24"/>
        </w:rPr>
        <w:t>vánoční</w:t>
      </w:r>
      <w:proofErr w:type="spellEnd"/>
      <w:r w:rsidRPr="00960133">
        <w:rPr>
          <w:sz w:val="24"/>
          <w:szCs w:val="24"/>
        </w:rPr>
        <w:t xml:space="preserve"> </w:t>
      </w:r>
      <w:proofErr w:type="spellStart"/>
      <w:r w:rsidRPr="00960133">
        <w:rPr>
          <w:sz w:val="24"/>
          <w:szCs w:val="24"/>
        </w:rPr>
        <w:t>posezení</w:t>
      </w:r>
      <w:proofErr w:type="spellEnd"/>
      <w:r w:rsidRPr="00960133">
        <w:rPr>
          <w:sz w:val="24"/>
          <w:szCs w:val="24"/>
        </w:rPr>
        <w:t xml:space="preserve">, </w:t>
      </w:r>
      <w:proofErr w:type="spellStart"/>
      <w:r w:rsidRPr="00960133">
        <w:rPr>
          <w:sz w:val="24"/>
          <w:szCs w:val="24"/>
        </w:rPr>
        <w:t>zahradní</w:t>
      </w:r>
      <w:proofErr w:type="spellEnd"/>
      <w:r w:rsidRPr="00960133">
        <w:rPr>
          <w:sz w:val="24"/>
          <w:szCs w:val="24"/>
        </w:rPr>
        <w:t xml:space="preserve"> </w:t>
      </w:r>
      <w:proofErr w:type="spellStart"/>
      <w:r w:rsidRPr="00960133">
        <w:rPr>
          <w:sz w:val="24"/>
          <w:szCs w:val="24"/>
        </w:rPr>
        <w:t>slavnost</w:t>
      </w:r>
      <w:proofErr w:type="spellEnd"/>
      <w:r w:rsidRPr="00960133">
        <w:rPr>
          <w:sz w:val="24"/>
          <w:szCs w:val="24"/>
        </w:rPr>
        <w:t>.</w:t>
      </w:r>
      <w:r w:rsidRPr="00960133">
        <w:rPr>
          <w:sz w:val="24"/>
          <w:szCs w:val="24"/>
        </w:rPr>
        <w:br/>
        <w:t>Každý rodič má možnost 1–2 tutoringových setkání ročně pro plánování rozvoje dítěte.</w:t>
      </w:r>
      <w:r w:rsidRPr="00960133">
        <w:rPr>
          <w:sz w:val="24"/>
          <w:szCs w:val="24"/>
        </w:rPr>
        <w:br/>
      </w:r>
    </w:p>
    <w:p w14:paraId="72727F8D" w14:textId="77777777" w:rsidR="00D108DE" w:rsidRDefault="002D4F88">
      <w:pPr>
        <w:pStyle w:val="Nadpis3"/>
      </w:pPr>
      <w:r>
        <w:t>3.3.2 Spolupráce se školami a školskými zařízeními</w:t>
      </w:r>
    </w:p>
    <w:p w14:paraId="2D9427BB" w14:textId="5159108D" w:rsidR="00D108DE" w:rsidRDefault="002D4F88">
      <w:r>
        <w:br/>
      </w:r>
      <w:r w:rsidRPr="009A3CA6">
        <w:rPr>
          <w:sz w:val="24"/>
          <w:szCs w:val="24"/>
        </w:rPr>
        <w:t xml:space="preserve">Škola spolupracuje s SPC </w:t>
      </w:r>
      <w:proofErr w:type="spellStart"/>
      <w:r w:rsidRPr="009A3CA6">
        <w:rPr>
          <w:sz w:val="24"/>
          <w:szCs w:val="24"/>
        </w:rPr>
        <w:t>Štolcova</w:t>
      </w:r>
      <w:proofErr w:type="spellEnd"/>
      <w:r w:rsidRPr="009A3CA6">
        <w:rPr>
          <w:sz w:val="24"/>
          <w:szCs w:val="24"/>
        </w:rPr>
        <w:t xml:space="preserve"> a PPP</w:t>
      </w:r>
      <w:r w:rsidR="005E16A3">
        <w:rPr>
          <w:sz w:val="24"/>
          <w:szCs w:val="24"/>
        </w:rPr>
        <w:t xml:space="preserve">, ale take se </w:t>
      </w:r>
      <w:proofErr w:type="spellStart"/>
      <w:r w:rsidR="005E16A3">
        <w:rPr>
          <w:sz w:val="24"/>
          <w:szCs w:val="24"/>
        </w:rPr>
        <w:t>základními</w:t>
      </w:r>
      <w:proofErr w:type="spellEnd"/>
      <w:r w:rsidR="005E16A3">
        <w:rPr>
          <w:sz w:val="24"/>
          <w:szCs w:val="24"/>
        </w:rPr>
        <w:t xml:space="preserve"> </w:t>
      </w:r>
      <w:proofErr w:type="spellStart"/>
      <w:r w:rsidR="005E16A3">
        <w:rPr>
          <w:sz w:val="24"/>
          <w:szCs w:val="24"/>
        </w:rPr>
        <w:t>školami</w:t>
      </w:r>
      <w:proofErr w:type="spellEnd"/>
      <w:r w:rsidR="005E16A3">
        <w:rPr>
          <w:sz w:val="24"/>
          <w:szCs w:val="24"/>
        </w:rPr>
        <w:t xml:space="preserve"> v </w:t>
      </w:r>
      <w:proofErr w:type="spellStart"/>
      <w:r w:rsidR="005E16A3">
        <w:rPr>
          <w:sz w:val="24"/>
          <w:szCs w:val="24"/>
        </w:rPr>
        <w:t>okolí</w:t>
      </w:r>
      <w:proofErr w:type="spellEnd"/>
      <w:r w:rsidR="00714136">
        <w:rPr>
          <w:sz w:val="24"/>
          <w:szCs w:val="24"/>
        </w:rPr>
        <w:t xml:space="preserve">, jak </w:t>
      </w:r>
      <w:proofErr w:type="spellStart"/>
      <w:r w:rsidR="00714136">
        <w:rPr>
          <w:sz w:val="24"/>
          <w:szCs w:val="24"/>
        </w:rPr>
        <w:lastRenderedPageBreak/>
        <w:t>soukromými</w:t>
      </w:r>
      <w:proofErr w:type="spellEnd"/>
      <w:r w:rsidR="00714136">
        <w:rPr>
          <w:sz w:val="24"/>
          <w:szCs w:val="24"/>
        </w:rPr>
        <w:t xml:space="preserve"> </w:t>
      </w:r>
      <w:proofErr w:type="spellStart"/>
      <w:r w:rsidR="00714136">
        <w:rPr>
          <w:sz w:val="24"/>
          <w:szCs w:val="24"/>
        </w:rPr>
        <w:t>tak</w:t>
      </w:r>
      <w:proofErr w:type="spellEnd"/>
      <w:r w:rsidR="00714136">
        <w:rPr>
          <w:sz w:val="24"/>
          <w:szCs w:val="24"/>
        </w:rPr>
        <w:t xml:space="preserve"> </w:t>
      </w:r>
      <w:proofErr w:type="spellStart"/>
      <w:r w:rsidR="00714136">
        <w:rPr>
          <w:sz w:val="24"/>
          <w:szCs w:val="24"/>
        </w:rPr>
        <w:t>veřejnými</w:t>
      </w:r>
      <w:proofErr w:type="spellEnd"/>
      <w:r w:rsidR="00714136">
        <w:rPr>
          <w:sz w:val="24"/>
          <w:szCs w:val="24"/>
        </w:rPr>
        <w:t xml:space="preserve">: </w:t>
      </w:r>
      <w:r w:rsidRPr="009A3CA6">
        <w:rPr>
          <w:sz w:val="24"/>
          <w:szCs w:val="24"/>
        </w:rPr>
        <w:t xml:space="preserve"> ZŠ </w:t>
      </w:r>
      <w:proofErr w:type="spellStart"/>
      <w:r w:rsidRPr="009A3CA6">
        <w:rPr>
          <w:sz w:val="24"/>
          <w:szCs w:val="24"/>
        </w:rPr>
        <w:t>Horácké</w:t>
      </w:r>
      <w:proofErr w:type="spellEnd"/>
      <w:r w:rsidRPr="009A3CA6">
        <w:rPr>
          <w:sz w:val="24"/>
          <w:szCs w:val="24"/>
        </w:rPr>
        <w:t xml:space="preserve"> </w:t>
      </w:r>
      <w:proofErr w:type="spellStart"/>
      <w:r w:rsidRPr="009A3CA6">
        <w:rPr>
          <w:sz w:val="24"/>
          <w:szCs w:val="24"/>
        </w:rPr>
        <w:t>náměstí</w:t>
      </w:r>
      <w:proofErr w:type="spellEnd"/>
      <w:r w:rsidRPr="009A3CA6">
        <w:rPr>
          <w:sz w:val="24"/>
          <w:szCs w:val="24"/>
        </w:rPr>
        <w:t xml:space="preserve"> a ZŠ Eduard</w:t>
      </w:r>
      <w:r>
        <w:t>.</w:t>
      </w:r>
      <w:r>
        <w:br/>
      </w:r>
    </w:p>
    <w:p w14:paraId="27C4ECCE" w14:textId="77777777" w:rsidR="00D108DE" w:rsidRDefault="002D4F88">
      <w:pPr>
        <w:pStyle w:val="Nadpis3"/>
      </w:pPr>
      <w:r>
        <w:t>3.3.3 Spolupráce s institucemi a dalšími právnickými osobami</w:t>
      </w:r>
    </w:p>
    <w:p w14:paraId="48BD5355" w14:textId="77777777" w:rsidR="00D108DE" w:rsidRDefault="002D4F88">
      <w:r>
        <w:br/>
      </w:r>
      <w:r w:rsidRPr="00714136">
        <w:rPr>
          <w:sz w:val="24"/>
          <w:szCs w:val="24"/>
        </w:rPr>
        <w:t>Od roku 2023 probíhá spolupráce s léčebnou Vividus Medical, děti zde pravidelně vystupují a připravují dárky pro pacienty.</w:t>
      </w:r>
      <w:r w:rsidRPr="00714136">
        <w:rPr>
          <w:sz w:val="24"/>
          <w:szCs w:val="24"/>
        </w:rPr>
        <w:br/>
      </w:r>
    </w:p>
    <w:p w14:paraId="4C10AEB2" w14:textId="77777777" w:rsidR="004A640F" w:rsidRDefault="004A640F" w:rsidP="004A640F">
      <w:pPr>
        <w:pStyle w:val="Nadpis1"/>
      </w:pPr>
      <w:r>
        <w:t xml:space="preserve">4. </w:t>
      </w:r>
      <w:proofErr w:type="spellStart"/>
      <w:r>
        <w:t>Podmínky</w:t>
      </w:r>
      <w:proofErr w:type="spellEnd"/>
      <w:r>
        <w:t xml:space="preserve"> </w:t>
      </w:r>
      <w:proofErr w:type="spellStart"/>
      <w:r>
        <w:t>vzdělávání</w:t>
      </w:r>
      <w:proofErr w:type="spellEnd"/>
    </w:p>
    <w:p w14:paraId="370ABE27" w14:textId="77777777" w:rsidR="004A640F" w:rsidRDefault="004A640F" w:rsidP="004A640F">
      <w:pPr>
        <w:pStyle w:val="Nadpis2"/>
      </w:pPr>
      <w:proofErr w:type="spellStart"/>
      <w:r>
        <w:t>Věcné</w:t>
      </w:r>
      <w:proofErr w:type="spellEnd"/>
      <w:r>
        <w:t xml:space="preserve"> </w:t>
      </w:r>
      <w:proofErr w:type="spellStart"/>
      <w:r>
        <w:t>podmínky</w:t>
      </w:r>
      <w:proofErr w:type="spellEnd"/>
    </w:p>
    <w:p w14:paraId="74CCC149" w14:textId="77777777" w:rsidR="00756699" w:rsidRDefault="004A640F" w:rsidP="004A640F">
      <w:pPr>
        <w:spacing w:after="120"/>
        <w:rPr>
          <w:sz w:val="24"/>
          <w:szCs w:val="24"/>
        </w:rPr>
      </w:pPr>
      <w:proofErr w:type="spellStart"/>
      <w:r w:rsidRPr="00B75243">
        <w:rPr>
          <w:sz w:val="24"/>
          <w:szCs w:val="24"/>
        </w:rPr>
        <w:t>Mateřská</w:t>
      </w:r>
      <w:proofErr w:type="spellEnd"/>
      <w:r w:rsidRPr="00B75243">
        <w:rPr>
          <w:sz w:val="24"/>
          <w:szCs w:val="24"/>
        </w:rPr>
        <w:t xml:space="preserve"> </w:t>
      </w:r>
      <w:proofErr w:type="spellStart"/>
      <w:r w:rsidRPr="00B75243">
        <w:rPr>
          <w:sz w:val="24"/>
          <w:szCs w:val="24"/>
        </w:rPr>
        <w:t>škola</w:t>
      </w:r>
      <w:proofErr w:type="spellEnd"/>
      <w:r w:rsidRPr="00B75243">
        <w:rPr>
          <w:sz w:val="24"/>
          <w:szCs w:val="24"/>
        </w:rPr>
        <w:t xml:space="preserve"> </w:t>
      </w:r>
      <w:proofErr w:type="spellStart"/>
      <w:r w:rsidRPr="00B75243">
        <w:rPr>
          <w:sz w:val="24"/>
          <w:szCs w:val="24"/>
        </w:rPr>
        <w:t>Světluška</w:t>
      </w:r>
      <w:proofErr w:type="spellEnd"/>
      <w:r w:rsidRPr="00B75243">
        <w:rPr>
          <w:sz w:val="24"/>
          <w:szCs w:val="24"/>
        </w:rPr>
        <w:t xml:space="preserve"> je </w:t>
      </w:r>
      <w:proofErr w:type="spellStart"/>
      <w:r w:rsidRPr="00B75243">
        <w:rPr>
          <w:sz w:val="24"/>
          <w:szCs w:val="24"/>
        </w:rPr>
        <w:t>jednotřídní</w:t>
      </w:r>
      <w:proofErr w:type="spellEnd"/>
      <w:r w:rsidRPr="00B75243">
        <w:rPr>
          <w:sz w:val="24"/>
          <w:szCs w:val="24"/>
        </w:rPr>
        <w:t xml:space="preserve"> </w:t>
      </w:r>
      <w:proofErr w:type="spellStart"/>
      <w:r w:rsidRPr="00B75243">
        <w:rPr>
          <w:sz w:val="24"/>
          <w:szCs w:val="24"/>
        </w:rPr>
        <w:t>zařízení</w:t>
      </w:r>
      <w:proofErr w:type="spellEnd"/>
      <w:r w:rsidRPr="00B75243">
        <w:rPr>
          <w:sz w:val="24"/>
          <w:szCs w:val="24"/>
        </w:rPr>
        <w:t xml:space="preserve">, </w:t>
      </w:r>
      <w:proofErr w:type="spellStart"/>
      <w:r w:rsidRPr="00B75243">
        <w:rPr>
          <w:sz w:val="24"/>
          <w:szCs w:val="24"/>
        </w:rPr>
        <w:t>které</w:t>
      </w:r>
      <w:proofErr w:type="spellEnd"/>
      <w:r w:rsidRPr="00B75243">
        <w:rPr>
          <w:sz w:val="24"/>
          <w:szCs w:val="24"/>
        </w:rPr>
        <w:t xml:space="preserve"> </w:t>
      </w:r>
      <w:proofErr w:type="spellStart"/>
      <w:r w:rsidRPr="00B75243">
        <w:rPr>
          <w:sz w:val="24"/>
          <w:szCs w:val="24"/>
        </w:rPr>
        <w:t>klade</w:t>
      </w:r>
      <w:proofErr w:type="spellEnd"/>
      <w:r w:rsidRPr="00B75243">
        <w:rPr>
          <w:sz w:val="24"/>
          <w:szCs w:val="24"/>
        </w:rPr>
        <w:t xml:space="preserve"> </w:t>
      </w:r>
      <w:proofErr w:type="spellStart"/>
      <w:r w:rsidRPr="00B75243">
        <w:rPr>
          <w:sz w:val="24"/>
          <w:szCs w:val="24"/>
        </w:rPr>
        <w:t>důraz</w:t>
      </w:r>
      <w:proofErr w:type="spellEnd"/>
      <w:r w:rsidRPr="00B75243">
        <w:rPr>
          <w:sz w:val="24"/>
          <w:szCs w:val="24"/>
        </w:rPr>
        <w:t xml:space="preserve"> </w:t>
      </w:r>
      <w:proofErr w:type="spellStart"/>
      <w:r w:rsidRPr="00B75243">
        <w:rPr>
          <w:sz w:val="24"/>
          <w:szCs w:val="24"/>
        </w:rPr>
        <w:t>na</w:t>
      </w:r>
      <w:proofErr w:type="spellEnd"/>
      <w:r w:rsidRPr="00B75243">
        <w:rPr>
          <w:sz w:val="24"/>
          <w:szCs w:val="24"/>
        </w:rPr>
        <w:t xml:space="preserve"> </w:t>
      </w:r>
      <w:proofErr w:type="spellStart"/>
      <w:r w:rsidRPr="00B75243">
        <w:rPr>
          <w:sz w:val="24"/>
          <w:szCs w:val="24"/>
        </w:rPr>
        <w:t>vstřícné</w:t>
      </w:r>
      <w:proofErr w:type="spellEnd"/>
      <w:r w:rsidRPr="00B75243">
        <w:rPr>
          <w:sz w:val="24"/>
          <w:szCs w:val="24"/>
        </w:rPr>
        <w:t xml:space="preserve">, </w:t>
      </w:r>
      <w:proofErr w:type="spellStart"/>
      <w:r w:rsidRPr="00B75243">
        <w:rPr>
          <w:sz w:val="24"/>
          <w:szCs w:val="24"/>
        </w:rPr>
        <w:t>estetické</w:t>
      </w:r>
      <w:proofErr w:type="spellEnd"/>
      <w:r w:rsidRPr="00B75243">
        <w:rPr>
          <w:sz w:val="24"/>
          <w:szCs w:val="24"/>
        </w:rPr>
        <w:t xml:space="preserve"> a </w:t>
      </w:r>
      <w:proofErr w:type="spellStart"/>
      <w:r w:rsidRPr="00B75243">
        <w:rPr>
          <w:sz w:val="24"/>
          <w:szCs w:val="24"/>
        </w:rPr>
        <w:t>bezpečné</w:t>
      </w:r>
      <w:proofErr w:type="spellEnd"/>
      <w:r w:rsidRPr="00B75243">
        <w:rPr>
          <w:sz w:val="24"/>
          <w:szCs w:val="24"/>
        </w:rPr>
        <w:t xml:space="preserve"> </w:t>
      </w:r>
      <w:proofErr w:type="spellStart"/>
      <w:r w:rsidRPr="00B75243">
        <w:rPr>
          <w:sz w:val="24"/>
          <w:szCs w:val="24"/>
        </w:rPr>
        <w:t>prostředí</w:t>
      </w:r>
      <w:proofErr w:type="spellEnd"/>
      <w:r w:rsidRPr="00B75243">
        <w:rPr>
          <w:sz w:val="24"/>
          <w:szCs w:val="24"/>
        </w:rPr>
        <w:t xml:space="preserve">. </w:t>
      </w:r>
      <w:proofErr w:type="spellStart"/>
      <w:r w:rsidRPr="00B75243">
        <w:rPr>
          <w:sz w:val="24"/>
          <w:szCs w:val="24"/>
        </w:rPr>
        <w:t>Prostory</w:t>
      </w:r>
      <w:proofErr w:type="spellEnd"/>
      <w:r w:rsidRPr="00B75243">
        <w:rPr>
          <w:sz w:val="24"/>
          <w:szCs w:val="24"/>
        </w:rPr>
        <w:t xml:space="preserve"> </w:t>
      </w:r>
      <w:proofErr w:type="spellStart"/>
      <w:r w:rsidRPr="00B75243">
        <w:rPr>
          <w:sz w:val="24"/>
          <w:szCs w:val="24"/>
        </w:rPr>
        <w:t>školy</w:t>
      </w:r>
      <w:proofErr w:type="spellEnd"/>
      <w:r w:rsidRPr="00B75243">
        <w:rPr>
          <w:sz w:val="24"/>
          <w:szCs w:val="24"/>
        </w:rPr>
        <w:t xml:space="preserve"> </w:t>
      </w:r>
      <w:proofErr w:type="spellStart"/>
      <w:r w:rsidRPr="00B75243">
        <w:rPr>
          <w:sz w:val="24"/>
          <w:szCs w:val="24"/>
        </w:rPr>
        <w:t>odpovídají</w:t>
      </w:r>
      <w:proofErr w:type="spellEnd"/>
      <w:r w:rsidRPr="00B75243">
        <w:rPr>
          <w:sz w:val="24"/>
          <w:szCs w:val="24"/>
        </w:rPr>
        <w:t xml:space="preserve"> </w:t>
      </w:r>
      <w:proofErr w:type="spellStart"/>
      <w:r w:rsidRPr="00B75243">
        <w:rPr>
          <w:sz w:val="24"/>
          <w:szCs w:val="24"/>
        </w:rPr>
        <w:t>hygienickým</w:t>
      </w:r>
      <w:proofErr w:type="spellEnd"/>
      <w:r w:rsidRPr="00B75243">
        <w:rPr>
          <w:sz w:val="24"/>
          <w:szCs w:val="24"/>
        </w:rPr>
        <w:t xml:space="preserve"> </w:t>
      </w:r>
      <w:proofErr w:type="spellStart"/>
      <w:r w:rsidRPr="00B75243">
        <w:rPr>
          <w:sz w:val="24"/>
          <w:szCs w:val="24"/>
        </w:rPr>
        <w:t>normám</w:t>
      </w:r>
      <w:proofErr w:type="spellEnd"/>
      <w:r w:rsidRPr="00B75243">
        <w:rPr>
          <w:sz w:val="24"/>
          <w:szCs w:val="24"/>
        </w:rPr>
        <w:t xml:space="preserve"> a </w:t>
      </w:r>
      <w:proofErr w:type="spellStart"/>
      <w:r w:rsidRPr="00B75243">
        <w:rPr>
          <w:sz w:val="24"/>
          <w:szCs w:val="24"/>
        </w:rPr>
        <w:t>vytvářejí</w:t>
      </w:r>
      <w:proofErr w:type="spellEnd"/>
      <w:r w:rsidRPr="00B75243">
        <w:rPr>
          <w:sz w:val="24"/>
          <w:szCs w:val="24"/>
        </w:rPr>
        <w:t xml:space="preserve"> </w:t>
      </w:r>
      <w:proofErr w:type="spellStart"/>
      <w:r w:rsidRPr="00B75243">
        <w:rPr>
          <w:sz w:val="24"/>
          <w:szCs w:val="24"/>
        </w:rPr>
        <w:t>prostor</w:t>
      </w:r>
      <w:proofErr w:type="spellEnd"/>
      <w:r w:rsidRPr="00B75243">
        <w:rPr>
          <w:sz w:val="24"/>
          <w:szCs w:val="24"/>
        </w:rPr>
        <w:t xml:space="preserve">, </w:t>
      </w:r>
      <w:proofErr w:type="spellStart"/>
      <w:r w:rsidRPr="00B75243">
        <w:rPr>
          <w:sz w:val="24"/>
          <w:szCs w:val="24"/>
        </w:rPr>
        <w:t>kde</w:t>
      </w:r>
      <w:proofErr w:type="spellEnd"/>
      <w:r w:rsidRPr="00B75243">
        <w:rPr>
          <w:sz w:val="24"/>
          <w:szCs w:val="24"/>
        </w:rPr>
        <w:t xml:space="preserve"> se </w:t>
      </w:r>
      <w:proofErr w:type="spellStart"/>
      <w:r w:rsidRPr="00B75243">
        <w:rPr>
          <w:sz w:val="24"/>
          <w:szCs w:val="24"/>
        </w:rPr>
        <w:t>děti</w:t>
      </w:r>
      <w:proofErr w:type="spellEnd"/>
      <w:r w:rsidRPr="00B75243">
        <w:rPr>
          <w:sz w:val="24"/>
          <w:szCs w:val="24"/>
        </w:rPr>
        <w:t xml:space="preserve"> </w:t>
      </w:r>
      <w:proofErr w:type="spellStart"/>
      <w:r w:rsidRPr="00B75243">
        <w:rPr>
          <w:sz w:val="24"/>
          <w:szCs w:val="24"/>
        </w:rPr>
        <w:t>cítí</w:t>
      </w:r>
      <w:proofErr w:type="spellEnd"/>
      <w:r w:rsidRPr="00B75243">
        <w:rPr>
          <w:sz w:val="24"/>
          <w:szCs w:val="24"/>
        </w:rPr>
        <w:t xml:space="preserve"> </w:t>
      </w:r>
      <w:proofErr w:type="spellStart"/>
      <w:r w:rsidRPr="00B75243">
        <w:rPr>
          <w:sz w:val="24"/>
          <w:szCs w:val="24"/>
        </w:rPr>
        <w:t>pohodlně</w:t>
      </w:r>
      <w:proofErr w:type="spellEnd"/>
      <w:r w:rsidRPr="00B75243">
        <w:rPr>
          <w:sz w:val="24"/>
          <w:szCs w:val="24"/>
        </w:rPr>
        <w:t xml:space="preserve">, </w:t>
      </w:r>
      <w:proofErr w:type="spellStart"/>
      <w:r w:rsidRPr="00B75243">
        <w:rPr>
          <w:sz w:val="24"/>
          <w:szCs w:val="24"/>
        </w:rPr>
        <w:t>svobodně</w:t>
      </w:r>
      <w:proofErr w:type="spellEnd"/>
      <w:r w:rsidRPr="00B75243">
        <w:rPr>
          <w:sz w:val="24"/>
          <w:szCs w:val="24"/>
        </w:rPr>
        <w:t xml:space="preserve"> a </w:t>
      </w:r>
      <w:proofErr w:type="spellStart"/>
      <w:r w:rsidRPr="00B75243">
        <w:rPr>
          <w:sz w:val="24"/>
          <w:szCs w:val="24"/>
        </w:rPr>
        <w:t>zároveň</w:t>
      </w:r>
      <w:proofErr w:type="spellEnd"/>
      <w:r w:rsidRPr="00B75243">
        <w:rPr>
          <w:sz w:val="24"/>
          <w:szCs w:val="24"/>
        </w:rPr>
        <w:t xml:space="preserve"> </w:t>
      </w:r>
      <w:proofErr w:type="spellStart"/>
      <w:r w:rsidRPr="00B75243">
        <w:rPr>
          <w:sz w:val="24"/>
          <w:szCs w:val="24"/>
        </w:rPr>
        <w:t>jsou</w:t>
      </w:r>
      <w:proofErr w:type="spellEnd"/>
      <w:r w:rsidRPr="00B75243">
        <w:rPr>
          <w:sz w:val="24"/>
          <w:szCs w:val="24"/>
        </w:rPr>
        <w:t xml:space="preserve"> </w:t>
      </w:r>
      <w:proofErr w:type="spellStart"/>
      <w:r w:rsidRPr="00B75243">
        <w:rPr>
          <w:sz w:val="24"/>
          <w:szCs w:val="24"/>
        </w:rPr>
        <w:t>vedeny</w:t>
      </w:r>
      <w:proofErr w:type="spellEnd"/>
      <w:r w:rsidRPr="00B75243">
        <w:rPr>
          <w:sz w:val="24"/>
          <w:szCs w:val="24"/>
        </w:rPr>
        <w:t xml:space="preserve"> k </w:t>
      </w:r>
      <w:proofErr w:type="spellStart"/>
      <w:r w:rsidRPr="00B75243">
        <w:rPr>
          <w:sz w:val="24"/>
          <w:szCs w:val="24"/>
        </w:rPr>
        <w:t>zodpovědnosti</w:t>
      </w:r>
      <w:proofErr w:type="spellEnd"/>
      <w:r w:rsidRPr="00B75243">
        <w:rPr>
          <w:sz w:val="24"/>
          <w:szCs w:val="24"/>
        </w:rPr>
        <w:t xml:space="preserve"> za </w:t>
      </w:r>
      <w:proofErr w:type="spellStart"/>
      <w:r w:rsidRPr="00B75243">
        <w:rPr>
          <w:sz w:val="24"/>
          <w:szCs w:val="24"/>
        </w:rPr>
        <w:t>své</w:t>
      </w:r>
      <w:proofErr w:type="spellEnd"/>
      <w:r w:rsidRPr="00B75243">
        <w:rPr>
          <w:sz w:val="24"/>
          <w:szCs w:val="24"/>
        </w:rPr>
        <w:t xml:space="preserve"> </w:t>
      </w:r>
      <w:proofErr w:type="spellStart"/>
      <w:r w:rsidRPr="00B75243">
        <w:rPr>
          <w:sz w:val="24"/>
          <w:szCs w:val="24"/>
        </w:rPr>
        <w:t>okolí</w:t>
      </w:r>
      <w:proofErr w:type="spellEnd"/>
      <w:r w:rsidRPr="00B75243">
        <w:rPr>
          <w:sz w:val="24"/>
          <w:szCs w:val="24"/>
        </w:rPr>
        <w:t>.</w:t>
      </w:r>
      <w:r w:rsidRPr="00B75243">
        <w:rPr>
          <w:sz w:val="24"/>
          <w:szCs w:val="24"/>
        </w:rPr>
        <w:br/>
      </w:r>
      <w:proofErr w:type="spellStart"/>
      <w:r w:rsidRPr="00B75243">
        <w:rPr>
          <w:sz w:val="24"/>
          <w:szCs w:val="24"/>
        </w:rPr>
        <w:t>Třída</w:t>
      </w:r>
      <w:proofErr w:type="spellEnd"/>
      <w:r w:rsidRPr="00B75243">
        <w:rPr>
          <w:sz w:val="24"/>
          <w:szCs w:val="24"/>
        </w:rPr>
        <w:t xml:space="preserve"> je </w:t>
      </w:r>
      <w:proofErr w:type="spellStart"/>
      <w:r w:rsidRPr="00B75243">
        <w:rPr>
          <w:sz w:val="24"/>
          <w:szCs w:val="24"/>
        </w:rPr>
        <w:t>členěna</w:t>
      </w:r>
      <w:proofErr w:type="spellEnd"/>
      <w:r w:rsidRPr="00B75243">
        <w:rPr>
          <w:sz w:val="24"/>
          <w:szCs w:val="24"/>
        </w:rPr>
        <w:t xml:space="preserve"> do </w:t>
      </w:r>
      <w:proofErr w:type="spellStart"/>
      <w:r w:rsidRPr="00B75243">
        <w:rPr>
          <w:sz w:val="24"/>
          <w:szCs w:val="24"/>
        </w:rPr>
        <w:t>koutků</w:t>
      </w:r>
      <w:proofErr w:type="spellEnd"/>
      <w:r w:rsidRPr="00B75243">
        <w:rPr>
          <w:sz w:val="24"/>
          <w:szCs w:val="24"/>
        </w:rPr>
        <w:t xml:space="preserve"> </w:t>
      </w:r>
      <w:proofErr w:type="spellStart"/>
      <w:r w:rsidRPr="00B75243">
        <w:rPr>
          <w:sz w:val="24"/>
          <w:szCs w:val="24"/>
        </w:rPr>
        <w:t>podle</w:t>
      </w:r>
      <w:proofErr w:type="spellEnd"/>
      <w:r w:rsidRPr="00B75243">
        <w:rPr>
          <w:sz w:val="24"/>
          <w:szCs w:val="24"/>
        </w:rPr>
        <w:t xml:space="preserve"> </w:t>
      </w:r>
      <w:proofErr w:type="spellStart"/>
      <w:r w:rsidRPr="00B75243">
        <w:rPr>
          <w:sz w:val="24"/>
          <w:szCs w:val="24"/>
        </w:rPr>
        <w:t>typu</w:t>
      </w:r>
      <w:proofErr w:type="spellEnd"/>
      <w:r w:rsidRPr="00B75243">
        <w:rPr>
          <w:sz w:val="24"/>
          <w:szCs w:val="24"/>
        </w:rPr>
        <w:t xml:space="preserve"> </w:t>
      </w:r>
      <w:proofErr w:type="spellStart"/>
      <w:r w:rsidRPr="00B75243">
        <w:rPr>
          <w:sz w:val="24"/>
          <w:szCs w:val="24"/>
        </w:rPr>
        <w:t>činností</w:t>
      </w:r>
      <w:proofErr w:type="spellEnd"/>
      <w:r w:rsidRPr="00B75243">
        <w:rPr>
          <w:sz w:val="24"/>
          <w:szCs w:val="24"/>
        </w:rPr>
        <w:t xml:space="preserve"> (</w:t>
      </w:r>
      <w:proofErr w:type="spellStart"/>
      <w:r w:rsidRPr="00B75243">
        <w:rPr>
          <w:sz w:val="24"/>
          <w:szCs w:val="24"/>
        </w:rPr>
        <w:t>výtvarný</w:t>
      </w:r>
      <w:proofErr w:type="spellEnd"/>
      <w:r w:rsidRPr="00B75243">
        <w:rPr>
          <w:sz w:val="24"/>
          <w:szCs w:val="24"/>
        </w:rPr>
        <w:t xml:space="preserve">, </w:t>
      </w:r>
      <w:proofErr w:type="spellStart"/>
      <w:r w:rsidRPr="00B75243">
        <w:rPr>
          <w:sz w:val="24"/>
          <w:szCs w:val="24"/>
        </w:rPr>
        <w:t>stavební</w:t>
      </w:r>
      <w:proofErr w:type="spellEnd"/>
      <w:r w:rsidRPr="00B75243">
        <w:rPr>
          <w:sz w:val="24"/>
          <w:szCs w:val="24"/>
        </w:rPr>
        <w:t xml:space="preserve">, </w:t>
      </w:r>
      <w:proofErr w:type="spellStart"/>
      <w:r w:rsidRPr="00B75243">
        <w:rPr>
          <w:sz w:val="24"/>
          <w:szCs w:val="24"/>
        </w:rPr>
        <w:t>kuchyňský</w:t>
      </w:r>
      <w:proofErr w:type="spellEnd"/>
      <w:r w:rsidRPr="00B75243">
        <w:rPr>
          <w:sz w:val="24"/>
          <w:szCs w:val="24"/>
        </w:rPr>
        <w:t xml:space="preserve">, </w:t>
      </w:r>
      <w:proofErr w:type="spellStart"/>
      <w:r w:rsidRPr="00B75243">
        <w:rPr>
          <w:sz w:val="24"/>
          <w:szCs w:val="24"/>
        </w:rPr>
        <w:t>manipulační</w:t>
      </w:r>
      <w:proofErr w:type="spellEnd"/>
      <w:r w:rsidRPr="00B75243">
        <w:rPr>
          <w:sz w:val="24"/>
          <w:szCs w:val="24"/>
        </w:rPr>
        <w:t xml:space="preserve">, </w:t>
      </w:r>
      <w:proofErr w:type="spellStart"/>
      <w:r w:rsidRPr="00B75243">
        <w:rPr>
          <w:sz w:val="24"/>
          <w:szCs w:val="24"/>
        </w:rPr>
        <w:t>relaxační</w:t>
      </w:r>
      <w:proofErr w:type="spellEnd"/>
      <w:r w:rsidRPr="00B75243">
        <w:rPr>
          <w:sz w:val="24"/>
          <w:szCs w:val="24"/>
        </w:rPr>
        <w:t xml:space="preserve"> </w:t>
      </w:r>
      <w:proofErr w:type="spellStart"/>
      <w:r w:rsidRPr="00B75243">
        <w:rPr>
          <w:sz w:val="24"/>
          <w:szCs w:val="24"/>
        </w:rPr>
        <w:t>apod</w:t>
      </w:r>
      <w:proofErr w:type="spellEnd"/>
      <w:r w:rsidRPr="00B75243">
        <w:rPr>
          <w:sz w:val="24"/>
          <w:szCs w:val="24"/>
        </w:rPr>
        <w:t xml:space="preserve">.), z </w:t>
      </w:r>
      <w:proofErr w:type="spellStart"/>
      <w:r w:rsidRPr="00B75243">
        <w:rPr>
          <w:sz w:val="24"/>
          <w:szCs w:val="24"/>
        </w:rPr>
        <w:t>nichž</w:t>
      </w:r>
      <w:proofErr w:type="spellEnd"/>
      <w:r w:rsidRPr="00B75243">
        <w:rPr>
          <w:sz w:val="24"/>
          <w:szCs w:val="24"/>
        </w:rPr>
        <w:t xml:space="preserve"> </w:t>
      </w:r>
      <w:proofErr w:type="spellStart"/>
      <w:r w:rsidRPr="00B75243">
        <w:rPr>
          <w:sz w:val="24"/>
          <w:szCs w:val="24"/>
        </w:rPr>
        <w:t>každý</w:t>
      </w:r>
      <w:proofErr w:type="spellEnd"/>
      <w:r w:rsidRPr="00B75243">
        <w:rPr>
          <w:sz w:val="24"/>
          <w:szCs w:val="24"/>
        </w:rPr>
        <w:t xml:space="preserve"> je </w:t>
      </w:r>
      <w:proofErr w:type="spellStart"/>
      <w:r w:rsidRPr="00B75243">
        <w:rPr>
          <w:sz w:val="24"/>
          <w:szCs w:val="24"/>
        </w:rPr>
        <w:t>označen</w:t>
      </w:r>
      <w:proofErr w:type="spellEnd"/>
      <w:r w:rsidRPr="00B75243">
        <w:rPr>
          <w:sz w:val="24"/>
          <w:szCs w:val="24"/>
        </w:rPr>
        <w:t xml:space="preserve"> </w:t>
      </w:r>
      <w:proofErr w:type="spellStart"/>
      <w:r w:rsidRPr="00B75243">
        <w:rPr>
          <w:sz w:val="24"/>
          <w:szCs w:val="24"/>
        </w:rPr>
        <w:t>slovně</w:t>
      </w:r>
      <w:proofErr w:type="spellEnd"/>
      <w:r w:rsidRPr="00B75243">
        <w:rPr>
          <w:sz w:val="24"/>
          <w:szCs w:val="24"/>
        </w:rPr>
        <w:t xml:space="preserve"> </w:t>
      </w:r>
      <w:proofErr w:type="spellStart"/>
      <w:r w:rsidRPr="00B75243">
        <w:rPr>
          <w:sz w:val="24"/>
          <w:szCs w:val="24"/>
        </w:rPr>
        <w:t>i</w:t>
      </w:r>
      <w:proofErr w:type="spellEnd"/>
      <w:r w:rsidRPr="00B75243">
        <w:rPr>
          <w:sz w:val="24"/>
          <w:szCs w:val="24"/>
        </w:rPr>
        <w:t xml:space="preserve"> </w:t>
      </w:r>
      <w:proofErr w:type="spellStart"/>
      <w:r w:rsidRPr="00B75243">
        <w:rPr>
          <w:sz w:val="24"/>
          <w:szCs w:val="24"/>
        </w:rPr>
        <w:t>obrázkově</w:t>
      </w:r>
      <w:proofErr w:type="spellEnd"/>
      <w:r w:rsidRPr="00B75243">
        <w:rPr>
          <w:sz w:val="24"/>
          <w:szCs w:val="24"/>
        </w:rPr>
        <w:t xml:space="preserve">. To </w:t>
      </w:r>
      <w:proofErr w:type="spellStart"/>
      <w:r w:rsidRPr="00B75243">
        <w:rPr>
          <w:sz w:val="24"/>
          <w:szCs w:val="24"/>
        </w:rPr>
        <w:t>dětem</w:t>
      </w:r>
      <w:proofErr w:type="spellEnd"/>
      <w:r w:rsidRPr="00B75243">
        <w:rPr>
          <w:sz w:val="24"/>
          <w:szCs w:val="24"/>
        </w:rPr>
        <w:t xml:space="preserve"> </w:t>
      </w:r>
      <w:proofErr w:type="spellStart"/>
      <w:r w:rsidRPr="00B75243">
        <w:rPr>
          <w:sz w:val="24"/>
          <w:szCs w:val="24"/>
        </w:rPr>
        <w:t>pomáhá</w:t>
      </w:r>
      <w:proofErr w:type="spellEnd"/>
      <w:r w:rsidRPr="00B75243">
        <w:rPr>
          <w:sz w:val="24"/>
          <w:szCs w:val="24"/>
        </w:rPr>
        <w:t xml:space="preserve"> s </w:t>
      </w:r>
      <w:proofErr w:type="spellStart"/>
      <w:r w:rsidRPr="00B75243">
        <w:rPr>
          <w:sz w:val="24"/>
          <w:szCs w:val="24"/>
        </w:rPr>
        <w:t>orientací</w:t>
      </w:r>
      <w:proofErr w:type="spellEnd"/>
      <w:r w:rsidRPr="00B75243">
        <w:rPr>
          <w:sz w:val="24"/>
          <w:szCs w:val="24"/>
        </w:rPr>
        <w:t xml:space="preserve"> a </w:t>
      </w:r>
      <w:proofErr w:type="spellStart"/>
      <w:r w:rsidRPr="00B75243">
        <w:rPr>
          <w:sz w:val="24"/>
          <w:szCs w:val="24"/>
        </w:rPr>
        <w:t>vede</w:t>
      </w:r>
      <w:proofErr w:type="spellEnd"/>
      <w:r w:rsidRPr="00B75243">
        <w:rPr>
          <w:sz w:val="24"/>
          <w:szCs w:val="24"/>
        </w:rPr>
        <w:t xml:space="preserve"> je k </w:t>
      </w:r>
      <w:proofErr w:type="spellStart"/>
      <w:r w:rsidRPr="00B75243">
        <w:rPr>
          <w:sz w:val="24"/>
          <w:szCs w:val="24"/>
        </w:rPr>
        <w:t>přehlednosti</w:t>
      </w:r>
      <w:proofErr w:type="spellEnd"/>
      <w:r w:rsidRPr="00B75243">
        <w:rPr>
          <w:sz w:val="24"/>
          <w:szCs w:val="24"/>
        </w:rPr>
        <w:t xml:space="preserve"> a </w:t>
      </w:r>
      <w:proofErr w:type="spellStart"/>
      <w:r w:rsidRPr="00B75243">
        <w:rPr>
          <w:sz w:val="24"/>
          <w:szCs w:val="24"/>
        </w:rPr>
        <w:t>pořádku</w:t>
      </w:r>
      <w:proofErr w:type="spellEnd"/>
      <w:r w:rsidRPr="00B75243">
        <w:rPr>
          <w:sz w:val="24"/>
          <w:szCs w:val="24"/>
        </w:rPr>
        <w:t xml:space="preserve">. </w:t>
      </w:r>
      <w:proofErr w:type="spellStart"/>
      <w:r w:rsidRPr="00B75243">
        <w:rPr>
          <w:sz w:val="24"/>
          <w:szCs w:val="24"/>
        </w:rPr>
        <w:t>Veškeré</w:t>
      </w:r>
      <w:proofErr w:type="spellEnd"/>
      <w:r w:rsidRPr="00B75243">
        <w:rPr>
          <w:sz w:val="24"/>
          <w:szCs w:val="24"/>
        </w:rPr>
        <w:t xml:space="preserve"> </w:t>
      </w:r>
      <w:proofErr w:type="spellStart"/>
      <w:r w:rsidRPr="00B75243">
        <w:rPr>
          <w:sz w:val="24"/>
          <w:szCs w:val="24"/>
        </w:rPr>
        <w:t>pomůcky</w:t>
      </w:r>
      <w:proofErr w:type="spellEnd"/>
      <w:r w:rsidRPr="00B75243">
        <w:rPr>
          <w:sz w:val="24"/>
          <w:szCs w:val="24"/>
        </w:rPr>
        <w:t xml:space="preserve"> a </w:t>
      </w:r>
      <w:proofErr w:type="spellStart"/>
      <w:r w:rsidRPr="00B75243">
        <w:rPr>
          <w:sz w:val="24"/>
          <w:szCs w:val="24"/>
        </w:rPr>
        <w:t>hračky</w:t>
      </w:r>
      <w:proofErr w:type="spellEnd"/>
      <w:r w:rsidRPr="00B75243">
        <w:rPr>
          <w:sz w:val="24"/>
          <w:szCs w:val="24"/>
        </w:rPr>
        <w:t xml:space="preserve"> </w:t>
      </w:r>
      <w:proofErr w:type="spellStart"/>
      <w:r w:rsidRPr="00B75243">
        <w:rPr>
          <w:sz w:val="24"/>
          <w:szCs w:val="24"/>
        </w:rPr>
        <w:t>jsou</w:t>
      </w:r>
      <w:proofErr w:type="spellEnd"/>
      <w:r w:rsidRPr="00B75243">
        <w:rPr>
          <w:sz w:val="24"/>
          <w:szCs w:val="24"/>
        </w:rPr>
        <w:t xml:space="preserve"> </w:t>
      </w:r>
      <w:proofErr w:type="spellStart"/>
      <w:r w:rsidRPr="00B75243">
        <w:rPr>
          <w:sz w:val="24"/>
          <w:szCs w:val="24"/>
        </w:rPr>
        <w:t>volně</w:t>
      </w:r>
      <w:proofErr w:type="spellEnd"/>
      <w:r w:rsidRPr="00B75243">
        <w:rPr>
          <w:sz w:val="24"/>
          <w:szCs w:val="24"/>
        </w:rPr>
        <w:t xml:space="preserve"> </w:t>
      </w:r>
      <w:proofErr w:type="spellStart"/>
      <w:r w:rsidRPr="00B75243">
        <w:rPr>
          <w:sz w:val="24"/>
          <w:szCs w:val="24"/>
        </w:rPr>
        <w:t>přístupné</w:t>
      </w:r>
      <w:proofErr w:type="spellEnd"/>
      <w:r w:rsidRPr="00B75243">
        <w:rPr>
          <w:sz w:val="24"/>
          <w:szCs w:val="24"/>
        </w:rPr>
        <w:t xml:space="preserve">, </w:t>
      </w:r>
      <w:proofErr w:type="spellStart"/>
      <w:r w:rsidRPr="00B75243">
        <w:rPr>
          <w:sz w:val="24"/>
          <w:szCs w:val="24"/>
        </w:rPr>
        <w:t>což</w:t>
      </w:r>
      <w:proofErr w:type="spellEnd"/>
      <w:r w:rsidRPr="00B75243">
        <w:rPr>
          <w:sz w:val="24"/>
          <w:szCs w:val="24"/>
        </w:rPr>
        <w:t xml:space="preserve"> </w:t>
      </w:r>
      <w:proofErr w:type="spellStart"/>
      <w:r w:rsidRPr="00B75243">
        <w:rPr>
          <w:sz w:val="24"/>
          <w:szCs w:val="24"/>
        </w:rPr>
        <w:t>podporuje</w:t>
      </w:r>
      <w:proofErr w:type="spellEnd"/>
      <w:r w:rsidRPr="00B75243">
        <w:rPr>
          <w:sz w:val="24"/>
          <w:szCs w:val="24"/>
        </w:rPr>
        <w:t xml:space="preserve"> </w:t>
      </w:r>
      <w:proofErr w:type="spellStart"/>
      <w:r w:rsidRPr="00B75243">
        <w:rPr>
          <w:sz w:val="24"/>
          <w:szCs w:val="24"/>
        </w:rPr>
        <w:t>dětskou</w:t>
      </w:r>
      <w:proofErr w:type="spellEnd"/>
      <w:r w:rsidRPr="00B75243">
        <w:rPr>
          <w:sz w:val="24"/>
          <w:szCs w:val="24"/>
        </w:rPr>
        <w:t xml:space="preserve"> </w:t>
      </w:r>
      <w:proofErr w:type="spellStart"/>
      <w:r w:rsidRPr="00B75243">
        <w:rPr>
          <w:sz w:val="24"/>
          <w:szCs w:val="24"/>
        </w:rPr>
        <w:t>samostatnost</w:t>
      </w:r>
      <w:proofErr w:type="spellEnd"/>
      <w:r w:rsidRPr="00B75243">
        <w:rPr>
          <w:sz w:val="24"/>
          <w:szCs w:val="24"/>
        </w:rPr>
        <w:t xml:space="preserve"> a </w:t>
      </w:r>
      <w:proofErr w:type="spellStart"/>
      <w:r w:rsidRPr="00B75243">
        <w:rPr>
          <w:sz w:val="24"/>
          <w:szCs w:val="24"/>
        </w:rPr>
        <w:t>volbu</w:t>
      </w:r>
      <w:proofErr w:type="spellEnd"/>
      <w:r w:rsidRPr="00B75243">
        <w:rPr>
          <w:sz w:val="24"/>
          <w:szCs w:val="24"/>
        </w:rPr>
        <w:t>.</w:t>
      </w:r>
      <w:r w:rsidRPr="00B75243">
        <w:rPr>
          <w:sz w:val="24"/>
          <w:szCs w:val="24"/>
        </w:rPr>
        <w:br/>
      </w:r>
      <w:proofErr w:type="spellStart"/>
      <w:r w:rsidRPr="00B75243">
        <w:rPr>
          <w:sz w:val="24"/>
          <w:szCs w:val="24"/>
        </w:rPr>
        <w:t>Podlahu</w:t>
      </w:r>
      <w:proofErr w:type="spellEnd"/>
      <w:r w:rsidRPr="00B75243">
        <w:rPr>
          <w:sz w:val="24"/>
          <w:szCs w:val="24"/>
        </w:rPr>
        <w:t xml:space="preserve"> </w:t>
      </w:r>
      <w:proofErr w:type="spellStart"/>
      <w:r w:rsidRPr="00B75243">
        <w:rPr>
          <w:sz w:val="24"/>
          <w:szCs w:val="24"/>
        </w:rPr>
        <w:t>třídy</w:t>
      </w:r>
      <w:proofErr w:type="spellEnd"/>
      <w:r w:rsidRPr="00B75243">
        <w:rPr>
          <w:sz w:val="24"/>
          <w:szCs w:val="24"/>
        </w:rPr>
        <w:t xml:space="preserve"> </w:t>
      </w:r>
      <w:proofErr w:type="spellStart"/>
      <w:r w:rsidRPr="00B75243">
        <w:rPr>
          <w:sz w:val="24"/>
          <w:szCs w:val="24"/>
        </w:rPr>
        <w:t>pokrývá</w:t>
      </w:r>
      <w:proofErr w:type="spellEnd"/>
      <w:r w:rsidRPr="00B75243">
        <w:rPr>
          <w:sz w:val="24"/>
          <w:szCs w:val="24"/>
        </w:rPr>
        <w:t xml:space="preserve"> z </w:t>
      </w:r>
      <w:proofErr w:type="spellStart"/>
      <w:r w:rsidRPr="00B75243">
        <w:rPr>
          <w:sz w:val="24"/>
          <w:szCs w:val="24"/>
        </w:rPr>
        <w:t>velké</w:t>
      </w:r>
      <w:proofErr w:type="spellEnd"/>
      <w:r w:rsidRPr="00B75243">
        <w:rPr>
          <w:sz w:val="24"/>
          <w:szCs w:val="24"/>
        </w:rPr>
        <w:t xml:space="preserve"> </w:t>
      </w:r>
      <w:proofErr w:type="spellStart"/>
      <w:r w:rsidRPr="00B75243">
        <w:rPr>
          <w:sz w:val="24"/>
          <w:szCs w:val="24"/>
        </w:rPr>
        <w:t>části</w:t>
      </w:r>
      <w:proofErr w:type="spellEnd"/>
      <w:r w:rsidRPr="00B75243">
        <w:rPr>
          <w:sz w:val="24"/>
          <w:szCs w:val="24"/>
        </w:rPr>
        <w:t xml:space="preserve"> </w:t>
      </w:r>
      <w:proofErr w:type="spellStart"/>
      <w:r w:rsidRPr="00B75243">
        <w:rPr>
          <w:sz w:val="24"/>
          <w:szCs w:val="24"/>
        </w:rPr>
        <w:t>koberec</w:t>
      </w:r>
      <w:proofErr w:type="spellEnd"/>
      <w:r w:rsidRPr="00B75243">
        <w:rPr>
          <w:sz w:val="24"/>
          <w:szCs w:val="24"/>
        </w:rPr>
        <w:t xml:space="preserve"> </w:t>
      </w:r>
      <w:proofErr w:type="spellStart"/>
      <w:r w:rsidRPr="00B75243">
        <w:rPr>
          <w:sz w:val="24"/>
          <w:szCs w:val="24"/>
        </w:rPr>
        <w:t>umožňující</w:t>
      </w:r>
      <w:proofErr w:type="spellEnd"/>
      <w:r w:rsidRPr="00B75243">
        <w:rPr>
          <w:sz w:val="24"/>
          <w:szCs w:val="24"/>
        </w:rPr>
        <w:t xml:space="preserve"> </w:t>
      </w:r>
      <w:proofErr w:type="spellStart"/>
      <w:r w:rsidRPr="00B75243">
        <w:rPr>
          <w:sz w:val="24"/>
          <w:szCs w:val="24"/>
        </w:rPr>
        <w:t>volný</w:t>
      </w:r>
      <w:proofErr w:type="spellEnd"/>
      <w:r w:rsidRPr="00B75243">
        <w:rPr>
          <w:sz w:val="24"/>
          <w:szCs w:val="24"/>
        </w:rPr>
        <w:t xml:space="preserve"> </w:t>
      </w:r>
      <w:proofErr w:type="spellStart"/>
      <w:r w:rsidRPr="00B75243">
        <w:rPr>
          <w:sz w:val="24"/>
          <w:szCs w:val="24"/>
        </w:rPr>
        <w:t>pohyb</w:t>
      </w:r>
      <w:proofErr w:type="spellEnd"/>
      <w:r w:rsidRPr="00B75243">
        <w:rPr>
          <w:sz w:val="24"/>
          <w:szCs w:val="24"/>
        </w:rPr>
        <w:t xml:space="preserve">, </w:t>
      </w:r>
      <w:proofErr w:type="spellStart"/>
      <w:r w:rsidRPr="00B75243">
        <w:rPr>
          <w:sz w:val="24"/>
          <w:szCs w:val="24"/>
        </w:rPr>
        <w:t>hru</w:t>
      </w:r>
      <w:proofErr w:type="spellEnd"/>
      <w:r w:rsidRPr="00B75243">
        <w:rPr>
          <w:sz w:val="24"/>
          <w:szCs w:val="24"/>
        </w:rPr>
        <w:t xml:space="preserve"> </w:t>
      </w:r>
      <w:proofErr w:type="spellStart"/>
      <w:r w:rsidRPr="00B75243">
        <w:rPr>
          <w:sz w:val="24"/>
          <w:szCs w:val="24"/>
        </w:rPr>
        <w:t>i</w:t>
      </w:r>
      <w:proofErr w:type="spellEnd"/>
      <w:r w:rsidRPr="00B75243">
        <w:rPr>
          <w:sz w:val="24"/>
          <w:szCs w:val="24"/>
        </w:rPr>
        <w:t xml:space="preserve"> </w:t>
      </w:r>
      <w:proofErr w:type="spellStart"/>
      <w:r w:rsidRPr="00B75243">
        <w:rPr>
          <w:sz w:val="24"/>
          <w:szCs w:val="24"/>
        </w:rPr>
        <w:t>odpočinek</w:t>
      </w:r>
      <w:proofErr w:type="spellEnd"/>
      <w:r w:rsidRPr="00B75243">
        <w:rPr>
          <w:sz w:val="24"/>
          <w:szCs w:val="24"/>
        </w:rPr>
        <w:t xml:space="preserve">. V </w:t>
      </w:r>
      <w:proofErr w:type="spellStart"/>
      <w:r w:rsidRPr="00B75243">
        <w:rPr>
          <w:sz w:val="24"/>
          <w:szCs w:val="24"/>
        </w:rPr>
        <w:t>prostoru</w:t>
      </w:r>
      <w:proofErr w:type="spellEnd"/>
      <w:r w:rsidRPr="00B75243">
        <w:rPr>
          <w:sz w:val="24"/>
          <w:szCs w:val="24"/>
        </w:rPr>
        <w:t xml:space="preserve"> </w:t>
      </w:r>
      <w:proofErr w:type="spellStart"/>
      <w:r w:rsidRPr="00B75243">
        <w:rPr>
          <w:sz w:val="24"/>
          <w:szCs w:val="24"/>
        </w:rPr>
        <w:t>tzv</w:t>
      </w:r>
      <w:proofErr w:type="spellEnd"/>
      <w:r w:rsidRPr="00B75243">
        <w:rPr>
          <w:sz w:val="24"/>
          <w:szCs w:val="24"/>
        </w:rPr>
        <w:t>. „</w:t>
      </w:r>
      <w:proofErr w:type="spellStart"/>
      <w:proofErr w:type="gramStart"/>
      <w:r w:rsidRPr="00B75243">
        <w:rPr>
          <w:sz w:val="24"/>
          <w:szCs w:val="24"/>
        </w:rPr>
        <w:t>pohodlíčka</w:t>
      </w:r>
      <w:proofErr w:type="spellEnd"/>
      <w:r w:rsidRPr="00B75243">
        <w:rPr>
          <w:sz w:val="24"/>
          <w:szCs w:val="24"/>
        </w:rPr>
        <w:t xml:space="preserve">“ </w:t>
      </w:r>
      <w:proofErr w:type="spellStart"/>
      <w:r w:rsidRPr="00B75243">
        <w:rPr>
          <w:sz w:val="24"/>
          <w:szCs w:val="24"/>
        </w:rPr>
        <w:t>mají</w:t>
      </w:r>
      <w:proofErr w:type="spellEnd"/>
      <w:proofErr w:type="gramEnd"/>
      <w:r w:rsidRPr="00B75243">
        <w:rPr>
          <w:sz w:val="24"/>
          <w:szCs w:val="24"/>
        </w:rPr>
        <w:t xml:space="preserve"> </w:t>
      </w:r>
      <w:proofErr w:type="spellStart"/>
      <w:r w:rsidRPr="00B75243">
        <w:rPr>
          <w:sz w:val="24"/>
          <w:szCs w:val="24"/>
        </w:rPr>
        <w:t>děti</w:t>
      </w:r>
      <w:proofErr w:type="spellEnd"/>
      <w:r w:rsidRPr="00B75243">
        <w:rPr>
          <w:sz w:val="24"/>
          <w:szCs w:val="24"/>
        </w:rPr>
        <w:t xml:space="preserve"> </w:t>
      </w:r>
      <w:proofErr w:type="spellStart"/>
      <w:r w:rsidRPr="00B75243">
        <w:rPr>
          <w:sz w:val="24"/>
          <w:szCs w:val="24"/>
        </w:rPr>
        <w:t>možnost</w:t>
      </w:r>
      <w:proofErr w:type="spellEnd"/>
      <w:r w:rsidRPr="00B75243">
        <w:rPr>
          <w:sz w:val="24"/>
          <w:szCs w:val="24"/>
        </w:rPr>
        <w:t xml:space="preserve"> </w:t>
      </w:r>
      <w:proofErr w:type="spellStart"/>
      <w:r w:rsidRPr="00B75243">
        <w:rPr>
          <w:sz w:val="24"/>
          <w:szCs w:val="24"/>
        </w:rPr>
        <w:t>si</w:t>
      </w:r>
      <w:proofErr w:type="spellEnd"/>
      <w:r w:rsidRPr="00B75243">
        <w:rPr>
          <w:sz w:val="24"/>
          <w:szCs w:val="24"/>
        </w:rPr>
        <w:t xml:space="preserve"> </w:t>
      </w:r>
      <w:proofErr w:type="spellStart"/>
      <w:r w:rsidRPr="00B75243">
        <w:rPr>
          <w:sz w:val="24"/>
          <w:szCs w:val="24"/>
        </w:rPr>
        <w:t>nerušeně</w:t>
      </w:r>
      <w:proofErr w:type="spellEnd"/>
      <w:r w:rsidRPr="00B75243">
        <w:rPr>
          <w:sz w:val="24"/>
          <w:szCs w:val="24"/>
        </w:rPr>
        <w:t xml:space="preserve"> </w:t>
      </w:r>
      <w:proofErr w:type="spellStart"/>
      <w:r w:rsidRPr="00B75243">
        <w:rPr>
          <w:sz w:val="24"/>
          <w:szCs w:val="24"/>
        </w:rPr>
        <w:t>odpočinout</w:t>
      </w:r>
      <w:proofErr w:type="spellEnd"/>
      <w:r w:rsidRPr="00B75243">
        <w:rPr>
          <w:sz w:val="24"/>
          <w:szCs w:val="24"/>
        </w:rPr>
        <w:t xml:space="preserve"> </w:t>
      </w:r>
      <w:proofErr w:type="spellStart"/>
      <w:r w:rsidRPr="00B75243">
        <w:rPr>
          <w:sz w:val="24"/>
          <w:szCs w:val="24"/>
        </w:rPr>
        <w:t>nebo</w:t>
      </w:r>
      <w:proofErr w:type="spellEnd"/>
      <w:r w:rsidRPr="00B75243">
        <w:rPr>
          <w:sz w:val="24"/>
          <w:szCs w:val="24"/>
        </w:rPr>
        <w:t xml:space="preserve"> </w:t>
      </w:r>
      <w:proofErr w:type="spellStart"/>
      <w:r w:rsidRPr="00B75243">
        <w:rPr>
          <w:sz w:val="24"/>
          <w:szCs w:val="24"/>
        </w:rPr>
        <w:t>si</w:t>
      </w:r>
      <w:proofErr w:type="spellEnd"/>
      <w:r w:rsidRPr="00B75243">
        <w:rPr>
          <w:sz w:val="24"/>
          <w:szCs w:val="24"/>
        </w:rPr>
        <w:t xml:space="preserve"> </w:t>
      </w:r>
      <w:proofErr w:type="spellStart"/>
      <w:r w:rsidRPr="00B75243">
        <w:rPr>
          <w:sz w:val="24"/>
          <w:szCs w:val="24"/>
        </w:rPr>
        <w:t>prohlížet</w:t>
      </w:r>
      <w:proofErr w:type="spellEnd"/>
      <w:r w:rsidRPr="00B75243">
        <w:rPr>
          <w:sz w:val="24"/>
          <w:szCs w:val="24"/>
        </w:rPr>
        <w:t xml:space="preserve"> </w:t>
      </w:r>
      <w:proofErr w:type="spellStart"/>
      <w:r w:rsidRPr="00B75243">
        <w:rPr>
          <w:sz w:val="24"/>
          <w:szCs w:val="24"/>
        </w:rPr>
        <w:t>knihy</w:t>
      </w:r>
      <w:proofErr w:type="spellEnd"/>
      <w:r w:rsidRPr="00B75243">
        <w:rPr>
          <w:sz w:val="24"/>
          <w:szCs w:val="24"/>
        </w:rPr>
        <w:t xml:space="preserve">. </w:t>
      </w:r>
      <w:proofErr w:type="spellStart"/>
      <w:r w:rsidRPr="00B75243">
        <w:rPr>
          <w:sz w:val="24"/>
          <w:szCs w:val="24"/>
        </w:rPr>
        <w:t>Vybavení</w:t>
      </w:r>
      <w:proofErr w:type="spellEnd"/>
      <w:r w:rsidRPr="00B75243">
        <w:rPr>
          <w:sz w:val="24"/>
          <w:szCs w:val="24"/>
        </w:rPr>
        <w:t xml:space="preserve"> </w:t>
      </w:r>
      <w:proofErr w:type="spellStart"/>
      <w:r w:rsidRPr="00B75243">
        <w:rPr>
          <w:sz w:val="24"/>
          <w:szCs w:val="24"/>
        </w:rPr>
        <w:t>školy</w:t>
      </w:r>
      <w:proofErr w:type="spellEnd"/>
      <w:r w:rsidRPr="00B75243">
        <w:rPr>
          <w:sz w:val="24"/>
          <w:szCs w:val="24"/>
        </w:rPr>
        <w:t xml:space="preserve"> </w:t>
      </w:r>
      <w:proofErr w:type="spellStart"/>
      <w:r w:rsidRPr="00B75243">
        <w:rPr>
          <w:sz w:val="24"/>
          <w:szCs w:val="24"/>
        </w:rPr>
        <w:t>zahrnuje</w:t>
      </w:r>
      <w:proofErr w:type="spellEnd"/>
      <w:r w:rsidRPr="00B75243">
        <w:rPr>
          <w:sz w:val="24"/>
          <w:szCs w:val="24"/>
        </w:rPr>
        <w:t xml:space="preserve"> </w:t>
      </w:r>
      <w:proofErr w:type="spellStart"/>
      <w:r w:rsidRPr="00B75243">
        <w:rPr>
          <w:sz w:val="24"/>
          <w:szCs w:val="24"/>
        </w:rPr>
        <w:t>i</w:t>
      </w:r>
      <w:proofErr w:type="spellEnd"/>
      <w:r w:rsidRPr="00B75243">
        <w:rPr>
          <w:sz w:val="24"/>
          <w:szCs w:val="24"/>
        </w:rPr>
        <w:t xml:space="preserve"> </w:t>
      </w:r>
      <w:proofErr w:type="spellStart"/>
      <w:r w:rsidRPr="00B75243">
        <w:rPr>
          <w:sz w:val="24"/>
          <w:szCs w:val="24"/>
        </w:rPr>
        <w:t>méně</w:t>
      </w:r>
      <w:proofErr w:type="spellEnd"/>
      <w:r w:rsidRPr="00B75243">
        <w:rPr>
          <w:sz w:val="24"/>
          <w:szCs w:val="24"/>
        </w:rPr>
        <w:t xml:space="preserve"> </w:t>
      </w:r>
      <w:proofErr w:type="spellStart"/>
      <w:r w:rsidRPr="00B75243">
        <w:rPr>
          <w:sz w:val="24"/>
          <w:szCs w:val="24"/>
        </w:rPr>
        <w:t>tradiční</w:t>
      </w:r>
      <w:proofErr w:type="spellEnd"/>
      <w:r w:rsidRPr="00B75243">
        <w:rPr>
          <w:sz w:val="24"/>
          <w:szCs w:val="24"/>
        </w:rPr>
        <w:t xml:space="preserve"> </w:t>
      </w:r>
      <w:proofErr w:type="spellStart"/>
      <w:r w:rsidRPr="00B75243">
        <w:rPr>
          <w:sz w:val="24"/>
          <w:szCs w:val="24"/>
        </w:rPr>
        <w:t>prvky</w:t>
      </w:r>
      <w:proofErr w:type="spellEnd"/>
      <w:r w:rsidRPr="00B75243">
        <w:rPr>
          <w:sz w:val="24"/>
          <w:szCs w:val="24"/>
        </w:rPr>
        <w:t xml:space="preserve"> </w:t>
      </w:r>
      <w:proofErr w:type="spellStart"/>
      <w:r w:rsidRPr="00B75243">
        <w:rPr>
          <w:sz w:val="24"/>
          <w:szCs w:val="24"/>
        </w:rPr>
        <w:t>jako</w:t>
      </w:r>
      <w:proofErr w:type="spellEnd"/>
      <w:r w:rsidRPr="00B75243">
        <w:rPr>
          <w:sz w:val="24"/>
          <w:szCs w:val="24"/>
        </w:rPr>
        <w:t xml:space="preserve"> </w:t>
      </w:r>
      <w:proofErr w:type="spellStart"/>
      <w:r w:rsidRPr="00B75243">
        <w:rPr>
          <w:sz w:val="24"/>
          <w:szCs w:val="24"/>
        </w:rPr>
        <w:t>dětský</w:t>
      </w:r>
      <w:proofErr w:type="spellEnd"/>
      <w:r w:rsidRPr="00B75243">
        <w:rPr>
          <w:sz w:val="24"/>
          <w:szCs w:val="24"/>
        </w:rPr>
        <w:t xml:space="preserve"> </w:t>
      </w:r>
      <w:proofErr w:type="spellStart"/>
      <w:r w:rsidRPr="00B75243">
        <w:rPr>
          <w:sz w:val="24"/>
          <w:szCs w:val="24"/>
        </w:rPr>
        <w:t>běžecký</w:t>
      </w:r>
      <w:proofErr w:type="spellEnd"/>
      <w:r w:rsidRPr="00B75243">
        <w:rPr>
          <w:sz w:val="24"/>
          <w:szCs w:val="24"/>
        </w:rPr>
        <w:t xml:space="preserve"> </w:t>
      </w:r>
      <w:proofErr w:type="spellStart"/>
      <w:r w:rsidRPr="00B75243">
        <w:rPr>
          <w:sz w:val="24"/>
          <w:szCs w:val="24"/>
        </w:rPr>
        <w:t>pás</w:t>
      </w:r>
      <w:proofErr w:type="spellEnd"/>
      <w:r w:rsidRPr="00B75243">
        <w:rPr>
          <w:sz w:val="24"/>
          <w:szCs w:val="24"/>
        </w:rPr>
        <w:t xml:space="preserve">, </w:t>
      </w:r>
      <w:proofErr w:type="spellStart"/>
      <w:r w:rsidRPr="00B75243">
        <w:rPr>
          <w:sz w:val="24"/>
          <w:szCs w:val="24"/>
        </w:rPr>
        <w:t>rotoped</w:t>
      </w:r>
      <w:proofErr w:type="spellEnd"/>
      <w:r w:rsidRPr="00B75243">
        <w:rPr>
          <w:sz w:val="24"/>
          <w:szCs w:val="24"/>
        </w:rPr>
        <w:t xml:space="preserve"> </w:t>
      </w:r>
      <w:proofErr w:type="spellStart"/>
      <w:r w:rsidRPr="00B75243">
        <w:rPr>
          <w:sz w:val="24"/>
          <w:szCs w:val="24"/>
        </w:rPr>
        <w:t>či</w:t>
      </w:r>
      <w:proofErr w:type="spellEnd"/>
      <w:r w:rsidRPr="00B75243">
        <w:rPr>
          <w:sz w:val="24"/>
          <w:szCs w:val="24"/>
        </w:rPr>
        <w:t xml:space="preserve"> </w:t>
      </w:r>
      <w:proofErr w:type="spellStart"/>
      <w:r w:rsidRPr="00B75243">
        <w:rPr>
          <w:sz w:val="24"/>
          <w:szCs w:val="24"/>
        </w:rPr>
        <w:t>boxovací</w:t>
      </w:r>
      <w:proofErr w:type="spellEnd"/>
      <w:r w:rsidRPr="00B75243">
        <w:rPr>
          <w:sz w:val="24"/>
          <w:szCs w:val="24"/>
        </w:rPr>
        <w:t xml:space="preserve"> </w:t>
      </w:r>
      <w:proofErr w:type="spellStart"/>
      <w:r w:rsidRPr="00B75243">
        <w:rPr>
          <w:sz w:val="24"/>
          <w:szCs w:val="24"/>
        </w:rPr>
        <w:t>pytel</w:t>
      </w:r>
      <w:proofErr w:type="spellEnd"/>
      <w:r w:rsidRPr="00B75243">
        <w:rPr>
          <w:sz w:val="24"/>
          <w:szCs w:val="24"/>
        </w:rPr>
        <w:t xml:space="preserve">, </w:t>
      </w:r>
      <w:proofErr w:type="spellStart"/>
      <w:r w:rsidRPr="00B75243">
        <w:rPr>
          <w:sz w:val="24"/>
          <w:szCs w:val="24"/>
        </w:rPr>
        <w:t>které</w:t>
      </w:r>
      <w:proofErr w:type="spellEnd"/>
      <w:r w:rsidRPr="00B75243">
        <w:rPr>
          <w:sz w:val="24"/>
          <w:szCs w:val="24"/>
        </w:rPr>
        <w:t xml:space="preserve"> </w:t>
      </w:r>
      <w:proofErr w:type="spellStart"/>
      <w:r w:rsidRPr="00B75243">
        <w:rPr>
          <w:sz w:val="24"/>
          <w:szCs w:val="24"/>
        </w:rPr>
        <w:t>rozšiřují</w:t>
      </w:r>
      <w:proofErr w:type="spellEnd"/>
      <w:r w:rsidRPr="00B75243">
        <w:rPr>
          <w:sz w:val="24"/>
          <w:szCs w:val="24"/>
        </w:rPr>
        <w:t xml:space="preserve"> </w:t>
      </w:r>
      <w:proofErr w:type="spellStart"/>
      <w:r w:rsidRPr="00B75243">
        <w:rPr>
          <w:sz w:val="24"/>
          <w:szCs w:val="24"/>
        </w:rPr>
        <w:t>nabídku</w:t>
      </w:r>
      <w:proofErr w:type="spellEnd"/>
      <w:r w:rsidRPr="00B75243">
        <w:rPr>
          <w:sz w:val="24"/>
          <w:szCs w:val="24"/>
        </w:rPr>
        <w:t xml:space="preserve"> </w:t>
      </w:r>
      <w:proofErr w:type="spellStart"/>
      <w:r w:rsidRPr="00B75243">
        <w:rPr>
          <w:sz w:val="24"/>
          <w:szCs w:val="24"/>
        </w:rPr>
        <w:t>pohybových</w:t>
      </w:r>
      <w:proofErr w:type="spellEnd"/>
      <w:r w:rsidRPr="00B75243">
        <w:rPr>
          <w:sz w:val="24"/>
          <w:szCs w:val="24"/>
        </w:rPr>
        <w:t xml:space="preserve"> </w:t>
      </w:r>
      <w:proofErr w:type="spellStart"/>
      <w:r w:rsidRPr="00B75243">
        <w:rPr>
          <w:sz w:val="24"/>
          <w:szCs w:val="24"/>
        </w:rPr>
        <w:t>aktivit</w:t>
      </w:r>
      <w:proofErr w:type="spellEnd"/>
      <w:r w:rsidRPr="00B75243">
        <w:rPr>
          <w:sz w:val="24"/>
          <w:szCs w:val="24"/>
        </w:rPr>
        <w:t>.</w:t>
      </w:r>
      <w:r w:rsidRPr="00B75243">
        <w:rPr>
          <w:sz w:val="24"/>
          <w:szCs w:val="24"/>
        </w:rPr>
        <w:br/>
      </w:r>
      <w:proofErr w:type="spellStart"/>
      <w:r w:rsidRPr="00B75243">
        <w:rPr>
          <w:sz w:val="24"/>
          <w:szCs w:val="24"/>
        </w:rPr>
        <w:t>Zahrada</w:t>
      </w:r>
      <w:proofErr w:type="spellEnd"/>
      <w:r w:rsidRPr="00B75243">
        <w:rPr>
          <w:sz w:val="24"/>
          <w:szCs w:val="24"/>
        </w:rPr>
        <w:t xml:space="preserve"> </w:t>
      </w:r>
      <w:proofErr w:type="spellStart"/>
      <w:r w:rsidRPr="00B75243">
        <w:rPr>
          <w:sz w:val="24"/>
          <w:szCs w:val="24"/>
        </w:rPr>
        <w:t>nabízí</w:t>
      </w:r>
      <w:proofErr w:type="spellEnd"/>
      <w:r w:rsidRPr="00B75243">
        <w:rPr>
          <w:sz w:val="24"/>
          <w:szCs w:val="24"/>
        </w:rPr>
        <w:t xml:space="preserve"> </w:t>
      </w:r>
      <w:proofErr w:type="spellStart"/>
      <w:r w:rsidRPr="00B75243">
        <w:rPr>
          <w:sz w:val="24"/>
          <w:szCs w:val="24"/>
        </w:rPr>
        <w:t>pískoviště</w:t>
      </w:r>
      <w:proofErr w:type="spellEnd"/>
      <w:r w:rsidRPr="00B75243">
        <w:rPr>
          <w:sz w:val="24"/>
          <w:szCs w:val="24"/>
        </w:rPr>
        <w:t xml:space="preserve">, </w:t>
      </w:r>
      <w:proofErr w:type="spellStart"/>
      <w:r w:rsidRPr="00B75243">
        <w:rPr>
          <w:sz w:val="24"/>
          <w:szCs w:val="24"/>
        </w:rPr>
        <w:t>prolézačky</w:t>
      </w:r>
      <w:proofErr w:type="spellEnd"/>
      <w:r w:rsidRPr="00B75243">
        <w:rPr>
          <w:sz w:val="24"/>
          <w:szCs w:val="24"/>
        </w:rPr>
        <w:t xml:space="preserve"> a </w:t>
      </w:r>
      <w:proofErr w:type="spellStart"/>
      <w:r w:rsidRPr="00B75243">
        <w:rPr>
          <w:sz w:val="24"/>
          <w:szCs w:val="24"/>
        </w:rPr>
        <w:t>přírodní</w:t>
      </w:r>
      <w:proofErr w:type="spellEnd"/>
      <w:r w:rsidRPr="00B75243">
        <w:rPr>
          <w:sz w:val="24"/>
          <w:szCs w:val="24"/>
        </w:rPr>
        <w:t xml:space="preserve"> </w:t>
      </w:r>
      <w:proofErr w:type="spellStart"/>
      <w:r w:rsidRPr="00B75243">
        <w:rPr>
          <w:sz w:val="24"/>
          <w:szCs w:val="24"/>
        </w:rPr>
        <w:t>koutky</w:t>
      </w:r>
      <w:proofErr w:type="spellEnd"/>
      <w:r w:rsidRPr="00B75243">
        <w:rPr>
          <w:sz w:val="24"/>
          <w:szCs w:val="24"/>
        </w:rPr>
        <w:t xml:space="preserve">, </w:t>
      </w:r>
      <w:proofErr w:type="spellStart"/>
      <w:r w:rsidRPr="00B75243">
        <w:rPr>
          <w:sz w:val="24"/>
          <w:szCs w:val="24"/>
        </w:rPr>
        <w:t>které</w:t>
      </w:r>
      <w:proofErr w:type="spellEnd"/>
      <w:r w:rsidRPr="00B75243">
        <w:rPr>
          <w:sz w:val="24"/>
          <w:szCs w:val="24"/>
        </w:rPr>
        <w:t xml:space="preserve"> </w:t>
      </w:r>
      <w:proofErr w:type="spellStart"/>
      <w:r w:rsidRPr="00B75243">
        <w:rPr>
          <w:sz w:val="24"/>
          <w:szCs w:val="24"/>
        </w:rPr>
        <w:t>slouží</w:t>
      </w:r>
      <w:proofErr w:type="spellEnd"/>
      <w:r w:rsidRPr="00B75243">
        <w:rPr>
          <w:sz w:val="24"/>
          <w:szCs w:val="24"/>
        </w:rPr>
        <w:t xml:space="preserve"> jak </w:t>
      </w:r>
      <w:proofErr w:type="spellStart"/>
      <w:r w:rsidRPr="00B75243">
        <w:rPr>
          <w:sz w:val="24"/>
          <w:szCs w:val="24"/>
        </w:rPr>
        <w:t>ke</w:t>
      </w:r>
      <w:proofErr w:type="spellEnd"/>
      <w:r w:rsidRPr="00B75243">
        <w:rPr>
          <w:sz w:val="24"/>
          <w:szCs w:val="24"/>
        </w:rPr>
        <w:t xml:space="preserve"> </w:t>
      </w:r>
      <w:proofErr w:type="spellStart"/>
      <w:r w:rsidRPr="00B75243">
        <w:rPr>
          <w:sz w:val="24"/>
          <w:szCs w:val="24"/>
        </w:rPr>
        <w:t>hře</w:t>
      </w:r>
      <w:proofErr w:type="spellEnd"/>
      <w:r w:rsidRPr="00B75243">
        <w:rPr>
          <w:sz w:val="24"/>
          <w:szCs w:val="24"/>
        </w:rPr>
        <w:t xml:space="preserve">, </w:t>
      </w:r>
      <w:proofErr w:type="spellStart"/>
      <w:r w:rsidRPr="00B75243">
        <w:rPr>
          <w:sz w:val="24"/>
          <w:szCs w:val="24"/>
        </w:rPr>
        <w:t>tak</w:t>
      </w:r>
      <w:proofErr w:type="spellEnd"/>
      <w:r w:rsidRPr="00B75243">
        <w:rPr>
          <w:sz w:val="24"/>
          <w:szCs w:val="24"/>
        </w:rPr>
        <w:t xml:space="preserve"> k </w:t>
      </w:r>
      <w:proofErr w:type="spellStart"/>
      <w:r w:rsidRPr="00B75243">
        <w:rPr>
          <w:sz w:val="24"/>
          <w:szCs w:val="24"/>
        </w:rPr>
        <w:t>poznávání</w:t>
      </w:r>
      <w:proofErr w:type="spellEnd"/>
      <w:r w:rsidRPr="00B75243">
        <w:rPr>
          <w:sz w:val="24"/>
          <w:szCs w:val="24"/>
        </w:rPr>
        <w:t xml:space="preserve"> </w:t>
      </w:r>
      <w:proofErr w:type="spellStart"/>
      <w:r w:rsidRPr="00B75243">
        <w:rPr>
          <w:sz w:val="24"/>
          <w:szCs w:val="24"/>
        </w:rPr>
        <w:t>přírody</w:t>
      </w:r>
      <w:proofErr w:type="spellEnd"/>
      <w:r w:rsidRPr="00B75243">
        <w:rPr>
          <w:sz w:val="24"/>
          <w:szCs w:val="24"/>
        </w:rPr>
        <w:t xml:space="preserve">. V </w:t>
      </w:r>
      <w:proofErr w:type="spellStart"/>
      <w:r w:rsidRPr="00B75243">
        <w:rPr>
          <w:sz w:val="24"/>
          <w:szCs w:val="24"/>
        </w:rPr>
        <w:t>posledních</w:t>
      </w:r>
      <w:proofErr w:type="spellEnd"/>
      <w:r w:rsidRPr="00B75243">
        <w:rPr>
          <w:sz w:val="24"/>
          <w:szCs w:val="24"/>
        </w:rPr>
        <w:t xml:space="preserve"> </w:t>
      </w:r>
      <w:proofErr w:type="spellStart"/>
      <w:r w:rsidRPr="00B75243">
        <w:rPr>
          <w:sz w:val="24"/>
          <w:szCs w:val="24"/>
        </w:rPr>
        <w:t>letech</w:t>
      </w:r>
      <w:proofErr w:type="spellEnd"/>
      <w:r w:rsidRPr="00B75243">
        <w:rPr>
          <w:sz w:val="24"/>
          <w:szCs w:val="24"/>
        </w:rPr>
        <w:t xml:space="preserve"> se </w:t>
      </w:r>
      <w:proofErr w:type="spellStart"/>
      <w:r w:rsidRPr="00B75243">
        <w:rPr>
          <w:sz w:val="24"/>
          <w:szCs w:val="24"/>
        </w:rPr>
        <w:t>podařilo</w:t>
      </w:r>
      <w:proofErr w:type="spellEnd"/>
      <w:r w:rsidRPr="00B75243">
        <w:rPr>
          <w:sz w:val="24"/>
          <w:szCs w:val="24"/>
        </w:rPr>
        <w:t xml:space="preserve"> </w:t>
      </w:r>
      <w:proofErr w:type="spellStart"/>
      <w:r w:rsidRPr="00B75243">
        <w:rPr>
          <w:sz w:val="24"/>
          <w:szCs w:val="24"/>
        </w:rPr>
        <w:t>školu</w:t>
      </w:r>
      <w:proofErr w:type="spellEnd"/>
      <w:r w:rsidRPr="00B75243">
        <w:rPr>
          <w:sz w:val="24"/>
          <w:szCs w:val="24"/>
        </w:rPr>
        <w:t xml:space="preserve"> </w:t>
      </w:r>
      <w:proofErr w:type="spellStart"/>
      <w:r w:rsidRPr="00B75243">
        <w:rPr>
          <w:sz w:val="24"/>
          <w:szCs w:val="24"/>
        </w:rPr>
        <w:t>vybavit</w:t>
      </w:r>
      <w:proofErr w:type="spellEnd"/>
      <w:r w:rsidRPr="00B75243">
        <w:rPr>
          <w:sz w:val="24"/>
          <w:szCs w:val="24"/>
        </w:rPr>
        <w:t xml:space="preserve"> </w:t>
      </w:r>
      <w:proofErr w:type="spellStart"/>
      <w:r w:rsidRPr="00B75243">
        <w:rPr>
          <w:sz w:val="24"/>
          <w:szCs w:val="24"/>
        </w:rPr>
        <w:t>tak</w:t>
      </w:r>
      <w:proofErr w:type="spellEnd"/>
      <w:r w:rsidRPr="00B75243">
        <w:rPr>
          <w:sz w:val="24"/>
          <w:szCs w:val="24"/>
        </w:rPr>
        <w:t xml:space="preserve">, aby </w:t>
      </w:r>
      <w:proofErr w:type="spellStart"/>
      <w:r w:rsidRPr="00B75243">
        <w:rPr>
          <w:sz w:val="24"/>
          <w:szCs w:val="24"/>
        </w:rPr>
        <w:t>splňovala</w:t>
      </w:r>
      <w:proofErr w:type="spellEnd"/>
      <w:r w:rsidRPr="00B75243">
        <w:rPr>
          <w:sz w:val="24"/>
          <w:szCs w:val="24"/>
        </w:rPr>
        <w:t xml:space="preserve"> </w:t>
      </w:r>
      <w:proofErr w:type="spellStart"/>
      <w:r w:rsidRPr="00B75243">
        <w:rPr>
          <w:sz w:val="24"/>
          <w:szCs w:val="24"/>
        </w:rPr>
        <w:t>nejen</w:t>
      </w:r>
      <w:proofErr w:type="spellEnd"/>
      <w:r w:rsidRPr="00B75243">
        <w:rPr>
          <w:sz w:val="24"/>
          <w:szCs w:val="24"/>
        </w:rPr>
        <w:t xml:space="preserve"> </w:t>
      </w:r>
      <w:proofErr w:type="spellStart"/>
      <w:r w:rsidRPr="00B75243">
        <w:rPr>
          <w:sz w:val="24"/>
          <w:szCs w:val="24"/>
        </w:rPr>
        <w:t>funkční</w:t>
      </w:r>
      <w:proofErr w:type="spellEnd"/>
      <w:r w:rsidRPr="00B75243">
        <w:rPr>
          <w:sz w:val="24"/>
          <w:szCs w:val="24"/>
        </w:rPr>
        <w:t xml:space="preserve">, ale </w:t>
      </w:r>
      <w:proofErr w:type="spellStart"/>
      <w:r w:rsidRPr="00B75243">
        <w:rPr>
          <w:sz w:val="24"/>
          <w:szCs w:val="24"/>
        </w:rPr>
        <w:t>i</w:t>
      </w:r>
      <w:proofErr w:type="spellEnd"/>
      <w:r w:rsidRPr="00B75243">
        <w:rPr>
          <w:sz w:val="24"/>
          <w:szCs w:val="24"/>
        </w:rPr>
        <w:t xml:space="preserve"> </w:t>
      </w:r>
      <w:proofErr w:type="spellStart"/>
      <w:r w:rsidRPr="00B75243">
        <w:rPr>
          <w:sz w:val="24"/>
          <w:szCs w:val="24"/>
        </w:rPr>
        <w:t>estetická</w:t>
      </w:r>
      <w:proofErr w:type="spellEnd"/>
      <w:r w:rsidRPr="00B75243">
        <w:rPr>
          <w:sz w:val="24"/>
          <w:szCs w:val="24"/>
        </w:rPr>
        <w:t xml:space="preserve"> a </w:t>
      </w:r>
      <w:proofErr w:type="spellStart"/>
      <w:r w:rsidRPr="00B75243">
        <w:rPr>
          <w:sz w:val="24"/>
          <w:szCs w:val="24"/>
        </w:rPr>
        <w:t>rozvojová</w:t>
      </w:r>
      <w:proofErr w:type="spellEnd"/>
      <w:r w:rsidRPr="00B75243">
        <w:rPr>
          <w:sz w:val="24"/>
          <w:szCs w:val="24"/>
        </w:rPr>
        <w:t xml:space="preserve"> </w:t>
      </w:r>
      <w:proofErr w:type="spellStart"/>
      <w:r w:rsidRPr="00B75243">
        <w:rPr>
          <w:sz w:val="24"/>
          <w:szCs w:val="24"/>
        </w:rPr>
        <w:t>kritéria</w:t>
      </w:r>
      <w:proofErr w:type="spellEnd"/>
      <w:r w:rsidRPr="00B75243">
        <w:rPr>
          <w:sz w:val="24"/>
          <w:szCs w:val="24"/>
        </w:rPr>
        <w:t xml:space="preserve"> </w:t>
      </w:r>
      <w:proofErr w:type="spellStart"/>
      <w:r w:rsidRPr="00B75243">
        <w:rPr>
          <w:sz w:val="24"/>
          <w:szCs w:val="24"/>
        </w:rPr>
        <w:t>současného</w:t>
      </w:r>
      <w:proofErr w:type="spellEnd"/>
      <w:r w:rsidRPr="00B75243">
        <w:rPr>
          <w:sz w:val="24"/>
          <w:szCs w:val="24"/>
        </w:rPr>
        <w:t xml:space="preserve"> </w:t>
      </w:r>
      <w:proofErr w:type="spellStart"/>
      <w:r w:rsidRPr="00B75243">
        <w:rPr>
          <w:sz w:val="24"/>
          <w:szCs w:val="24"/>
        </w:rPr>
        <w:t>předškolního</w:t>
      </w:r>
      <w:proofErr w:type="spellEnd"/>
      <w:r w:rsidRPr="00B75243">
        <w:rPr>
          <w:sz w:val="24"/>
          <w:szCs w:val="24"/>
        </w:rPr>
        <w:t xml:space="preserve"> </w:t>
      </w:r>
      <w:proofErr w:type="spellStart"/>
      <w:r w:rsidRPr="00B75243">
        <w:rPr>
          <w:sz w:val="24"/>
          <w:szCs w:val="24"/>
        </w:rPr>
        <w:t>vzdělávání</w:t>
      </w:r>
      <w:proofErr w:type="spellEnd"/>
      <w:r w:rsidRPr="00B75243">
        <w:rPr>
          <w:sz w:val="24"/>
          <w:szCs w:val="24"/>
        </w:rPr>
        <w:t>.</w:t>
      </w:r>
    </w:p>
    <w:p w14:paraId="1D978B6E" w14:textId="0C99D5E8" w:rsidR="00096AC4" w:rsidRPr="001B1203" w:rsidRDefault="00756699" w:rsidP="004A640F">
      <w:pPr>
        <w:spacing w:after="120"/>
        <w:rPr>
          <w:i/>
          <w:iCs/>
          <w:sz w:val="24"/>
          <w:szCs w:val="24"/>
        </w:rPr>
      </w:pPr>
      <w:proofErr w:type="spellStart"/>
      <w:r w:rsidRPr="001B1203">
        <w:rPr>
          <w:i/>
          <w:iCs/>
          <w:sz w:val="24"/>
          <w:szCs w:val="24"/>
        </w:rPr>
        <w:t>Záměry</w:t>
      </w:r>
      <w:proofErr w:type="spellEnd"/>
      <w:r w:rsidR="00096AC4" w:rsidRPr="001B1203">
        <w:rPr>
          <w:i/>
          <w:iCs/>
          <w:sz w:val="24"/>
          <w:szCs w:val="24"/>
        </w:rPr>
        <w:t>:</w:t>
      </w:r>
    </w:p>
    <w:p w14:paraId="47CC0F90" w14:textId="77777777" w:rsidR="005B3AED" w:rsidRPr="001B1203" w:rsidRDefault="00096AC4" w:rsidP="00096AC4">
      <w:pPr>
        <w:pStyle w:val="Odstavecseseznamem"/>
        <w:numPr>
          <w:ilvl w:val="0"/>
          <w:numId w:val="19"/>
        </w:numPr>
        <w:spacing w:after="120"/>
        <w:rPr>
          <w:i/>
          <w:iCs/>
          <w:sz w:val="24"/>
          <w:szCs w:val="24"/>
        </w:rPr>
      </w:pPr>
      <w:proofErr w:type="spellStart"/>
      <w:r w:rsidRPr="001B1203">
        <w:rPr>
          <w:i/>
          <w:iCs/>
          <w:sz w:val="24"/>
          <w:szCs w:val="24"/>
        </w:rPr>
        <w:t>Využít</w:t>
      </w:r>
      <w:proofErr w:type="spellEnd"/>
      <w:r w:rsidRPr="001B1203">
        <w:rPr>
          <w:i/>
          <w:iCs/>
          <w:sz w:val="24"/>
          <w:szCs w:val="24"/>
        </w:rPr>
        <w:t xml:space="preserve"> </w:t>
      </w:r>
      <w:proofErr w:type="spellStart"/>
      <w:r w:rsidRPr="001B1203">
        <w:rPr>
          <w:i/>
          <w:iCs/>
          <w:sz w:val="24"/>
          <w:szCs w:val="24"/>
        </w:rPr>
        <w:t>prostor</w:t>
      </w:r>
      <w:proofErr w:type="spellEnd"/>
      <w:r w:rsidRPr="001B1203">
        <w:rPr>
          <w:i/>
          <w:iCs/>
          <w:sz w:val="24"/>
          <w:szCs w:val="24"/>
        </w:rPr>
        <w:t xml:space="preserve"> “</w:t>
      </w:r>
      <w:proofErr w:type="spellStart"/>
      <w:r w:rsidRPr="001B1203">
        <w:rPr>
          <w:i/>
          <w:iCs/>
          <w:sz w:val="24"/>
          <w:szCs w:val="24"/>
        </w:rPr>
        <w:t>dílny</w:t>
      </w:r>
      <w:proofErr w:type="spellEnd"/>
      <w:r w:rsidRPr="001B1203">
        <w:rPr>
          <w:i/>
          <w:iCs/>
          <w:sz w:val="24"/>
          <w:szCs w:val="24"/>
        </w:rPr>
        <w:t>”</w:t>
      </w:r>
      <w:r w:rsidR="005B3AED" w:rsidRPr="001B1203">
        <w:rPr>
          <w:i/>
          <w:iCs/>
          <w:sz w:val="24"/>
          <w:szCs w:val="24"/>
        </w:rPr>
        <w:t xml:space="preserve"> pro </w:t>
      </w:r>
      <w:proofErr w:type="spellStart"/>
      <w:r w:rsidR="005B3AED" w:rsidRPr="001B1203">
        <w:rPr>
          <w:i/>
          <w:iCs/>
          <w:sz w:val="24"/>
          <w:szCs w:val="24"/>
        </w:rPr>
        <w:t>možnosti</w:t>
      </w:r>
      <w:proofErr w:type="spellEnd"/>
      <w:r w:rsidR="005B3AED" w:rsidRPr="001B1203">
        <w:rPr>
          <w:i/>
          <w:iCs/>
          <w:sz w:val="24"/>
          <w:szCs w:val="24"/>
        </w:rPr>
        <w:t xml:space="preserve"> </w:t>
      </w:r>
      <w:proofErr w:type="spellStart"/>
      <w:r w:rsidR="005B3AED" w:rsidRPr="001B1203">
        <w:rPr>
          <w:i/>
          <w:iCs/>
          <w:sz w:val="24"/>
          <w:szCs w:val="24"/>
        </w:rPr>
        <w:t>dalšího</w:t>
      </w:r>
      <w:proofErr w:type="spellEnd"/>
      <w:r w:rsidR="005B3AED" w:rsidRPr="001B1203">
        <w:rPr>
          <w:i/>
          <w:iCs/>
          <w:sz w:val="24"/>
          <w:szCs w:val="24"/>
        </w:rPr>
        <w:t xml:space="preserve"> </w:t>
      </w:r>
      <w:proofErr w:type="spellStart"/>
      <w:r w:rsidR="005B3AED" w:rsidRPr="001B1203">
        <w:rPr>
          <w:i/>
          <w:iCs/>
          <w:sz w:val="24"/>
          <w:szCs w:val="24"/>
        </w:rPr>
        <w:t>rozvoje</w:t>
      </w:r>
      <w:proofErr w:type="spellEnd"/>
      <w:r w:rsidR="005B3AED" w:rsidRPr="001B1203">
        <w:rPr>
          <w:i/>
          <w:iCs/>
          <w:sz w:val="24"/>
          <w:szCs w:val="24"/>
        </w:rPr>
        <w:t xml:space="preserve"> </w:t>
      </w:r>
      <w:proofErr w:type="spellStart"/>
      <w:r w:rsidR="005B3AED" w:rsidRPr="001B1203">
        <w:rPr>
          <w:i/>
          <w:iCs/>
          <w:sz w:val="24"/>
          <w:szCs w:val="24"/>
        </w:rPr>
        <w:t>dětí</w:t>
      </w:r>
      <w:proofErr w:type="spellEnd"/>
    </w:p>
    <w:p w14:paraId="26F5AAEA" w14:textId="77777777" w:rsidR="005B3AED" w:rsidRPr="001B1203" w:rsidRDefault="005B3AED" w:rsidP="00096AC4">
      <w:pPr>
        <w:pStyle w:val="Odstavecseseznamem"/>
        <w:numPr>
          <w:ilvl w:val="0"/>
          <w:numId w:val="19"/>
        </w:numPr>
        <w:spacing w:after="120"/>
        <w:rPr>
          <w:i/>
          <w:iCs/>
          <w:sz w:val="24"/>
          <w:szCs w:val="24"/>
        </w:rPr>
      </w:pPr>
      <w:proofErr w:type="spellStart"/>
      <w:r w:rsidRPr="001B1203">
        <w:rPr>
          <w:i/>
          <w:iCs/>
          <w:sz w:val="24"/>
          <w:szCs w:val="24"/>
        </w:rPr>
        <w:t>Vykácet</w:t>
      </w:r>
      <w:proofErr w:type="spellEnd"/>
      <w:r w:rsidRPr="001B1203">
        <w:rPr>
          <w:i/>
          <w:iCs/>
          <w:sz w:val="24"/>
          <w:szCs w:val="24"/>
        </w:rPr>
        <w:t xml:space="preserve"> </w:t>
      </w:r>
      <w:proofErr w:type="spellStart"/>
      <w:r w:rsidRPr="001B1203">
        <w:rPr>
          <w:i/>
          <w:iCs/>
          <w:sz w:val="24"/>
          <w:szCs w:val="24"/>
        </w:rPr>
        <w:t>některé</w:t>
      </w:r>
      <w:proofErr w:type="spellEnd"/>
      <w:r w:rsidRPr="001B1203">
        <w:rPr>
          <w:i/>
          <w:iCs/>
          <w:sz w:val="24"/>
          <w:szCs w:val="24"/>
        </w:rPr>
        <w:t xml:space="preserve"> </w:t>
      </w:r>
      <w:proofErr w:type="spellStart"/>
      <w:r w:rsidRPr="001B1203">
        <w:rPr>
          <w:i/>
          <w:iCs/>
          <w:sz w:val="24"/>
          <w:szCs w:val="24"/>
        </w:rPr>
        <w:t>stromy</w:t>
      </w:r>
      <w:proofErr w:type="spellEnd"/>
      <w:r w:rsidRPr="001B1203">
        <w:rPr>
          <w:i/>
          <w:iCs/>
          <w:sz w:val="24"/>
          <w:szCs w:val="24"/>
        </w:rPr>
        <w:t xml:space="preserve"> </w:t>
      </w:r>
      <w:proofErr w:type="spellStart"/>
      <w:r w:rsidRPr="001B1203">
        <w:rPr>
          <w:i/>
          <w:iCs/>
          <w:sz w:val="24"/>
          <w:szCs w:val="24"/>
        </w:rPr>
        <w:t>na</w:t>
      </w:r>
      <w:proofErr w:type="spellEnd"/>
      <w:r w:rsidRPr="001B1203">
        <w:rPr>
          <w:i/>
          <w:iCs/>
          <w:sz w:val="24"/>
          <w:szCs w:val="24"/>
        </w:rPr>
        <w:t xml:space="preserve"> </w:t>
      </w:r>
      <w:proofErr w:type="spellStart"/>
      <w:r w:rsidRPr="001B1203">
        <w:rPr>
          <w:i/>
          <w:iCs/>
          <w:sz w:val="24"/>
          <w:szCs w:val="24"/>
        </w:rPr>
        <w:t>zahradě</w:t>
      </w:r>
      <w:proofErr w:type="spellEnd"/>
    </w:p>
    <w:p w14:paraId="322DAFB1" w14:textId="21617900" w:rsidR="004A640F" w:rsidRPr="001B1203" w:rsidRDefault="00EF289F" w:rsidP="00096AC4">
      <w:pPr>
        <w:pStyle w:val="Odstavecseseznamem"/>
        <w:numPr>
          <w:ilvl w:val="0"/>
          <w:numId w:val="19"/>
        </w:numPr>
        <w:spacing w:after="120"/>
        <w:rPr>
          <w:i/>
          <w:iCs/>
          <w:sz w:val="24"/>
          <w:szCs w:val="24"/>
        </w:rPr>
      </w:pPr>
      <w:proofErr w:type="spellStart"/>
      <w:r w:rsidRPr="001B1203">
        <w:rPr>
          <w:i/>
          <w:iCs/>
          <w:sz w:val="24"/>
          <w:szCs w:val="24"/>
        </w:rPr>
        <w:t>Kultivovat</w:t>
      </w:r>
      <w:proofErr w:type="spellEnd"/>
      <w:r w:rsidRPr="001B1203">
        <w:rPr>
          <w:i/>
          <w:iCs/>
          <w:sz w:val="24"/>
          <w:szCs w:val="24"/>
        </w:rPr>
        <w:t xml:space="preserve"> </w:t>
      </w:r>
      <w:proofErr w:type="spellStart"/>
      <w:r w:rsidR="00D504D7" w:rsidRPr="001B1203">
        <w:rPr>
          <w:i/>
          <w:iCs/>
          <w:sz w:val="24"/>
          <w:szCs w:val="24"/>
        </w:rPr>
        <w:t>nebo</w:t>
      </w:r>
      <w:proofErr w:type="spellEnd"/>
      <w:r w:rsidR="00D504D7" w:rsidRPr="001B1203">
        <w:rPr>
          <w:i/>
          <w:iCs/>
          <w:sz w:val="24"/>
          <w:szCs w:val="24"/>
        </w:rPr>
        <w:t xml:space="preserve"> </w:t>
      </w:r>
      <w:proofErr w:type="spellStart"/>
      <w:r w:rsidR="00D504D7" w:rsidRPr="001B1203">
        <w:rPr>
          <w:i/>
          <w:iCs/>
          <w:sz w:val="24"/>
          <w:szCs w:val="24"/>
        </w:rPr>
        <w:t>využít</w:t>
      </w:r>
      <w:proofErr w:type="spellEnd"/>
      <w:r w:rsidR="00D504D7" w:rsidRPr="001B1203">
        <w:rPr>
          <w:i/>
          <w:iCs/>
          <w:sz w:val="24"/>
          <w:szCs w:val="24"/>
        </w:rPr>
        <w:t xml:space="preserve"> </w:t>
      </w:r>
      <w:proofErr w:type="spellStart"/>
      <w:r w:rsidRPr="001B1203">
        <w:rPr>
          <w:i/>
          <w:iCs/>
          <w:sz w:val="24"/>
          <w:szCs w:val="24"/>
        </w:rPr>
        <w:t>pro</w:t>
      </w:r>
      <w:r w:rsidR="00D504D7" w:rsidRPr="001B1203">
        <w:rPr>
          <w:i/>
          <w:iCs/>
          <w:sz w:val="24"/>
          <w:szCs w:val="24"/>
        </w:rPr>
        <w:t>s</w:t>
      </w:r>
      <w:r w:rsidRPr="001B1203">
        <w:rPr>
          <w:i/>
          <w:iCs/>
          <w:sz w:val="24"/>
          <w:szCs w:val="24"/>
        </w:rPr>
        <w:t>tor</w:t>
      </w:r>
      <w:proofErr w:type="spellEnd"/>
      <w:r w:rsidRPr="001B1203">
        <w:rPr>
          <w:i/>
          <w:iCs/>
          <w:sz w:val="24"/>
          <w:szCs w:val="24"/>
        </w:rPr>
        <w:t xml:space="preserve"> za </w:t>
      </w:r>
      <w:proofErr w:type="spellStart"/>
      <w:r w:rsidRPr="001B1203">
        <w:rPr>
          <w:i/>
          <w:iCs/>
          <w:sz w:val="24"/>
          <w:szCs w:val="24"/>
        </w:rPr>
        <w:t>domečkem</w:t>
      </w:r>
      <w:proofErr w:type="spellEnd"/>
      <w:r w:rsidRPr="001B1203">
        <w:rPr>
          <w:i/>
          <w:iCs/>
          <w:sz w:val="24"/>
          <w:szCs w:val="24"/>
        </w:rPr>
        <w:t xml:space="preserve"> – </w:t>
      </w:r>
      <w:proofErr w:type="spellStart"/>
      <w:r w:rsidRPr="001B1203">
        <w:rPr>
          <w:i/>
          <w:iCs/>
          <w:sz w:val="24"/>
          <w:szCs w:val="24"/>
        </w:rPr>
        <w:t>svah</w:t>
      </w:r>
      <w:proofErr w:type="spellEnd"/>
      <w:r w:rsidRPr="001B1203">
        <w:rPr>
          <w:i/>
          <w:iCs/>
          <w:sz w:val="24"/>
          <w:szCs w:val="24"/>
        </w:rPr>
        <w:t xml:space="preserve"> </w:t>
      </w:r>
      <w:proofErr w:type="spellStart"/>
      <w:r w:rsidRPr="001B1203">
        <w:rPr>
          <w:i/>
          <w:iCs/>
          <w:sz w:val="24"/>
          <w:szCs w:val="24"/>
        </w:rPr>
        <w:t>na</w:t>
      </w:r>
      <w:proofErr w:type="spellEnd"/>
      <w:r w:rsidRPr="001B1203">
        <w:rPr>
          <w:i/>
          <w:iCs/>
          <w:sz w:val="24"/>
          <w:szCs w:val="24"/>
        </w:rPr>
        <w:t xml:space="preserve"> </w:t>
      </w:r>
      <w:proofErr w:type="spellStart"/>
      <w:r w:rsidRPr="001B1203">
        <w:rPr>
          <w:i/>
          <w:iCs/>
          <w:sz w:val="24"/>
          <w:szCs w:val="24"/>
        </w:rPr>
        <w:t>zahradě</w:t>
      </w:r>
      <w:proofErr w:type="spellEnd"/>
      <w:r w:rsidR="004A640F" w:rsidRPr="001B1203">
        <w:rPr>
          <w:i/>
          <w:iCs/>
          <w:sz w:val="24"/>
          <w:szCs w:val="24"/>
        </w:rPr>
        <w:br/>
      </w:r>
    </w:p>
    <w:p w14:paraId="1DB9E4C2" w14:textId="77777777" w:rsidR="004A640F" w:rsidRDefault="004A640F" w:rsidP="004A640F">
      <w:pPr>
        <w:pStyle w:val="Nadpis2"/>
      </w:pPr>
      <w:proofErr w:type="spellStart"/>
      <w:r>
        <w:t>Životospráva</w:t>
      </w:r>
      <w:proofErr w:type="spellEnd"/>
    </w:p>
    <w:p w14:paraId="7F899694" w14:textId="77777777" w:rsidR="004A640F" w:rsidRDefault="004A640F" w:rsidP="004A640F">
      <w:pPr>
        <w:pStyle w:val="Nadpis3"/>
      </w:pPr>
      <w:r>
        <w:t xml:space="preserve">a) </w:t>
      </w:r>
      <w:proofErr w:type="spellStart"/>
      <w:r>
        <w:t>Stravování</w:t>
      </w:r>
      <w:proofErr w:type="spellEnd"/>
    </w:p>
    <w:p w14:paraId="5BF85A2D" w14:textId="77777777" w:rsidR="00EF30AA" w:rsidRDefault="004A640F" w:rsidP="004A640F">
      <w:pPr>
        <w:spacing w:after="120"/>
        <w:rPr>
          <w:sz w:val="24"/>
          <w:szCs w:val="24"/>
        </w:rPr>
      </w:pPr>
      <w:proofErr w:type="spellStart"/>
      <w:r w:rsidRPr="00EF30AA">
        <w:rPr>
          <w:sz w:val="24"/>
          <w:szCs w:val="24"/>
        </w:rPr>
        <w:t>Škola</w:t>
      </w:r>
      <w:proofErr w:type="spellEnd"/>
      <w:r w:rsidRPr="00EF30AA">
        <w:rPr>
          <w:sz w:val="24"/>
          <w:szCs w:val="24"/>
        </w:rPr>
        <w:t xml:space="preserve"> </w:t>
      </w:r>
      <w:proofErr w:type="spellStart"/>
      <w:r w:rsidRPr="00EF30AA">
        <w:rPr>
          <w:sz w:val="24"/>
          <w:szCs w:val="24"/>
        </w:rPr>
        <w:t>spolupracuje</w:t>
      </w:r>
      <w:proofErr w:type="spellEnd"/>
      <w:r w:rsidRPr="00EF30AA">
        <w:rPr>
          <w:sz w:val="24"/>
          <w:szCs w:val="24"/>
        </w:rPr>
        <w:t xml:space="preserve"> s </w:t>
      </w:r>
      <w:proofErr w:type="spellStart"/>
      <w:r w:rsidRPr="00EF30AA">
        <w:rPr>
          <w:sz w:val="24"/>
          <w:szCs w:val="24"/>
        </w:rPr>
        <w:t>dodavatelem</w:t>
      </w:r>
      <w:proofErr w:type="spellEnd"/>
      <w:r w:rsidRPr="00EF30AA">
        <w:rPr>
          <w:sz w:val="24"/>
          <w:szCs w:val="24"/>
        </w:rPr>
        <w:t xml:space="preserve"> </w:t>
      </w:r>
      <w:proofErr w:type="spellStart"/>
      <w:r w:rsidRPr="00EF30AA">
        <w:rPr>
          <w:sz w:val="24"/>
          <w:szCs w:val="24"/>
        </w:rPr>
        <w:t>stravy</w:t>
      </w:r>
      <w:proofErr w:type="spellEnd"/>
      <w:r w:rsidRPr="00EF30AA">
        <w:rPr>
          <w:sz w:val="24"/>
          <w:szCs w:val="24"/>
        </w:rPr>
        <w:t xml:space="preserve"> </w:t>
      </w:r>
      <w:proofErr w:type="spellStart"/>
      <w:r w:rsidRPr="00EF30AA">
        <w:rPr>
          <w:sz w:val="24"/>
          <w:szCs w:val="24"/>
        </w:rPr>
        <w:t>Vitalité</w:t>
      </w:r>
      <w:proofErr w:type="spellEnd"/>
      <w:r w:rsidRPr="00EF30AA">
        <w:rPr>
          <w:sz w:val="24"/>
          <w:szCs w:val="24"/>
        </w:rPr>
        <w:t xml:space="preserve"> – </w:t>
      </w:r>
      <w:proofErr w:type="spellStart"/>
      <w:r w:rsidRPr="00EF30AA">
        <w:rPr>
          <w:sz w:val="24"/>
          <w:szCs w:val="24"/>
        </w:rPr>
        <w:t>Zdravý</w:t>
      </w:r>
      <w:proofErr w:type="spellEnd"/>
      <w:r w:rsidRPr="00EF30AA">
        <w:rPr>
          <w:sz w:val="24"/>
          <w:szCs w:val="24"/>
        </w:rPr>
        <w:t xml:space="preserve"> restaurant, </w:t>
      </w:r>
      <w:proofErr w:type="spellStart"/>
      <w:r w:rsidRPr="00EF30AA">
        <w:rPr>
          <w:sz w:val="24"/>
          <w:szCs w:val="24"/>
        </w:rPr>
        <w:t>který</w:t>
      </w:r>
      <w:proofErr w:type="spellEnd"/>
      <w:r w:rsidRPr="00EF30AA">
        <w:rPr>
          <w:sz w:val="24"/>
          <w:szCs w:val="24"/>
        </w:rPr>
        <w:t xml:space="preserve"> </w:t>
      </w:r>
      <w:proofErr w:type="spellStart"/>
      <w:r w:rsidRPr="00EF30AA">
        <w:rPr>
          <w:sz w:val="24"/>
          <w:szCs w:val="24"/>
        </w:rPr>
        <w:t>zajišťuje</w:t>
      </w:r>
      <w:proofErr w:type="spellEnd"/>
      <w:r w:rsidRPr="00EF30AA">
        <w:rPr>
          <w:sz w:val="24"/>
          <w:szCs w:val="24"/>
        </w:rPr>
        <w:t xml:space="preserve"> </w:t>
      </w:r>
      <w:proofErr w:type="spellStart"/>
      <w:r w:rsidRPr="00EF30AA">
        <w:rPr>
          <w:sz w:val="24"/>
          <w:szCs w:val="24"/>
        </w:rPr>
        <w:t>dovoz</w:t>
      </w:r>
      <w:proofErr w:type="spellEnd"/>
      <w:r w:rsidRPr="00EF30AA">
        <w:rPr>
          <w:sz w:val="24"/>
          <w:szCs w:val="24"/>
        </w:rPr>
        <w:t xml:space="preserve"> </w:t>
      </w:r>
      <w:proofErr w:type="spellStart"/>
      <w:r w:rsidRPr="00EF30AA">
        <w:rPr>
          <w:sz w:val="24"/>
          <w:szCs w:val="24"/>
        </w:rPr>
        <w:t>plnohodnotné</w:t>
      </w:r>
      <w:proofErr w:type="spellEnd"/>
      <w:r w:rsidRPr="00EF30AA">
        <w:rPr>
          <w:sz w:val="24"/>
          <w:szCs w:val="24"/>
        </w:rPr>
        <w:t xml:space="preserve"> </w:t>
      </w:r>
      <w:proofErr w:type="spellStart"/>
      <w:r w:rsidRPr="00EF30AA">
        <w:rPr>
          <w:sz w:val="24"/>
          <w:szCs w:val="24"/>
        </w:rPr>
        <w:t>stravy</w:t>
      </w:r>
      <w:proofErr w:type="spellEnd"/>
      <w:r w:rsidRPr="00EF30AA">
        <w:rPr>
          <w:sz w:val="24"/>
          <w:szCs w:val="24"/>
        </w:rPr>
        <w:t xml:space="preserve"> </w:t>
      </w:r>
      <w:proofErr w:type="spellStart"/>
      <w:r w:rsidRPr="00EF30AA">
        <w:rPr>
          <w:sz w:val="24"/>
          <w:szCs w:val="24"/>
        </w:rPr>
        <w:t>včetně</w:t>
      </w:r>
      <w:proofErr w:type="spellEnd"/>
      <w:r w:rsidRPr="00EF30AA">
        <w:rPr>
          <w:sz w:val="24"/>
          <w:szCs w:val="24"/>
        </w:rPr>
        <w:t xml:space="preserve"> </w:t>
      </w:r>
      <w:proofErr w:type="spellStart"/>
      <w:r w:rsidRPr="00EF30AA">
        <w:rPr>
          <w:sz w:val="24"/>
          <w:szCs w:val="24"/>
        </w:rPr>
        <w:t>dvou</w:t>
      </w:r>
      <w:proofErr w:type="spellEnd"/>
      <w:r w:rsidRPr="00EF30AA">
        <w:rPr>
          <w:sz w:val="24"/>
          <w:szCs w:val="24"/>
        </w:rPr>
        <w:t xml:space="preserve"> </w:t>
      </w:r>
      <w:proofErr w:type="spellStart"/>
      <w:r w:rsidRPr="00EF30AA">
        <w:rPr>
          <w:sz w:val="24"/>
          <w:szCs w:val="24"/>
        </w:rPr>
        <w:t>svačin</w:t>
      </w:r>
      <w:proofErr w:type="spellEnd"/>
      <w:r w:rsidRPr="00EF30AA">
        <w:rPr>
          <w:sz w:val="24"/>
          <w:szCs w:val="24"/>
        </w:rPr>
        <w:t xml:space="preserve"> </w:t>
      </w:r>
      <w:proofErr w:type="gramStart"/>
      <w:r w:rsidRPr="00EF30AA">
        <w:rPr>
          <w:sz w:val="24"/>
          <w:szCs w:val="24"/>
        </w:rPr>
        <w:t>a</w:t>
      </w:r>
      <w:proofErr w:type="gramEnd"/>
      <w:r w:rsidRPr="00EF30AA">
        <w:rPr>
          <w:sz w:val="24"/>
          <w:szCs w:val="24"/>
        </w:rPr>
        <w:t xml:space="preserve"> </w:t>
      </w:r>
      <w:proofErr w:type="spellStart"/>
      <w:r w:rsidRPr="00EF30AA">
        <w:rPr>
          <w:sz w:val="24"/>
          <w:szCs w:val="24"/>
        </w:rPr>
        <w:t>oběda</w:t>
      </w:r>
      <w:proofErr w:type="spellEnd"/>
      <w:r w:rsidRPr="00EF30AA">
        <w:rPr>
          <w:sz w:val="24"/>
          <w:szCs w:val="24"/>
        </w:rPr>
        <w:t xml:space="preserve">. </w:t>
      </w:r>
      <w:proofErr w:type="spellStart"/>
      <w:r w:rsidRPr="00EF30AA">
        <w:rPr>
          <w:sz w:val="24"/>
          <w:szCs w:val="24"/>
        </w:rPr>
        <w:t>Dbáme</w:t>
      </w:r>
      <w:proofErr w:type="spellEnd"/>
      <w:r w:rsidRPr="00EF30AA">
        <w:rPr>
          <w:sz w:val="24"/>
          <w:szCs w:val="24"/>
        </w:rPr>
        <w:t xml:space="preserve"> </w:t>
      </w:r>
      <w:proofErr w:type="spellStart"/>
      <w:r w:rsidRPr="00EF30AA">
        <w:rPr>
          <w:sz w:val="24"/>
          <w:szCs w:val="24"/>
        </w:rPr>
        <w:t>na</w:t>
      </w:r>
      <w:proofErr w:type="spellEnd"/>
      <w:r w:rsidRPr="00EF30AA">
        <w:rPr>
          <w:sz w:val="24"/>
          <w:szCs w:val="24"/>
        </w:rPr>
        <w:t xml:space="preserve"> </w:t>
      </w:r>
      <w:proofErr w:type="spellStart"/>
      <w:r w:rsidRPr="00EF30AA">
        <w:rPr>
          <w:sz w:val="24"/>
          <w:szCs w:val="24"/>
        </w:rPr>
        <w:t>vyvážený</w:t>
      </w:r>
      <w:proofErr w:type="spellEnd"/>
      <w:r w:rsidRPr="00EF30AA">
        <w:rPr>
          <w:sz w:val="24"/>
          <w:szCs w:val="24"/>
        </w:rPr>
        <w:t xml:space="preserve"> </w:t>
      </w:r>
      <w:proofErr w:type="spellStart"/>
      <w:r w:rsidRPr="00EF30AA">
        <w:rPr>
          <w:sz w:val="24"/>
          <w:szCs w:val="24"/>
        </w:rPr>
        <w:t>jídelníček</w:t>
      </w:r>
      <w:proofErr w:type="spellEnd"/>
      <w:r w:rsidRPr="00EF30AA">
        <w:rPr>
          <w:sz w:val="24"/>
          <w:szCs w:val="24"/>
        </w:rPr>
        <w:t xml:space="preserve"> a </w:t>
      </w:r>
      <w:proofErr w:type="spellStart"/>
      <w:r w:rsidRPr="00EF30AA">
        <w:rPr>
          <w:sz w:val="24"/>
          <w:szCs w:val="24"/>
        </w:rPr>
        <w:t>dostatečný</w:t>
      </w:r>
      <w:proofErr w:type="spellEnd"/>
      <w:r w:rsidRPr="00EF30AA">
        <w:rPr>
          <w:sz w:val="24"/>
          <w:szCs w:val="24"/>
        </w:rPr>
        <w:t xml:space="preserve"> </w:t>
      </w:r>
      <w:proofErr w:type="spellStart"/>
      <w:r w:rsidRPr="00EF30AA">
        <w:rPr>
          <w:sz w:val="24"/>
          <w:szCs w:val="24"/>
        </w:rPr>
        <w:t>pitný</w:t>
      </w:r>
      <w:proofErr w:type="spellEnd"/>
      <w:r w:rsidRPr="00EF30AA">
        <w:rPr>
          <w:sz w:val="24"/>
          <w:szCs w:val="24"/>
        </w:rPr>
        <w:t xml:space="preserve"> </w:t>
      </w:r>
      <w:proofErr w:type="spellStart"/>
      <w:r w:rsidRPr="00EF30AA">
        <w:rPr>
          <w:sz w:val="24"/>
          <w:szCs w:val="24"/>
        </w:rPr>
        <w:t>režim</w:t>
      </w:r>
      <w:proofErr w:type="spellEnd"/>
      <w:r w:rsidRPr="00EF30AA">
        <w:rPr>
          <w:sz w:val="24"/>
          <w:szCs w:val="24"/>
        </w:rPr>
        <w:t xml:space="preserve"> – </w:t>
      </w:r>
      <w:proofErr w:type="spellStart"/>
      <w:r w:rsidRPr="00EF30AA">
        <w:rPr>
          <w:sz w:val="24"/>
          <w:szCs w:val="24"/>
        </w:rPr>
        <w:t>dětem</w:t>
      </w:r>
      <w:proofErr w:type="spellEnd"/>
      <w:r w:rsidRPr="00EF30AA">
        <w:rPr>
          <w:sz w:val="24"/>
          <w:szCs w:val="24"/>
        </w:rPr>
        <w:t xml:space="preserve"> je </w:t>
      </w:r>
      <w:proofErr w:type="spellStart"/>
      <w:r w:rsidRPr="00EF30AA">
        <w:rPr>
          <w:sz w:val="24"/>
          <w:szCs w:val="24"/>
        </w:rPr>
        <w:t>celodenně</w:t>
      </w:r>
      <w:proofErr w:type="spellEnd"/>
      <w:r w:rsidRPr="00EF30AA">
        <w:rPr>
          <w:sz w:val="24"/>
          <w:szCs w:val="24"/>
        </w:rPr>
        <w:t xml:space="preserve"> k </w:t>
      </w:r>
      <w:proofErr w:type="spellStart"/>
      <w:r w:rsidRPr="00EF30AA">
        <w:rPr>
          <w:sz w:val="24"/>
          <w:szCs w:val="24"/>
        </w:rPr>
        <w:t>dispozici</w:t>
      </w:r>
      <w:proofErr w:type="spellEnd"/>
      <w:r w:rsidRPr="00EF30AA">
        <w:rPr>
          <w:sz w:val="24"/>
          <w:szCs w:val="24"/>
        </w:rPr>
        <w:t xml:space="preserve"> </w:t>
      </w:r>
      <w:proofErr w:type="spellStart"/>
      <w:r w:rsidRPr="00EF30AA">
        <w:rPr>
          <w:sz w:val="24"/>
          <w:szCs w:val="24"/>
        </w:rPr>
        <w:t>voda</w:t>
      </w:r>
      <w:proofErr w:type="spellEnd"/>
      <w:r w:rsidRPr="00EF30AA">
        <w:rPr>
          <w:sz w:val="24"/>
          <w:szCs w:val="24"/>
        </w:rPr>
        <w:t xml:space="preserve">, </w:t>
      </w:r>
      <w:proofErr w:type="spellStart"/>
      <w:r w:rsidRPr="00EF30AA">
        <w:rPr>
          <w:sz w:val="24"/>
          <w:szCs w:val="24"/>
        </w:rPr>
        <w:t>neslazený</w:t>
      </w:r>
      <w:proofErr w:type="spellEnd"/>
      <w:r w:rsidRPr="00EF30AA">
        <w:rPr>
          <w:sz w:val="24"/>
          <w:szCs w:val="24"/>
        </w:rPr>
        <w:t xml:space="preserve"> </w:t>
      </w:r>
      <w:proofErr w:type="spellStart"/>
      <w:r w:rsidRPr="00EF30AA">
        <w:rPr>
          <w:sz w:val="24"/>
          <w:szCs w:val="24"/>
        </w:rPr>
        <w:lastRenderedPageBreak/>
        <w:t>čaj</w:t>
      </w:r>
      <w:proofErr w:type="spellEnd"/>
      <w:r w:rsidRPr="00EF30AA">
        <w:rPr>
          <w:sz w:val="24"/>
          <w:szCs w:val="24"/>
        </w:rPr>
        <w:t xml:space="preserve"> </w:t>
      </w:r>
      <w:proofErr w:type="spellStart"/>
      <w:r w:rsidRPr="00EF30AA">
        <w:rPr>
          <w:sz w:val="24"/>
          <w:szCs w:val="24"/>
        </w:rPr>
        <w:t>nebo</w:t>
      </w:r>
      <w:proofErr w:type="spellEnd"/>
      <w:r w:rsidRPr="00EF30AA">
        <w:rPr>
          <w:sz w:val="24"/>
          <w:szCs w:val="24"/>
        </w:rPr>
        <w:t xml:space="preserve"> </w:t>
      </w:r>
      <w:proofErr w:type="spellStart"/>
      <w:r w:rsidRPr="00EF30AA">
        <w:rPr>
          <w:sz w:val="24"/>
          <w:szCs w:val="24"/>
        </w:rPr>
        <w:t>slabý</w:t>
      </w:r>
      <w:proofErr w:type="spellEnd"/>
      <w:r w:rsidRPr="00EF30AA">
        <w:rPr>
          <w:sz w:val="24"/>
          <w:szCs w:val="24"/>
        </w:rPr>
        <w:t xml:space="preserve"> sirup.</w:t>
      </w:r>
      <w:r w:rsidRPr="00EF30AA">
        <w:rPr>
          <w:sz w:val="24"/>
          <w:szCs w:val="24"/>
        </w:rPr>
        <w:br/>
      </w:r>
      <w:proofErr w:type="spellStart"/>
      <w:r w:rsidRPr="00EF30AA">
        <w:rPr>
          <w:sz w:val="24"/>
          <w:szCs w:val="24"/>
        </w:rPr>
        <w:t>Stolování</w:t>
      </w:r>
      <w:proofErr w:type="spellEnd"/>
      <w:r w:rsidRPr="00EF30AA">
        <w:rPr>
          <w:sz w:val="24"/>
          <w:szCs w:val="24"/>
        </w:rPr>
        <w:t xml:space="preserve"> je pro </w:t>
      </w:r>
      <w:proofErr w:type="spellStart"/>
      <w:r w:rsidRPr="00EF30AA">
        <w:rPr>
          <w:sz w:val="24"/>
          <w:szCs w:val="24"/>
        </w:rPr>
        <w:t>děti</w:t>
      </w:r>
      <w:proofErr w:type="spellEnd"/>
      <w:r w:rsidRPr="00EF30AA">
        <w:rPr>
          <w:sz w:val="24"/>
          <w:szCs w:val="24"/>
        </w:rPr>
        <w:t xml:space="preserve"> </w:t>
      </w:r>
      <w:proofErr w:type="spellStart"/>
      <w:r w:rsidRPr="00EF30AA">
        <w:rPr>
          <w:sz w:val="24"/>
          <w:szCs w:val="24"/>
        </w:rPr>
        <w:t>zároveň</w:t>
      </w:r>
      <w:proofErr w:type="spellEnd"/>
      <w:r w:rsidRPr="00EF30AA">
        <w:rPr>
          <w:sz w:val="24"/>
          <w:szCs w:val="24"/>
        </w:rPr>
        <w:t xml:space="preserve"> </w:t>
      </w:r>
      <w:proofErr w:type="spellStart"/>
      <w:r w:rsidRPr="00EF30AA">
        <w:rPr>
          <w:sz w:val="24"/>
          <w:szCs w:val="24"/>
        </w:rPr>
        <w:t>výchovnou</w:t>
      </w:r>
      <w:proofErr w:type="spellEnd"/>
      <w:r w:rsidRPr="00EF30AA">
        <w:rPr>
          <w:sz w:val="24"/>
          <w:szCs w:val="24"/>
        </w:rPr>
        <w:t xml:space="preserve"> </w:t>
      </w:r>
      <w:proofErr w:type="spellStart"/>
      <w:r w:rsidRPr="00EF30AA">
        <w:rPr>
          <w:sz w:val="24"/>
          <w:szCs w:val="24"/>
        </w:rPr>
        <w:t>příležitostí</w:t>
      </w:r>
      <w:proofErr w:type="spellEnd"/>
      <w:r w:rsidRPr="00EF30AA">
        <w:rPr>
          <w:sz w:val="24"/>
          <w:szCs w:val="24"/>
        </w:rPr>
        <w:t xml:space="preserve"> – </w:t>
      </w:r>
      <w:proofErr w:type="spellStart"/>
      <w:r w:rsidRPr="00EF30AA">
        <w:rPr>
          <w:sz w:val="24"/>
          <w:szCs w:val="24"/>
        </w:rPr>
        <w:t>starší</w:t>
      </w:r>
      <w:proofErr w:type="spellEnd"/>
      <w:r w:rsidRPr="00EF30AA">
        <w:rPr>
          <w:sz w:val="24"/>
          <w:szCs w:val="24"/>
        </w:rPr>
        <w:t xml:space="preserve"> </w:t>
      </w:r>
      <w:proofErr w:type="spellStart"/>
      <w:r w:rsidRPr="00EF30AA">
        <w:rPr>
          <w:sz w:val="24"/>
          <w:szCs w:val="24"/>
        </w:rPr>
        <w:t>děti</w:t>
      </w:r>
      <w:proofErr w:type="spellEnd"/>
      <w:r w:rsidRPr="00EF30AA">
        <w:rPr>
          <w:sz w:val="24"/>
          <w:szCs w:val="24"/>
        </w:rPr>
        <w:t xml:space="preserve"> </w:t>
      </w:r>
      <w:proofErr w:type="spellStart"/>
      <w:r w:rsidRPr="00EF30AA">
        <w:rPr>
          <w:sz w:val="24"/>
          <w:szCs w:val="24"/>
        </w:rPr>
        <w:t>si</w:t>
      </w:r>
      <w:proofErr w:type="spellEnd"/>
      <w:r w:rsidRPr="00EF30AA">
        <w:rPr>
          <w:sz w:val="24"/>
          <w:szCs w:val="24"/>
        </w:rPr>
        <w:t xml:space="preserve"> </w:t>
      </w:r>
      <w:proofErr w:type="spellStart"/>
      <w:r w:rsidRPr="00EF30AA">
        <w:rPr>
          <w:sz w:val="24"/>
          <w:szCs w:val="24"/>
        </w:rPr>
        <w:t>oběd</w:t>
      </w:r>
      <w:proofErr w:type="spellEnd"/>
      <w:r w:rsidRPr="00EF30AA">
        <w:rPr>
          <w:sz w:val="24"/>
          <w:szCs w:val="24"/>
        </w:rPr>
        <w:t xml:space="preserve"> </w:t>
      </w:r>
      <w:proofErr w:type="spellStart"/>
      <w:r w:rsidRPr="00EF30AA">
        <w:rPr>
          <w:sz w:val="24"/>
          <w:szCs w:val="24"/>
        </w:rPr>
        <w:t>vyzvedávají</w:t>
      </w:r>
      <w:proofErr w:type="spellEnd"/>
      <w:r w:rsidRPr="00EF30AA">
        <w:rPr>
          <w:sz w:val="24"/>
          <w:szCs w:val="24"/>
        </w:rPr>
        <w:t xml:space="preserve"> </w:t>
      </w:r>
      <w:proofErr w:type="spellStart"/>
      <w:r w:rsidRPr="00EF30AA">
        <w:rPr>
          <w:sz w:val="24"/>
          <w:szCs w:val="24"/>
        </w:rPr>
        <w:t>samostatně</w:t>
      </w:r>
      <w:proofErr w:type="spellEnd"/>
      <w:r w:rsidRPr="00EF30AA">
        <w:rPr>
          <w:sz w:val="24"/>
          <w:szCs w:val="24"/>
        </w:rPr>
        <w:t xml:space="preserve">, </w:t>
      </w:r>
      <w:proofErr w:type="spellStart"/>
      <w:r w:rsidRPr="00EF30AA">
        <w:rPr>
          <w:sz w:val="24"/>
          <w:szCs w:val="24"/>
        </w:rPr>
        <w:t>mladším</w:t>
      </w:r>
      <w:proofErr w:type="spellEnd"/>
      <w:r w:rsidRPr="00EF30AA">
        <w:rPr>
          <w:sz w:val="24"/>
          <w:szCs w:val="24"/>
        </w:rPr>
        <w:t xml:space="preserve"> </w:t>
      </w:r>
      <w:proofErr w:type="spellStart"/>
      <w:r w:rsidRPr="00EF30AA">
        <w:rPr>
          <w:sz w:val="24"/>
          <w:szCs w:val="24"/>
        </w:rPr>
        <w:t>pomáhají</w:t>
      </w:r>
      <w:proofErr w:type="spellEnd"/>
      <w:r w:rsidRPr="00EF30AA">
        <w:rPr>
          <w:sz w:val="24"/>
          <w:szCs w:val="24"/>
        </w:rPr>
        <w:t xml:space="preserve"> </w:t>
      </w:r>
      <w:proofErr w:type="spellStart"/>
      <w:r w:rsidRPr="00EF30AA">
        <w:rPr>
          <w:sz w:val="24"/>
          <w:szCs w:val="24"/>
        </w:rPr>
        <w:t>učitelky</w:t>
      </w:r>
      <w:proofErr w:type="spellEnd"/>
      <w:r w:rsidRPr="00EF30AA">
        <w:rPr>
          <w:sz w:val="24"/>
          <w:szCs w:val="24"/>
        </w:rPr>
        <w:t xml:space="preserve">. Po </w:t>
      </w:r>
      <w:proofErr w:type="spellStart"/>
      <w:r w:rsidRPr="00EF30AA">
        <w:rPr>
          <w:sz w:val="24"/>
          <w:szCs w:val="24"/>
        </w:rPr>
        <w:t>jídle</w:t>
      </w:r>
      <w:proofErr w:type="spellEnd"/>
      <w:r w:rsidRPr="00EF30AA">
        <w:rPr>
          <w:sz w:val="24"/>
          <w:szCs w:val="24"/>
        </w:rPr>
        <w:t xml:space="preserve"> </w:t>
      </w:r>
      <w:proofErr w:type="spellStart"/>
      <w:r w:rsidRPr="00EF30AA">
        <w:rPr>
          <w:sz w:val="24"/>
          <w:szCs w:val="24"/>
        </w:rPr>
        <w:t>si</w:t>
      </w:r>
      <w:proofErr w:type="spellEnd"/>
      <w:r w:rsidRPr="00EF30AA">
        <w:rPr>
          <w:sz w:val="24"/>
          <w:szCs w:val="24"/>
        </w:rPr>
        <w:t xml:space="preserve"> </w:t>
      </w:r>
      <w:proofErr w:type="spellStart"/>
      <w:r w:rsidRPr="00EF30AA">
        <w:rPr>
          <w:sz w:val="24"/>
          <w:szCs w:val="24"/>
        </w:rPr>
        <w:t>děti</w:t>
      </w:r>
      <w:proofErr w:type="spellEnd"/>
      <w:r w:rsidRPr="00EF30AA">
        <w:rPr>
          <w:sz w:val="24"/>
          <w:szCs w:val="24"/>
        </w:rPr>
        <w:t xml:space="preserve"> </w:t>
      </w:r>
      <w:proofErr w:type="spellStart"/>
      <w:r w:rsidRPr="00EF30AA">
        <w:rPr>
          <w:sz w:val="24"/>
          <w:szCs w:val="24"/>
        </w:rPr>
        <w:t>uklízí</w:t>
      </w:r>
      <w:proofErr w:type="spellEnd"/>
      <w:r w:rsidRPr="00EF30AA">
        <w:rPr>
          <w:sz w:val="24"/>
          <w:szCs w:val="24"/>
        </w:rPr>
        <w:t xml:space="preserve"> </w:t>
      </w:r>
      <w:proofErr w:type="spellStart"/>
      <w:r w:rsidRPr="00EF30AA">
        <w:rPr>
          <w:sz w:val="24"/>
          <w:szCs w:val="24"/>
        </w:rPr>
        <w:t>nádobí</w:t>
      </w:r>
      <w:proofErr w:type="spellEnd"/>
      <w:r w:rsidRPr="00EF30AA">
        <w:rPr>
          <w:sz w:val="24"/>
          <w:szCs w:val="24"/>
        </w:rPr>
        <w:t xml:space="preserve">, </w:t>
      </w:r>
      <w:proofErr w:type="spellStart"/>
      <w:r w:rsidRPr="00EF30AA">
        <w:rPr>
          <w:sz w:val="24"/>
          <w:szCs w:val="24"/>
        </w:rPr>
        <w:t>čistí</w:t>
      </w:r>
      <w:proofErr w:type="spellEnd"/>
      <w:r w:rsidRPr="00EF30AA">
        <w:rPr>
          <w:sz w:val="24"/>
          <w:szCs w:val="24"/>
        </w:rPr>
        <w:t xml:space="preserve"> </w:t>
      </w:r>
      <w:proofErr w:type="spellStart"/>
      <w:r w:rsidRPr="00EF30AA">
        <w:rPr>
          <w:sz w:val="24"/>
          <w:szCs w:val="24"/>
        </w:rPr>
        <w:t>stoly</w:t>
      </w:r>
      <w:proofErr w:type="spellEnd"/>
      <w:r w:rsidR="0095485B" w:rsidRPr="00EF30AA">
        <w:rPr>
          <w:sz w:val="24"/>
          <w:szCs w:val="24"/>
        </w:rPr>
        <w:t xml:space="preserve">, </w:t>
      </w:r>
      <w:proofErr w:type="spellStart"/>
      <w:r w:rsidR="0095485B" w:rsidRPr="00EF30AA">
        <w:rPr>
          <w:sz w:val="24"/>
          <w:szCs w:val="24"/>
        </w:rPr>
        <w:t>pokud</w:t>
      </w:r>
      <w:proofErr w:type="spellEnd"/>
      <w:r w:rsidR="0095485B" w:rsidRPr="00EF30AA">
        <w:rPr>
          <w:sz w:val="24"/>
          <w:szCs w:val="24"/>
        </w:rPr>
        <w:t xml:space="preserve"> je </w:t>
      </w:r>
      <w:proofErr w:type="spellStart"/>
      <w:r w:rsidR="0095485B" w:rsidRPr="00EF30AA">
        <w:rPr>
          <w:sz w:val="24"/>
          <w:szCs w:val="24"/>
        </w:rPr>
        <w:t>zašpinily</w:t>
      </w:r>
      <w:proofErr w:type="spellEnd"/>
      <w:r w:rsidRPr="00EF30AA">
        <w:rPr>
          <w:sz w:val="24"/>
          <w:szCs w:val="24"/>
        </w:rPr>
        <w:t xml:space="preserve">, a </w:t>
      </w:r>
      <w:proofErr w:type="spellStart"/>
      <w:r w:rsidRPr="00EF30AA">
        <w:rPr>
          <w:sz w:val="24"/>
          <w:szCs w:val="24"/>
        </w:rPr>
        <w:t>učí</w:t>
      </w:r>
      <w:proofErr w:type="spellEnd"/>
      <w:r w:rsidRPr="00EF30AA">
        <w:rPr>
          <w:sz w:val="24"/>
          <w:szCs w:val="24"/>
        </w:rPr>
        <w:t xml:space="preserve"> se </w:t>
      </w:r>
      <w:proofErr w:type="spellStart"/>
      <w:r w:rsidRPr="00EF30AA">
        <w:rPr>
          <w:sz w:val="24"/>
          <w:szCs w:val="24"/>
        </w:rPr>
        <w:t>reagovat</w:t>
      </w:r>
      <w:proofErr w:type="spellEnd"/>
      <w:r w:rsidRPr="00EF30AA">
        <w:rPr>
          <w:sz w:val="24"/>
          <w:szCs w:val="24"/>
        </w:rPr>
        <w:t xml:space="preserve"> </w:t>
      </w:r>
      <w:proofErr w:type="spellStart"/>
      <w:r w:rsidRPr="00EF30AA">
        <w:rPr>
          <w:sz w:val="24"/>
          <w:szCs w:val="24"/>
        </w:rPr>
        <w:t>na</w:t>
      </w:r>
      <w:proofErr w:type="spellEnd"/>
      <w:r w:rsidRPr="00EF30AA">
        <w:rPr>
          <w:sz w:val="24"/>
          <w:szCs w:val="24"/>
        </w:rPr>
        <w:t xml:space="preserve"> </w:t>
      </w:r>
      <w:proofErr w:type="spellStart"/>
      <w:r w:rsidRPr="00EF30AA">
        <w:rPr>
          <w:sz w:val="24"/>
          <w:szCs w:val="24"/>
        </w:rPr>
        <w:t>vzniklé</w:t>
      </w:r>
      <w:proofErr w:type="spellEnd"/>
      <w:r w:rsidRPr="00EF30AA">
        <w:rPr>
          <w:sz w:val="24"/>
          <w:szCs w:val="24"/>
        </w:rPr>
        <w:t xml:space="preserve"> </w:t>
      </w:r>
      <w:proofErr w:type="spellStart"/>
      <w:r w:rsidRPr="00EF30AA">
        <w:rPr>
          <w:sz w:val="24"/>
          <w:szCs w:val="24"/>
        </w:rPr>
        <w:t>situace</w:t>
      </w:r>
      <w:proofErr w:type="spellEnd"/>
      <w:r w:rsidRPr="00EF30AA">
        <w:rPr>
          <w:sz w:val="24"/>
          <w:szCs w:val="24"/>
        </w:rPr>
        <w:t xml:space="preserve"> – </w:t>
      </w:r>
      <w:proofErr w:type="spellStart"/>
      <w:r w:rsidRPr="00EF30AA">
        <w:rPr>
          <w:sz w:val="24"/>
          <w:szCs w:val="24"/>
        </w:rPr>
        <w:t>například</w:t>
      </w:r>
      <w:proofErr w:type="spellEnd"/>
      <w:r w:rsidRPr="00EF30AA">
        <w:rPr>
          <w:sz w:val="24"/>
          <w:szCs w:val="24"/>
        </w:rPr>
        <w:t xml:space="preserve"> </w:t>
      </w:r>
      <w:proofErr w:type="spellStart"/>
      <w:r w:rsidRPr="00EF30AA">
        <w:rPr>
          <w:sz w:val="24"/>
          <w:szCs w:val="24"/>
        </w:rPr>
        <w:t>když</w:t>
      </w:r>
      <w:proofErr w:type="spellEnd"/>
      <w:r w:rsidRPr="00EF30AA">
        <w:rPr>
          <w:sz w:val="24"/>
          <w:szCs w:val="24"/>
        </w:rPr>
        <w:t xml:space="preserve"> </w:t>
      </w:r>
      <w:proofErr w:type="spellStart"/>
      <w:r w:rsidRPr="00EF30AA">
        <w:rPr>
          <w:sz w:val="24"/>
          <w:szCs w:val="24"/>
        </w:rPr>
        <w:t>něco</w:t>
      </w:r>
      <w:proofErr w:type="spellEnd"/>
      <w:r w:rsidRPr="00EF30AA">
        <w:rPr>
          <w:sz w:val="24"/>
          <w:szCs w:val="24"/>
        </w:rPr>
        <w:t xml:space="preserve"> </w:t>
      </w:r>
      <w:proofErr w:type="spellStart"/>
      <w:r w:rsidRPr="00EF30AA">
        <w:rPr>
          <w:sz w:val="24"/>
          <w:szCs w:val="24"/>
        </w:rPr>
        <w:t>rozlijí</w:t>
      </w:r>
      <w:proofErr w:type="spellEnd"/>
      <w:r w:rsidRPr="00EF30AA">
        <w:rPr>
          <w:sz w:val="24"/>
          <w:szCs w:val="24"/>
        </w:rPr>
        <w:t xml:space="preserve">, </w:t>
      </w:r>
      <w:proofErr w:type="spellStart"/>
      <w:r w:rsidRPr="00EF30AA">
        <w:rPr>
          <w:sz w:val="24"/>
          <w:szCs w:val="24"/>
        </w:rPr>
        <w:t>jsou</w:t>
      </w:r>
      <w:proofErr w:type="spellEnd"/>
      <w:r w:rsidRPr="00EF30AA">
        <w:rPr>
          <w:sz w:val="24"/>
          <w:szCs w:val="24"/>
        </w:rPr>
        <w:t xml:space="preserve"> </w:t>
      </w:r>
      <w:proofErr w:type="spellStart"/>
      <w:r w:rsidRPr="00EF30AA">
        <w:rPr>
          <w:sz w:val="24"/>
          <w:szCs w:val="24"/>
        </w:rPr>
        <w:t>vedeny</w:t>
      </w:r>
      <w:proofErr w:type="spellEnd"/>
      <w:r w:rsidRPr="00EF30AA">
        <w:rPr>
          <w:sz w:val="24"/>
          <w:szCs w:val="24"/>
        </w:rPr>
        <w:t xml:space="preserve"> k </w:t>
      </w:r>
      <w:proofErr w:type="spellStart"/>
      <w:r w:rsidRPr="00EF30AA">
        <w:rPr>
          <w:sz w:val="24"/>
          <w:szCs w:val="24"/>
        </w:rPr>
        <w:t>samostatnému</w:t>
      </w:r>
      <w:proofErr w:type="spellEnd"/>
      <w:r w:rsidRPr="00EF30AA">
        <w:rPr>
          <w:sz w:val="24"/>
          <w:szCs w:val="24"/>
        </w:rPr>
        <w:t xml:space="preserve"> </w:t>
      </w:r>
      <w:proofErr w:type="spellStart"/>
      <w:r w:rsidRPr="00EF30AA">
        <w:rPr>
          <w:sz w:val="24"/>
          <w:szCs w:val="24"/>
        </w:rPr>
        <w:t>řešení</w:t>
      </w:r>
      <w:proofErr w:type="spellEnd"/>
      <w:r w:rsidRPr="00EF30AA">
        <w:rPr>
          <w:sz w:val="24"/>
          <w:szCs w:val="24"/>
        </w:rPr>
        <w:t xml:space="preserve">: </w:t>
      </w:r>
      <w:proofErr w:type="spellStart"/>
      <w:r w:rsidRPr="00EF30AA">
        <w:rPr>
          <w:sz w:val="24"/>
          <w:szCs w:val="24"/>
        </w:rPr>
        <w:t>požádat</w:t>
      </w:r>
      <w:proofErr w:type="spellEnd"/>
      <w:r w:rsidRPr="00EF30AA">
        <w:rPr>
          <w:sz w:val="24"/>
          <w:szCs w:val="24"/>
        </w:rPr>
        <w:t xml:space="preserve"> o </w:t>
      </w:r>
      <w:proofErr w:type="spellStart"/>
      <w:r w:rsidRPr="00EF30AA">
        <w:rPr>
          <w:sz w:val="24"/>
          <w:szCs w:val="24"/>
        </w:rPr>
        <w:t>hadřík</w:t>
      </w:r>
      <w:proofErr w:type="spellEnd"/>
      <w:r w:rsidRPr="00EF30AA">
        <w:rPr>
          <w:sz w:val="24"/>
          <w:szCs w:val="24"/>
        </w:rPr>
        <w:t xml:space="preserve">, </w:t>
      </w:r>
      <w:proofErr w:type="spellStart"/>
      <w:r w:rsidRPr="00EF30AA">
        <w:rPr>
          <w:sz w:val="24"/>
          <w:szCs w:val="24"/>
        </w:rPr>
        <w:t>zavolat</w:t>
      </w:r>
      <w:proofErr w:type="spellEnd"/>
      <w:r w:rsidRPr="00EF30AA">
        <w:rPr>
          <w:sz w:val="24"/>
          <w:szCs w:val="24"/>
        </w:rPr>
        <w:t xml:space="preserve"> </w:t>
      </w:r>
      <w:proofErr w:type="spellStart"/>
      <w:r w:rsidRPr="00EF30AA">
        <w:rPr>
          <w:sz w:val="24"/>
          <w:szCs w:val="24"/>
        </w:rPr>
        <w:t>učitelku</w:t>
      </w:r>
      <w:proofErr w:type="spellEnd"/>
      <w:r w:rsidRPr="00EF30AA">
        <w:rPr>
          <w:sz w:val="24"/>
          <w:szCs w:val="24"/>
        </w:rPr>
        <w:t xml:space="preserve">, </w:t>
      </w:r>
      <w:proofErr w:type="spellStart"/>
      <w:r w:rsidRPr="00EF30AA">
        <w:rPr>
          <w:sz w:val="24"/>
          <w:szCs w:val="24"/>
        </w:rPr>
        <w:t>zapojit</w:t>
      </w:r>
      <w:proofErr w:type="spellEnd"/>
      <w:r w:rsidRPr="00EF30AA">
        <w:rPr>
          <w:sz w:val="24"/>
          <w:szCs w:val="24"/>
        </w:rPr>
        <w:t xml:space="preserve"> </w:t>
      </w:r>
      <w:proofErr w:type="spellStart"/>
      <w:r w:rsidRPr="00EF30AA">
        <w:rPr>
          <w:sz w:val="24"/>
          <w:szCs w:val="24"/>
        </w:rPr>
        <w:t>paní</w:t>
      </w:r>
      <w:proofErr w:type="spellEnd"/>
      <w:r w:rsidRPr="00EF30AA">
        <w:rPr>
          <w:sz w:val="24"/>
          <w:szCs w:val="24"/>
        </w:rPr>
        <w:t xml:space="preserve"> </w:t>
      </w:r>
      <w:proofErr w:type="spellStart"/>
      <w:r w:rsidRPr="00EF30AA">
        <w:rPr>
          <w:sz w:val="24"/>
          <w:szCs w:val="24"/>
        </w:rPr>
        <w:t>provozní</w:t>
      </w:r>
      <w:proofErr w:type="spellEnd"/>
      <w:r w:rsidRPr="00EF30AA">
        <w:rPr>
          <w:sz w:val="24"/>
          <w:szCs w:val="24"/>
        </w:rPr>
        <w:t xml:space="preserve">. </w:t>
      </w:r>
      <w:proofErr w:type="spellStart"/>
      <w:r w:rsidRPr="00EF30AA">
        <w:rPr>
          <w:sz w:val="24"/>
          <w:szCs w:val="24"/>
        </w:rPr>
        <w:t>Nejde</w:t>
      </w:r>
      <w:proofErr w:type="spellEnd"/>
      <w:r w:rsidRPr="00EF30AA">
        <w:rPr>
          <w:sz w:val="24"/>
          <w:szCs w:val="24"/>
        </w:rPr>
        <w:t xml:space="preserve"> </w:t>
      </w:r>
      <w:proofErr w:type="spellStart"/>
      <w:r w:rsidRPr="00EF30AA">
        <w:rPr>
          <w:sz w:val="24"/>
          <w:szCs w:val="24"/>
        </w:rPr>
        <w:t>nám</w:t>
      </w:r>
      <w:proofErr w:type="spellEnd"/>
      <w:r w:rsidRPr="00EF30AA">
        <w:rPr>
          <w:sz w:val="24"/>
          <w:szCs w:val="24"/>
        </w:rPr>
        <w:t xml:space="preserve"> o </w:t>
      </w:r>
      <w:proofErr w:type="spellStart"/>
      <w:r w:rsidRPr="00EF30AA">
        <w:rPr>
          <w:sz w:val="24"/>
          <w:szCs w:val="24"/>
        </w:rPr>
        <w:t>dokonalost</w:t>
      </w:r>
      <w:proofErr w:type="spellEnd"/>
      <w:r w:rsidRPr="00EF30AA">
        <w:rPr>
          <w:sz w:val="24"/>
          <w:szCs w:val="24"/>
        </w:rPr>
        <w:t xml:space="preserve">, ale o </w:t>
      </w:r>
      <w:proofErr w:type="spellStart"/>
      <w:r w:rsidRPr="00EF30AA">
        <w:rPr>
          <w:sz w:val="24"/>
          <w:szCs w:val="24"/>
        </w:rPr>
        <w:t>vědomí</w:t>
      </w:r>
      <w:proofErr w:type="spellEnd"/>
      <w:r w:rsidRPr="00EF30AA">
        <w:rPr>
          <w:sz w:val="24"/>
          <w:szCs w:val="24"/>
        </w:rPr>
        <w:t xml:space="preserve"> </w:t>
      </w:r>
      <w:proofErr w:type="spellStart"/>
      <w:r w:rsidRPr="00EF30AA">
        <w:rPr>
          <w:sz w:val="24"/>
          <w:szCs w:val="24"/>
        </w:rPr>
        <w:t>odpovědnosti</w:t>
      </w:r>
      <w:proofErr w:type="spellEnd"/>
      <w:r w:rsidRPr="00EF30AA">
        <w:rPr>
          <w:sz w:val="24"/>
          <w:szCs w:val="24"/>
        </w:rPr>
        <w:t xml:space="preserve"> a </w:t>
      </w:r>
      <w:proofErr w:type="spellStart"/>
      <w:r w:rsidRPr="00EF30AA">
        <w:rPr>
          <w:sz w:val="24"/>
          <w:szCs w:val="24"/>
        </w:rPr>
        <w:t>základních</w:t>
      </w:r>
      <w:proofErr w:type="spellEnd"/>
      <w:r w:rsidRPr="00EF30AA">
        <w:rPr>
          <w:sz w:val="24"/>
          <w:szCs w:val="24"/>
        </w:rPr>
        <w:t xml:space="preserve"> </w:t>
      </w:r>
      <w:proofErr w:type="spellStart"/>
      <w:r w:rsidRPr="00EF30AA">
        <w:rPr>
          <w:sz w:val="24"/>
          <w:szCs w:val="24"/>
        </w:rPr>
        <w:t>kompetencí</w:t>
      </w:r>
      <w:proofErr w:type="spellEnd"/>
      <w:r w:rsidRPr="00EF30AA">
        <w:rPr>
          <w:sz w:val="24"/>
          <w:szCs w:val="24"/>
        </w:rPr>
        <w:t xml:space="preserve"> k </w:t>
      </w:r>
      <w:proofErr w:type="spellStart"/>
      <w:r w:rsidRPr="00EF30AA">
        <w:rPr>
          <w:sz w:val="24"/>
          <w:szCs w:val="24"/>
        </w:rPr>
        <w:t>řešení</w:t>
      </w:r>
      <w:proofErr w:type="spellEnd"/>
      <w:r w:rsidRPr="00EF30AA">
        <w:rPr>
          <w:sz w:val="24"/>
          <w:szCs w:val="24"/>
        </w:rPr>
        <w:t xml:space="preserve"> </w:t>
      </w:r>
      <w:proofErr w:type="spellStart"/>
      <w:r w:rsidRPr="00EF30AA">
        <w:rPr>
          <w:sz w:val="24"/>
          <w:szCs w:val="24"/>
        </w:rPr>
        <w:t>problémů</w:t>
      </w:r>
      <w:proofErr w:type="spellEnd"/>
      <w:r w:rsidRPr="00EF30AA">
        <w:rPr>
          <w:sz w:val="24"/>
          <w:szCs w:val="24"/>
        </w:rPr>
        <w:t>.</w:t>
      </w:r>
    </w:p>
    <w:p w14:paraId="01F00CE7" w14:textId="546B1C1C" w:rsidR="006633BC" w:rsidRPr="001B1203" w:rsidRDefault="006633BC" w:rsidP="004A640F">
      <w:pPr>
        <w:spacing w:after="120"/>
        <w:rPr>
          <w:i/>
          <w:iCs/>
          <w:sz w:val="24"/>
          <w:szCs w:val="24"/>
        </w:rPr>
      </w:pPr>
      <w:proofErr w:type="spellStart"/>
      <w:r w:rsidRPr="001B1203">
        <w:rPr>
          <w:i/>
          <w:iCs/>
          <w:sz w:val="24"/>
          <w:szCs w:val="24"/>
        </w:rPr>
        <w:t>Záměry</w:t>
      </w:r>
      <w:proofErr w:type="spellEnd"/>
      <w:r w:rsidRPr="001B1203">
        <w:rPr>
          <w:i/>
          <w:iCs/>
          <w:sz w:val="24"/>
          <w:szCs w:val="24"/>
        </w:rPr>
        <w:t>:</w:t>
      </w:r>
    </w:p>
    <w:p w14:paraId="6A51CE2E" w14:textId="5C5D9C70" w:rsidR="006633BC" w:rsidRPr="001B1203" w:rsidRDefault="006633BC" w:rsidP="006633BC">
      <w:pPr>
        <w:pStyle w:val="Odstavecseseznamem"/>
        <w:numPr>
          <w:ilvl w:val="0"/>
          <w:numId w:val="19"/>
        </w:numPr>
        <w:spacing w:after="120"/>
        <w:rPr>
          <w:i/>
          <w:iCs/>
          <w:sz w:val="24"/>
          <w:szCs w:val="24"/>
        </w:rPr>
      </w:pPr>
      <w:proofErr w:type="spellStart"/>
      <w:r w:rsidRPr="001B1203">
        <w:rPr>
          <w:i/>
          <w:iCs/>
          <w:sz w:val="24"/>
          <w:szCs w:val="24"/>
        </w:rPr>
        <w:t>Zřídit</w:t>
      </w:r>
      <w:proofErr w:type="spellEnd"/>
      <w:r w:rsidRPr="001B1203">
        <w:rPr>
          <w:i/>
          <w:iCs/>
          <w:sz w:val="24"/>
          <w:szCs w:val="24"/>
        </w:rPr>
        <w:t xml:space="preserve"> system </w:t>
      </w:r>
      <w:proofErr w:type="spellStart"/>
      <w:r w:rsidRPr="001B1203">
        <w:rPr>
          <w:i/>
          <w:iCs/>
          <w:sz w:val="24"/>
          <w:szCs w:val="24"/>
        </w:rPr>
        <w:t>služeb</w:t>
      </w:r>
      <w:proofErr w:type="spellEnd"/>
      <w:r w:rsidRPr="001B1203">
        <w:rPr>
          <w:i/>
          <w:iCs/>
          <w:sz w:val="24"/>
          <w:szCs w:val="24"/>
        </w:rPr>
        <w:t xml:space="preserve"> u </w:t>
      </w:r>
      <w:proofErr w:type="spellStart"/>
      <w:r w:rsidRPr="001B1203">
        <w:rPr>
          <w:i/>
          <w:iCs/>
          <w:sz w:val="24"/>
          <w:szCs w:val="24"/>
        </w:rPr>
        <w:t>stolečků</w:t>
      </w:r>
      <w:proofErr w:type="spellEnd"/>
    </w:p>
    <w:p w14:paraId="3891F3D7" w14:textId="77777777" w:rsidR="006633BC" w:rsidRDefault="006633BC" w:rsidP="004A640F">
      <w:pPr>
        <w:spacing w:after="120"/>
        <w:rPr>
          <w:rFonts w:asciiTheme="majorHAnsi" w:eastAsiaTheme="majorEastAsia" w:hAnsiTheme="majorHAnsi" w:cstheme="majorBidi"/>
          <w:b/>
          <w:bCs/>
          <w:color w:val="4F81BD" w:themeColor="accent1"/>
        </w:rPr>
      </w:pPr>
    </w:p>
    <w:p w14:paraId="4E32F472" w14:textId="77777777" w:rsidR="004A640F" w:rsidRDefault="004A640F" w:rsidP="004A640F">
      <w:pPr>
        <w:pStyle w:val="Nadpis3"/>
      </w:pPr>
      <w:r>
        <w:t xml:space="preserve">b) </w:t>
      </w:r>
      <w:proofErr w:type="spellStart"/>
      <w:r>
        <w:t>Odpočinek</w:t>
      </w:r>
      <w:proofErr w:type="spellEnd"/>
    </w:p>
    <w:p w14:paraId="57F22B6E" w14:textId="77777777" w:rsidR="00BB1D78" w:rsidRDefault="004A640F" w:rsidP="004A640F">
      <w:pPr>
        <w:spacing w:after="120"/>
      </w:pPr>
      <w:r w:rsidRPr="00BB1D78">
        <w:rPr>
          <w:sz w:val="24"/>
          <w:szCs w:val="24"/>
        </w:rPr>
        <w:t xml:space="preserve">Po </w:t>
      </w:r>
      <w:proofErr w:type="spellStart"/>
      <w:r w:rsidRPr="00BB1D78">
        <w:rPr>
          <w:sz w:val="24"/>
          <w:szCs w:val="24"/>
        </w:rPr>
        <w:t>obědě</w:t>
      </w:r>
      <w:proofErr w:type="spellEnd"/>
      <w:r w:rsidRPr="00BB1D78">
        <w:rPr>
          <w:sz w:val="24"/>
          <w:szCs w:val="24"/>
        </w:rPr>
        <w:t xml:space="preserve"> </w:t>
      </w:r>
      <w:proofErr w:type="spellStart"/>
      <w:r w:rsidRPr="00BB1D78">
        <w:rPr>
          <w:sz w:val="24"/>
          <w:szCs w:val="24"/>
        </w:rPr>
        <w:t>následuje</w:t>
      </w:r>
      <w:proofErr w:type="spellEnd"/>
      <w:r w:rsidRPr="00BB1D78">
        <w:rPr>
          <w:sz w:val="24"/>
          <w:szCs w:val="24"/>
        </w:rPr>
        <w:t xml:space="preserve"> </w:t>
      </w:r>
      <w:proofErr w:type="spellStart"/>
      <w:r w:rsidRPr="00BB1D78">
        <w:rPr>
          <w:sz w:val="24"/>
          <w:szCs w:val="24"/>
        </w:rPr>
        <w:t>klidový</w:t>
      </w:r>
      <w:proofErr w:type="spellEnd"/>
      <w:r w:rsidRPr="00BB1D78">
        <w:rPr>
          <w:sz w:val="24"/>
          <w:szCs w:val="24"/>
        </w:rPr>
        <w:t xml:space="preserve"> </w:t>
      </w:r>
      <w:proofErr w:type="spellStart"/>
      <w:r w:rsidRPr="00BB1D78">
        <w:rPr>
          <w:sz w:val="24"/>
          <w:szCs w:val="24"/>
        </w:rPr>
        <w:t>režim</w:t>
      </w:r>
      <w:proofErr w:type="spellEnd"/>
      <w:r w:rsidRPr="00BB1D78">
        <w:rPr>
          <w:sz w:val="24"/>
          <w:szCs w:val="24"/>
        </w:rPr>
        <w:t xml:space="preserve">. </w:t>
      </w:r>
      <w:proofErr w:type="spellStart"/>
      <w:r w:rsidRPr="00BB1D78">
        <w:rPr>
          <w:sz w:val="24"/>
          <w:szCs w:val="24"/>
        </w:rPr>
        <w:t>Děti</w:t>
      </w:r>
      <w:proofErr w:type="spellEnd"/>
      <w:r w:rsidRPr="00BB1D78">
        <w:rPr>
          <w:sz w:val="24"/>
          <w:szCs w:val="24"/>
        </w:rPr>
        <w:t xml:space="preserve"> </w:t>
      </w:r>
      <w:proofErr w:type="spellStart"/>
      <w:r w:rsidRPr="00BB1D78">
        <w:rPr>
          <w:sz w:val="24"/>
          <w:szCs w:val="24"/>
        </w:rPr>
        <w:t>si</w:t>
      </w:r>
      <w:proofErr w:type="spellEnd"/>
      <w:r w:rsidRPr="00BB1D78">
        <w:rPr>
          <w:sz w:val="24"/>
          <w:szCs w:val="24"/>
        </w:rPr>
        <w:t xml:space="preserve"> </w:t>
      </w:r>
      <w:proofErr w:type="spellStart"/>
      <w:r w:rsidRPr="00BB1D78">
        <w:rPr>
          <w:sz w:val="24"/>
          <w:szCs w:val="24"/>
        </w:rPr>
        <w:t>odpočinou</w:t>
      </w:r>
      <w:proofErr w:type="spellEnd"/>
      <w:r w:rsidRPr="00BB1D78">
        <w:rPr>
          <w:sz w:val="24"/>
          <w:szCs w:val="24"/>
        </w:rPr>
        <w:t xml:space="preserve"> </w:t>
      </w:r>
      <w:proofErr w:type="spellStart"/>
      <w:r w:rsidRPr="00BB1D78">
        <w:rPr>
          <w:sz w:val="24"/>
          <w:szCs w:val="24"/>
        </w:rPr>
        <w:t>na</w:t>
      </w:r>
      <w:proofErr w:type="spellEnd"/>
      <w:r w:rsidRPr="00BB1D78">
        <w:rPr>
          <w:sz w:val="24"/>
          <w:szCs w:val="24"/>
        </w:rPr>
        <w:t xml:space="preserve"> </w:t>
      </w:r>
      <w:proofErr w:type="spellStart"/>
      <w:r w:rsidRPr="00BB1D78">
        <w:rPr>
          <w:sz w:val="24"/>
          <w:szCs w:val="24"/>
        </w:rPr>
        <w:t>lehátkách</w:t>
      </w:r>
      <w:proofErr w:type="spellEnd"/>
      <w:r w:rsidRPr="00BB1D78">
        <w:rPr>
          <w:sz w:val="24"/>
          <w:szCs w:val="24"/>
        </w:rPr>
        <w:t xml:space="preserve"> od 12:45 do 14:00. </w:t>
      </w:r>
      <w:proofErr w:type="spellStart"/>
      <w:r w:rsidRPr="00BB1D78">
        <w:rPr>
          <w:sz w:val="24"/>
          <w:szCs w:val="24"/>
        </w:rPr>
        <w:t>Děti</w:t>
      </w:r>
      <w:proofErr w:type="spellEnd"/>
      <w:r w:rsidRPr="00BB1D78">
        <w:rPr>
          <w:sz w:val="24"/>
          <w:szCs w:val="24"/>
        </w:rPr>
        <w:t xml:space="preserve">, </w:t>
      </w:r>
      <w:proofErr w:type="spellStart"/>
      <w:r w:rsidRPr="00BB1D78">
        <w:rPr>
          <w:sz w:val="24"/>
          <w:szCs w:val="24"/>
        </w:rPr>
        <w:t>které</w:t>
      </w:r>
      <w:proofErr w:type="spellEnd"/>
      <w:r w:rsidRPr="00BB1D78">
        <w:rPr>
          <w:sz w:val="24"/>
          <w:szCs w:val="24"/>
        </w:rPr>
        <w:t xml:space="preserve"> </w:t>
      </w:r>
      <w:proofErr w:type="spellStart"/>
      <w:r w:rsidRPr="00BB1D78">
        <w:rPr>
          <w:sz w:val="24"/>
          <w:szCs w:val="24"/>
        </w:rPr>
        <w:t>neusínají</w:t>
      </w:r>
      <w:proofErr w:type="spellEnd"/>
      <w:r w:rsidRPr="00BB1D78">
        <w:rPr>
          <w:sz w:val="24"/>
          <w:szCs w:val="24"/>
        </w:rPr>
        <w:t xml:space="preserve">, </w:t>
      </w:r>
      <w:proofErr w:type="spellStart"/>
      <w:r w:rsidRPr="00BB1D78">
        <w:rPr>
          <w:sz w:val="24"/>
          <w:szCs w:val="24"/>
        </w:rPr>
        <w:t>mají</w:t>
      </w:r>
      <w:proofErr w:type="spellEnd"/>
      <w:r w:rsidRPr="00BB1D78">
        <w:rPr>
          <w:sz w:val="24"/>
          <w:szCs w:val="24"/>
        </w:rPr>
        <w:t xml:space="preserve"> po </w:t>
      </w:r>
      <w:proofErr w:type="spellStart"/>
      <w:r w:rsidRPr="00BB1D78">
        <w:rPr>
          <w:sz w:val="24"/>
          <w:szCs w:val="24"/>
        </w:rPr>
        <w:t>půlhodině</w:t>
      </w:r>
      <w:proofErr w:type="spellEnd"/>
      <w:r w:rsidRPr="00BB1D78">
        <w:rPr>
          <w:sz w:val="24"/>
          <w:szCs w:val="24"/>
        </w:rPr>
        <w:t xml:space="preserve"> </w:t>
      </w:r>
      <w:proofErr w:type="spellStart"/>
      <w:r w:rsidRPr="00BB1D78">
        <w:rPr>
          <w:sz w:val="24"/>
          <w:szCs w:val="24"/>
        </w:rPr>
        <w:t>možnost</w:t>
      </w:r>
      <w:proofErr w:type="spellEnd"/>
      <w:r w:rsidRPr="00BB1D78">
        <w:rPr>
          <w:sz w:val="24"/>
          <w:szCs w:val="24"/>
        </w:rPr>
        <w:t xml:space="preserve"> </w:t>
      </w:r>
      <w:proofErr w:type="spellStart"/>
      <w:r w:rsidRPr="00BB1D78">
        <w:rPr>
          <w:sz w:val="24"/>
          <w:szCs w:val="24"/>
        </w:rPr>
        <w:t>klidných</w:t>
      </w:r>
      <w:proofErr w:type="spellEnd"/>
      <w:r w:rsidRPr="00BB1D78">
        <w:rPr>
          <w:sz w:val="24"/>
          <w:szCs w:val="24"/>
        </w:rPr>
        <w:t xml:space="preserve"> </w:t>
      </w:r>
      <w:proofErr w:type="spellStart"/>
      <w:r w:rsidRPr="00BB1D78">
        <w:rPr>
          <w:sz w:val="24"/>
          <w:szCs w:val="24"/>
        </w:rPr>
        <w:t>činností</w:t>
      </w:r>
      <w:proofErr w:type="spellEnd"/>
      <w:r w:rsidRPr="00BB1D78">
        <w:rPr>
          <w:sz w:val="24"/>
          <w:szCs w:val="24"/>
        </w:rPr>
        <w:t xml:space="preserve"> (</w:t>
      </w:r>
      <w:proofErr w:type="spellStart"/>
      <w:r w:rsidRPr="00BB1D78">
        <w:rPr>
          <w:sz w:val="24"/>
          <w:szCs w:val="24"/>
        </w:rPr>
        <w:t>kreslení</w:t>
      </w:r>
      <w:proofErr w:type="spellEnd"/>
      <w:r w:rsidRPr="00BB1D78">
        <w:rPr>
          <w:sz w:val="24"/>
          <w:szCs w:val="24"/>
        </w:rPr>
        <w:t xml:space="preserve">, </w:t>
      </w:r>
      <w:proofErr w:type="spellStart"/>
      <w:r w:rsidRPr="00BB1D78">
        <w:rPr>
          <w:sz w:val="24"/>
          <w:szCs w:val="24"/>
        </w:rPr>
        <w:t>prohlížení</w:t>
      </w:r>
      <w:proofErr w:type="spellEnd"/>
      <w:r w:rsidRPr="00BB1D78">
        <w:rPr>
          <w:sz w:val="24"/>
          <w:szCs w:val="24"/>
        </w:rPr>
        <w:t xml:space="preserve"> </w:t>
      </w:r>
      <w:proofErr w:type="spellStart"/>
      <w:r w:rsidRPr="00BB1D78">
        <w:rPr>
          <w:sz w:val="24"/>
          <w:szCs w:val="24"/>
        </w:rPr>
        <w:t>knih</w:t>
      </w:r>
      <w:proofErr w:type="spellEnd"/>
      <w:r w:rsidRPr="00BB1D78">
        <w:rPr>
          <w:sz w:val="24"/>
          <w:szCs w:val="24"/>
        </w:rPr>
        <w:t xml:space="preserve">, </w:t>
      </w:r>
      <w:proofErr w:type="spellStart"/>
      <w:r w:rsidRPr="00BB1D78">
        <w:rPr>
          <w:sz w:val="24"/>
          <w:szCs w:val="24"/>
        </w:rPr>
        <w:t>klidové</w:t>
      </w:r>
      <w:proofErr w:type="spellEnd"/>
      <w:r w:rsidRPr="00BB1D78">
        <w:rPr>
          <w:sz w:val="24"/>
          <w:szCs w:val="24"/>
        </w:rPr>
        <w:t xml:space="preserve"> </w:t>
      </w:r>
      <w:proofErr w:type="spellStart"/>
      <w:r w:rsidRPr="00BB1D78">
        <w:rPr>
          <w:sz w:val="24"/>
          <w:szCs w:val="24"/>
        </w:rPr>
        <w:t>hry</w:t>
      </w:r>
      <w:proofErr w:type="spellEnd"/>
      <w:r w:rsidRPr="00BB1D78">
        <w:rPr>
          <w:sz w:val="24"/>
          <w:szCs w:val="24"/>
        </w:rPr>
        <w:t xml:space="preserve">). </w:t>
      </w:r>
      <w:proofErr w:type="spellStart"/>
      <w:r w:rsidRPr="00BB1D78">
        <w:rPr>
          <w:sz w:val="24"/>
          <w:szCs w:val="24"/>
        </w:rPr>
        <w:t>Těm</w:t>
      </w:r>
      <w:proofErr w:type="spellEnd"/>
      <w:r w:rsidRPr="00BB1D78">
        <w:rPr>
          <w:sz w:val="24"/>
          <w:szCs w:val="24"/>
        </w:rPr>
        <w:t xml:space="preserve">, </w:t>
      </w:r>
      <w:proofErr w:type="spellStart"/>
      <w:r w:rsidRPr="00BB1D78">
        <w:rPr>
          <w:sz w:val="24"/>
          <w:szCs w:val="24"/>
        </w:rPr>
        <w:t>kteří</w:t>
      </w:r>
      <w:proofErr w:type="spellEnd"/>
      <w:r w:rsidRPr="00BB1D78">
        <w:rPr>
          <w:sz w:val="24"/>
          <w:szCs w:val="24"/>
        </w:rPr>
        <w:t xml:space="preserve"> </w:t>
      </w:r>
      <w:proofErr w:type="spellStart"/>
      <w:r w:rsidRPr="00BB1D78">
        <w:rPr>
          <w:sz w:val="24"/>
          <w:szCs w:val="24"/>
        </w:rPr>
        <w:t>potřebují</w:t>
      </w:r>
      <w:proofErr w:type="spellEnd"/>
      <w:r w:rsidRPr="00BB1D78">
        <w:rPr>
          <w:sz w:val="24"/>
          <w:szCs w:val="24"/>
        </w:rPr>
        <w:t xml:space="preserve"> </w:t>
      </w:r>
      <w:proofErr w:type="spellStart"/>
      <w:r w:rsidRPr="00BB1D78">
        <w:rPr>
          <w:sz w:val="24"/>
          <w:szCs w:val="24"/>
        </w:rPr>
        <w:t>spánek</w:t>
      </w:r>
      <w:proofErr w:type="spellEnd"/>
      <w:r w:rsidRPr="00BB1D78">
        <w:rPr>
          <w:sz w:val="24"/>
          <w:szCs w:val="24"/>
        </w:rPr>
        <w:t xml:space="preserve"> </w:t>
      </w:r>
      <w:proofErr w:type="spellStart"/>
      <w:r w:rsidRPr="00BB1D78">
        <w:rPr>
          <w:sz w:val="24"/>
          <w:szCs w:val="24"/>
        </w:rPr>
        <w:t>delší</w:t>
      </w:r>
      <w:proofErr w:type="spellEnd"/>
      <w:r w:rsidRPr="00BB1D78">
        <w:rPr>
          <w:sz w:val="24"/>
          <w:szCs w:val="24"/>
        </w:rPr>
        <w:t xml:space="preserve">, je </w:t>
      </w:r>
      <w:proofErr w:type="spellStart"/>
      <w:r w:rsidRPr="00BB1D78">
        <w:rPr>
          <w:sz w:val="24"/>
          <w:szCs w:val="24"/>
        </w:rPr>
        <w:t>umožněn</w:t>
      </w:r>
      <w:proofErr w:type="spellEnd"/>
      <w:r w:rsidRPr="00BB1D78">
        <w:rPr>
          <w:sz w:val="24"/>
          <w:szCs w:val="24"/>
        </w:rPr>
        <w:t xml:space="preserve"> </w:t>
      </w:r>
      <w:proofErr w:type="spellStart"/>
      <w:r w:rsidRPr="00BB1D78">
        <w:rPr>
          <w:sz w:val="24"/>
          <w:szCs w:val="24"/>
        </w:rPr>
        <w:t>až</w:t>
      </w:r>
      <w:proofErr w:type="spellEnd"/>
      <w:r w:rsidRPr="00BB1D78">
        <w:rPr>
          <w:sz w:val="24"/>
          <w:szCs w:val="24"/>
        </w:rPr>
        <w:t xml:space="preserve"> do 14:30.</w:t>
      </w:r>
      <w:r w:rsidRPr="00BB1D78">
        <w:rPr>
          <w:sz w:val="24"/>
          <w:szCs w:val="24"/>
        </w:rPr>
        <w:br/>
      </w:r>
      <w:proofErr w:type="spellStart"/>
      <w:r w:rsidRPr="00BB1D78">
        <w:rPr>
          <w:sz w:val="24"/>
          <w:szCs w:val="24"/>
        </w:rPr>
        <w:t>Klidové</w:t>
      </w:r>
      <w:proofErr w:type="spellEnd"/>
      <w:r w:rsidRPr="00BB1D78">
        <w:rPr>
          <w:sz w:val="24"/>
          <w:szCs w:val="24"/>
        </w:rPr>
        <w:t xml:space="preserve"> </w:t>
      </w:r>
      <w:proofErr w:type="spellStart"/>
      <w:r w:rsidRPr="00BB1D78">
        <w:rPr>
          <w:sz w:val="24"/>
          <w:szCs w:val="24"/>
        </w:rPr>
        <w:t>činnosti</w:t>
      </w:r>
      <w:proofErr w:type="spellEnd"/>
      <w:r w:rsidRPr="00BB1D78">
        <w:rPr>
          <w:sz w:val="24"/>
          <w:szCs w:val="24"/>
        </w:rPr>
        <w:t xml:space="preserve"> </w:t>
      </w:r>
      <w:proofErr w:type="spellStart"/>
      <w:r w:rsidRPr="00BB1D78">
        <w:rPr>
          <w:sz w:val="24"/>
          <w:szCs w:val="24"/>
        </w:rPr>
        <w:t>probíhají</w:t>
      </w:r>
      <w:proofErr w:type="spellEnd"/>
      <w:r w:rsidRPr="00BB1D78">
        <w:rPr>
          <w:sz w:val="24"/>
          <w:szCs w:val="24"/>
        </w:rPr>
        <w:t xml:space="preserve"> v </w:t>
      </w:r>
      <w:proofErr w:type="spellStart"/>
      <w:r w:rsidRPr="00BB1D78">
        <w:rPr>
          <w:sz w:val="24"/>
          <w:szCs w:val="24"/>
        </w:rPr>
        <w:t>souladu</w:t>
      </w:r>
      <w:proofErr w:type="spellEnd"/>
      <w:r w:rsidRPr="00BB1D78">
        <w:rPr>
          <w:sz w:val="24"/>
          <w:szCs w:val="24"/>
        </w:rPr>
        <w:t xml:space="preserve"> s </w:t>
      </w:r>
      <w:proofErr w:type="spellStart"/>
      <w:r w:rsidRPr="00BB1D78">
        <w:rPr>
          <w:sz w:val="24"/>
          <w:szCs w:val="24"/>
        </w:rPr>
        <w:t>atmosférou</w:t>
      </w:r>
      <w:proofErr w:type="spellEnd"/>
      <w:r w:rsidRPr="00BB1D78">
        <w:rPr>
          <w:sz w:val="24"/>
          <w:szCs w:val="24"/>
        </w:rPr>
        <w:t xml:space="preserve"> </w:t>
      </w:r>
      <w:proofErr w:type="spellStart"/>
      <w:r w:rsidRPr="00BB1D78">
        <w:rPr>
          <w:sz w:val="24"/>
          <w:szCs w:val="24"/>
        </w:rPr>
        <w:t>bezpečí</w:t>
      </w:r>
      <w:proofErr w:type="spellEnd"/>
      <w:r w:rsidRPr="00BB1D78">
        <w:rPr>
          <w:sz w:val="24"/>
          <w:szCs w:val="24"/>
        </w:rPr>
        <w:t xml:space="preserve"> a </w:t>
      </w:r>
      <w:proofErr w:type="spellStart"/>
      <w:r w:rsidRPr="00BB1D78">
        <w:rPr>
          <w:sz w:val="24"/>
          <w:szCs w:val="24"/>
        </w:rPr>
        <w:t>vzájemného</w:t>
      </w:r>
      <w:proofErr w:type="spellEnd"/>
      <w:r w:rsidRPr="00BB1D78">
        <w:rPr>
          <w:sz w:val="24"/>
          <w:szCs w:val="24"/>
        </w:rPr>
        <w:t xml:space="preserve"> </w:t>
      </w:r>
      <w:proofErr w:type="spellStart"/>
      <w:r w:rsidRPr="00BB1D78">
        <w:rPr>
          <w:sz w:val="24"/>
          <w:szCs w:val="24"/>
        </w:rPr>
        <w:t>respektu</w:t>
      </w:r>
      <w:proofErr w:type="spellEnd"/>
      <w:r w:rsidRPr="00BB1D78">
        <w:rPr>
          <w:sz w:val="24"/>
          <w:szCs w:val="24"/>
        </w:rPr>
        <w:t xml:space="preserve">. </w:t>
      </w:r>
      <w:proofErr w:type="spellStart"/>
      <w:r w:rsidRPr="00BB1D78">
        <w:rPr>
          <w:sz w:val="24"/>
          <w:szCs w:val="24"/>
        </w:rPr>
        <w:t>Děti</w:t>
      </w:r>
      <w:proofErr w:type="spellEnd"/>
      <w:r w:rsidRPr="00BB1D78">
        <w:rPr>
          <w:sz w:val="24"/>
          <w:szCs w:val="24"/>
        </w:rPr>
        <w:t xml:space="preserve"> </w:t>
      </w:r>
      <w:proofErr w:type="spellStart"/>
      <w:r w:rsidRPr="00BB1D78">
        <w:rPr>
          <w:sz w:val="24"/>
          <w:szCs w:val="24"/>
        </w:rPr>
        <w:t>jsou</w:t>
      </w:r>
      <w:proofErr w:type="spellEnd"/>
      <w:r w:rsidRPr="00BB1D78">
        <w:rPr>
          <w:sz w:val="24"/>
          <w:szCs w:val="24"/>
        </w:rPr>
        <w:t xml:space="preserve"> </w:t>
      </w:r>
      <w:proofErr w:type="spellStart"/>
      <w:r w:rsidRPr="00BB1D78">
        <w:rPr>
          <w:sz w:val="24"/>
          <w:szCs w:val="24"/>
        </w:rPr>
        <w:t>vedeny</w:t>
      </w:r>
      <w:proofErr w:type="spellEnd"/>
      <w:r w:rsidRPr="00BB1D78">
        <w:rPr>
          <w:sz w:val="24"/>
          <w:szCs w:val="24"/>
        </w:rPr>
        <w:t xml:space="preserve"> k </w:t>
      </w:r>
      <w:proofErr w:type="spellStart"/>
      <w:r w:rsidRPr="00BB1D78">
        <w:rPr>
          <w:sz w:val="24"/>
          <w:szCs w:val="24"/>
        </w:rPr>
        <w:t>ohleduplnosti</w:t>
      </w:r>
      <w:proofErr w:type="spellEnd"/>
      <w:r w:rsidRPr="00BB1D78">
        <w:rPr>
          <w:sz w:val="24"/>
          <w:szCs w:val="24"/>
        </w:rPr>
        <w:t xml:space="preserve"> </w:t>
      </w:r>
      <w:proofErr w:type="spellStart"/>
      <w:r w:rsidRPr="00BB1D78">
        <w:rPr>
          <w:sz w:val="24"/>
          <w:szCs w:val="24"/>
        </w:rPr>
        <w:t>vůči</w:t>
      </w:r>
      <w:proofErr w:type="spellEnd"/>
      <w:r w:rsidRPr="00BB1D78">
        <w:rPr>
          <w:sz w:val="24"/>
          <w:szCs w:val="24"/>
        </w:rPr>
        <w:t xml:space="preserve"> </w:t>
      </w:r>
      <w:proofErr w:type="spellStart"/>
      <w:r w:rsidRPr="00BB1D78">
        <w:rPr>
          <w:sz w:val="24"/>
          <w:szCs w:val="24"/>
        </w:rPr>
        <w:t>těm</w:t>
      </w:r>
      <w:proofErr w:type="spellEnd"/>
      <w:r w:rsidRPr="00BB1D78">
        <w:rPr>
          <w:sz w:val="24"/>
          <w:szCs w:val="24"/>
        </w:rPr>
        <w:t xml:space="preserve">, </w:t>
      </w:r>
      <w:proofErr w:type="spellStart"/>
      <w:r w:rsidRPr="00BB1D78">
        <w:rPr>
          <w:sz w:val="24"/>
          <w:szCs w:val="24"/>
        </w:rPr>
        <w:t>kdo</w:t>
      </w:r>
      <w:proofErr w:type="spellEnd"/>
      <w:r w:rsidRPr="00BB1D78">
        <w:rPr>
          <w:sz w:val="24"/>
          <w:szCs w:val="24"/>
        </w:rPr>
        <w:t xml:space="preserve"> </w:t>
      </w:r>
      <w:proofErr w:type="spellStart"/>
      <w:r w:rsidRPr="00BB1D78">
        <w:rPr>
          <w:sz w:val="24"/>
          <w:szCs w:val="24"/>
        </w:rPr>
        <w:t>spí</w:t>
      </w:r>
      <w:proofErr w:type="spellEnd"/>
      <w:r w:rsidRPr="00BB1D78">
        <w:rPr>
          <w:sz w:val="24"/>
          <w:szCs w:val="24"/>
        </w:rPr>
        <w:t xml:space="preserve">, a </w:t>
      </w:r>
      <w:proofErr w:type="spellStart"/>
      <w:r w:rsidRPr="00BB1D78">
        <w:rPr>
          <w:sz w:val="24"/>
          <w:szCs w:val="24"/>
        </w:rPr>
        <w:t>učí</w:t>
      </w:r>
      <w:proofErr w:type="spellEnd"/>
      <w:r w:rsidRPr="00BB1D78">
        <w:rPr>
          <w:sz w:val="24"/>
          <w:szCs w:val="24"/>
        </w:rPr>
        <w:t xml:space="preserve"> se </w:t>
      </w:r>
      <w:proofErr w:type="spellStart"/>
      <w:r w:rsidRPr="00BB1D78">
        <w:rPr>
          <w:sz w:val="24"/>
          <w:szCs w:val="24"/>
        </w:rPr>
        <w:t>tichému</w:t>
      </w:r>
      <w:proofErr w:type="spellEnd"/>
      <w:r w:rsidRPr="00BB1D78">
        <w:rPr>
          <w:sz w:val="24"/>
          <w:szCs w:val="24"/>
        </w:rPr>
        <w:t xml:space="preserve"> </w:t>
      </w:r>
      <w:proofErr w:type="spellStart"/>
      <w:r w:rsidRPr="00BB1D78">
        <w:rPr>
          <w:sz w:val="24"/>
          <w:szCs w:val="24"/>
        </w:rPr>
        <w:t>režimu</w:t>
      </w:r>
      <w:proofErr w:type="spellEnd"/>
      <w:r w:rsidRPr="00BB1D78">
        <w:rPr>
          <w:sz w:val="24"/>
          <w:szCs w:val="24"/>
        </w:rPr>
        <w:t>.</w:t>
      </w:r>
    </w:p>
    <w:p w14:paraId="56B54239" w14:textId="77777777" w:rsidR="00BB1D78" w:rsidRPr="004C612A" w:rsidRDefault="00BB1D78" w:rsidP="004A640F">
      <w:pPr>
        <w:spacing w:after="120"/>
        <w:rPr>
          <w:i/>
          <w:iCs/>
        </w:rPr>
      </w:pPr>
      <w:proofErr w:type="spellStart"/>
      <w:r w:rsidRPr="004C612A">
        <w:rPr>
          <w:i/>
          <w:iCs/>
        </w:rPr>
        <w:t>Záměr</w:t>
      </w:r>
      <w:proofErr w:type="spellEnd"/>
      <w:r w:rsidRPr="004C612A">
        <w:rPr>
          <w:i/>
          <w:iCs/>
        </w:rPr>
        <w:t>:</w:t>
      </w:r>
    </w:p>
    <w:p w14:paraId="13D8A41D" w14:textId="3B3C271A" w:rsidR="004A640F" w:rsidRDefault="00BB1D78" w:rsidP="004A640F">
      <w:pPr>
        <w:spacing w:after="120"/>
      </w:pPr>
      <w:r w:rsidRPr="004C612A">
        <w:rPr>
          <w:i/>
          <w:iCs/>
        </w:rPr>
        <w:t xml:space="preserve">- </w:t>
      </w:r>
      <w:proofErr w:type="spellStart"/>
      <w:r w:rsidR="00567112" w:rsidRPr="004C612A">
        <w:rPr>
          <w:i/>
          <w:iCs/>
        </w:rPr>
        <w:t>vytvořit</w:t>
      </w:r>
      <w:proofErr w:type="spellEnd"/>
      <w:r w:rsidR="00567112" w:rsidRPr="004C612A">
        <w:rPr>
          <w:i/>
          <w:iCs/>
        </w:rPr>
        <w:t xml:space="preserve"> system </w:t>
      </w:r>
      <w:proofErr w:type="spellStart"/>
      <w:r w:rsidR="00567112" w:rsidRPr="004C612A">
        <w:rPr>
          <w:i/>
          <w:iCs/>
        </w:rPr>
        <w:t>pohádek</w:t>
      </w:r>
      <w:proofErr w:type="spellEnd"/>
      <w:r w:rsidR="00567112" w:rsidRPr="004C612A">
        <w:rPr>
          <w:i/>
          <w:iCs/>
        </w:rPr>
        <w:t xml:space="preserve"> </w:t>
      </w:r>
      <w:proofErr w:type="spellStart"/>
      <w:r w:rsidR="00567112" w:rsidRPr="004C612A">
        <w:rPr>
          <w:i/>
          <w:iCs/>
        </w:rPr>
        <w:t>nebo</w:t>
      </w:r>
      <w:proofErr w:type="spellEnd"/>
      <w:r w:rsidR="00567112" w:rsidRPr="004C612A">
        <w:rPr>
          <w:i/>
          <w:iCs/>
        </w:rPr>
        <w:t xml:space="preserve"> </w:t>
      </w:r>
      <w:proofErr w:type="spellStart"/>
      <w:r w:rsidR="00567112" w:rsidRPr="004C612A">
        <w:rPr>
          <w:i/>
          <w:iCs/>
        </w:rPr>
        <w:t>příběhů</w:t>
      </w:r>
      <w:proofErr w:type="spellEnd"/>
      <w:r w:rsidR="00567112" w:rsidRPr="004C612A">
        <w:rPr>
          <w:i/>
          <w:iCs/>
        </w:rPr>
        <w:t xml:space="preserve"> </w:t>
      </w:r>
      <w:proofErr w:type="spellStart"/>
      <w:r w:rsidR="00567112" w:rsidRPr="004C612A">
        <w:rPr>
          <w:i/>
          <w:iCs/>
        </w:rPr>
        <w:t>vztahujících</w:t>
      </w:r>
      <w:proofErr w:type="spellEnd"/>
      <w:r w:rsidR="00567112" w:rsidRPr="004C612A">
        <w:rPr>
          <w:i/>
          <w:iCs/>
        </w:rPr>
        <w:t xml:space="preserve"> se k </w:t>
      </w:r>
      <w:proofErr w:type="spellStart"/>
      <w:r w:rsidR="00567112" w:rsidRPr="004C612A">
        <w:rPr>
          <w:i/>
          <w:iCs/>
        </w:rPr>
        <w:t>cílům</w:t>
      </w:r>
      <w:proofErr w:type="spellEnd"/>
      <w:r w:rsidR="00567112" w:rsidRPr="004C612A">
        <w:rPr>
          <w:i/>
          <w:iCs/>
        </w:rPr>
        <w:t xml:space="preserve"> a </w:t>
      </w:r>
      <w:proofErr w:type="spellStart"/>
      <w:r w:rsidR="00567112" w:rsidRPr="004C612A">
        <w:rPr>
          <w:i/>
          <w:iCs/>
        </w:rPr>
        <w:t>tématům</w:t>
      </w:r>
      <w:proofErr w:type="spellEnd"/>
      <w:r w:rsidR="00567112" w:rsidRPr="004C612A">
        <w:rPr>
          <w:i/>
          <w:iCs/>
        </w:rPr>
        <w:t xml:space="preserve"> </w:t>
      </w:r>
      <w:proofErr w:type="spellStart"/>
      <w:r w:rsidR="00567112" w:rsidRPr="004C612A">
        <w:rPr>
          <w:i/>
          <w:iCs/>
        </w:rPr>
        <w:t>třídního</w:t>
      </w:r>
      <w:proofErr w:type="spellEnd"/>
      <w:r w:rsidR="00567112" w:rsidRPr="004C612A">
        <w:rPr>
          <w:i/>
          <w:iCs/>
        </w:rPr>
        <w:t xml:space="preserve"> </w:t>
      </w:r>
      <w:proofErr w:type="spellStart"/>
      <w:r w:rsidR="00567112" w:rsidRPr="004C612A">
        <w:rPr>
          <w:i/>
          <w:iCs/>
        </w:rPr>
        <w:t>v</w:t>
      </w:r>
      <w:r w:rsidR="004C612A" w:rsidRPr="004C612A">
        <w:rPr>
          <w:i/>
          <w:iCs/>
        </w:rPr>
        <w:t>zdělávacího</w:t>
      </w:r>
      <w:proofErr w:type="spellEnd"/>
      <w:r w:rsidR="004C612A" w:rsidRPr="004C612A">
        <w:rPr>
          <w:i/>
          <w:iCs/>
        </w:rPr>
        <w:t xml:space="preserve"> </w:t>
      </w:r>
      <w:proofErr w:type="spellStart"/>
      <w:r w:rsidR="004C612A" w:rsidRPr="004C612A">
        <w:rPr>
          <w:i/>
          <w:iCs/>
        </w:rPr>
        <w:t>plánu</w:t>
      </w:r>
      <w:proofErr w:type="spellEnd"/>
      <w:r w:rsidR="004C612A" w:rsidRPr="004C612A">
        <w:rPr>
          <w:i/>
          <w:iCs/>
        </w:rPr>
        <w:t xml:space="preserve"> (</w:t>
      </w:r>
      <w:proofErr w:type="spellStart"/>
      <w:r w:rsidR="004C612A" w:rsidRPr="004C612A">
        <w:rPr>
          <w:i/>
          <w:iCs/>
        </w:rPr>
        <w:t>pomocí</w:t>
      </w:r>
      <w:proofErr w:type="spellEnd"/>
      <w:r w:rsidR="004C612A" w:rsidRPr="004C612A">
        <w:rPr>
          <w:i/>
          <w:iCs/>
        </w:rPr>
        <w:t xml:space="preserve"> AI)</w:t>
      </w:r>
      <w:r w:rsidR="004A640F">
        <w:br/>
      </w:r>
    </w:p>
    <w:p w14:paraId="791CB92F" w14:textId="77777777" w:rsidR="004A640F" w:rsidRDefault="004A640F" w:rsidP="004A640F">
      <w:pPr>
        <w:pStyle w:val="Nadpis3"/>
      </w:pPr>
      <w:r>
        <w:t xml:space="preserve">c) </w:t>
      </w:r>
      <w:proofErr w:type="spellStart"/>
      <w:r>
        <w:t>Pohybové</w:t>
      </w:r>
      <w:proofErr w:type="spellEnd"/>
      <w:r>
        <w:t xml:space="preserve"> </w:t>
      </w:r>
      <w:proofErr w:type="spellStart"/>
      <w:r>
        <w:t>aktivity</w:t>
      </w:r>
      <w:proofErr w:type="spellEnd"/>
    </w:p>
    <w:p w14:paraId="3EB32F1F" w14:textId="77777777" w:rsidR="00972FDD" w:rsidRPr="00AF24C6" w:rsidRDefault="004A640F" w:rsidP="004A640F">
      <w:pPr>
        <w:spacing w:after="120"/>
        <w:rPr>
          <w:sz w:val="24"/>
          <w:szCs w:val="24"/>
        </w:rPr>
      </w:pPr>
      <w:proofErr w:type="spellStart"/>
      <w:r w:rsidRPr="00AF24C6">
        <w:rPr>
          <w:sz w:val="24"/>
          <w:szCs w:val="24"/>
        </w:rPr>
        <w:t>Pohyb</w:t>
      </w:r>
      <w:proofErr w:type="spellEnd"/>
      <w:r w:rsidRPr="00AF24C6">
        <w:rPr>
          <w:sz w:val="24"/>
          <w:szCs w:val="24"/>
        </w:rPr>
        <w:t xml:space="preserve"> je </w:t>
      </w:r>
      <w:proofErr w:type="spellStart"/>
      <w:r w:rsidRPr="00AF24C6">
        <w:rPr>
          <w:sz w:val="24"/>
          <w:szCs w:val="24"/>
        </w:rPr>
        <w:t>přirozenou</w:t>
      </w:r>
      <w:proofErr w:type="spellEnd"/>
      <w:r w:rsidRPr="00AF24C6">
        <w:rPr>
          <w:sz w:val="24"/>
          <w:szCs w:val="24"/>
        </w:rPr>
        <w:t xml:space="preserve"> </w:t>
      </w:r>
      <w:proofErr w:type="spellStart"/>
      <w:r w:rsidRPr="00AF24C6">
        <w:rPr>
          <w:sz w:val="24"/>
          <w:szCs w:val="24"/>
        </w:rPr>
        <w:t>součástí</w:t>
      </w:r>
      <w:proofErr w:type="spellEnd"/>
      <w:r w:rsidRPr="00AF24C6">
        <w:rPr>
          <w:sz w:val="24"/>
          <w:szCs w:val="24"/>
        </w:rPr>
        <w:t xml:space="preserve"> </w:t>
      </w:r>
      <w:proofErr w:type="spellStart"/>
      <w:r w:rsidRPr="00AF24C6">
        <w:rPr>
          <w:sz w:val="24"/>
          <w:szCs w:val="24"/>
        </w:rPr>
        <w:t>každého</w:t>
      </w:r>
      <w:proofErr w:type="spellEnd"/>
      <w:r w:rsidRPr="00AF24C6">
        <w:rPr>
          <w:sz w:val="24"/>
          <w:szCs w:val="24"/>
        </w:rPr>
        <w:t xml:space="preserve"> </w:t>
      </w:r>
      <w:proofErr w:type="spellStart"/>
      <w:r w:rsidRPr="00AF24C6">
        <w:rPr>
          <w:sz w:val="24"/>
          <w:szCs w:val="24"/>
        </w:rPr>
        <w:t>dne</w:t>
      </w:r>
      <w:proofErr w:type="spellEnd"/>
      <w:r w:rsidRPr="00AF24C6">
        <w:rPr>
          <w:sz w:val="24"/>
          <w:szCs w:val="24"/>
        </w:rPr>
        <w:t xml:space="preserve">. </w:t>
      </w:r>
      <w:proofErr w:type="spellStart"/>
      <w:r w:rsidRPr="00AF24C6">
        <w:rPr>
          <w:sz w:val="24"/>
          <w:szCs w:val="24"/>
        </w:rPr>
        <w:t>Zařazujeme</w:t>
      </w:r>
      <w:proofErr w:type="spellEnd"/>
      <w:r w:rsidRPr="00AF24C6">
        <w:rPr>
          <w:sz w:val="24"/>
          <w:szCs w:val="24"/>
        </w:rPr>
        <w:t xml:space="preserve"> </w:t>
      </w:r>
      <w:proofErr w:type="spellStart"/>
      <w:r w:rsidRPr="00AF24C6">
        <w:rPr>
          <w:sz w:val="24"/>
          <w:szCs w:val="24"/>
        </w:rPr>
        <w:t>pohybové</w:t>
      </w:r>
      <w:proofErr w:type="spellEnd"/>
      <w:r w:rsidRPr="00AF24C6">
        <w:rPr>
          <w:sz w:val="24"/>
          <w:szCs w:val="24"/>
        </w:rPr>
        <w:t xml:space="preserve"> </w:t>
      </w:r>
      <w:proofErr w:type="spellStart"/>
      <w:r w:rsidRPr="00AF24C6">
        <w:rPr>
          <w:sz w:val="24"/>
          <w:szCs w:val="24"/>
        </w:rPr>
        <w:t>hry</w:t>
      </w:r>
      <w:proofErr w:type="spellEnd"/>
      <w:r w:rsidRPr="00AF24C6">
        <w:rPr>
          <w:sz w:val="24"/>
          <w:szCs w:val="24"/>
        </w:rPr>
        <w:t xml:space="preserve">, </w:t>
      </w:r>
      <w:proofErr w:type="spellStart"/>
      <w:r w:rsidRPr="00AF24C6">
        <w:rPr>
          <w:sz w:val="24"/>
          <w:szCs w:val="24"/>
        </w:rPr>
        <w:t>cvičení</w:t>
      </w:r>
      <w:proofErr w:type="spellEnd"/>
      <w:r w:rsidRPr="00AF24C6">
        <w:rPr>
          <w:sz w:val="24"/>
          <w:szCs w:val="24"/>
        </w:rPr>
        <w:t xml:space="preserve">, </w:t>
      </w:r>
      <w:proofErr w:type="spellStart"/>
      <w:r w:rsidRPr="00AF24C6">
        <w:rPr>
          <w:sz w:val="24"/>
          <w:szCs w:val="24"/>
        </w:rPr>
        <w:t>tanec</w:t>
      </w:r>
      <w:proofErr w:type="spellEnd"/>
      <w:r w:rsidRPr="00AF24C6">
        <w:rPr>
          <w:sz w:val="24"/>
          <w:szCs w:val="24"/>
        </w:rPr>
        <w:t xml:space="preserve"> </w:t>
      </w:r>
      <w:proofErr w:type="spellStart"/>
      <w:r w:rsidRPr="00AF24C6">
        <w:rPr>
          <w:sz w:val="24"/>
          <w:szCs w:val="24"/>
        </w:rPr>
        <w:t>i</w:t>
      </w:r>
      <w:proofErr w:type="spellEnd"/>
      <w:r w:rsidRPr="00AF24C6">
        <w:rPr>
          <w:sz w:val="24"/>
          <w:szCs w:val="24"/>
        </w:rPr>
        <w:t xml:space="preserve"> </w:t>
      </w:r>
      <w:proofErr w:type="spellStart"/>
      <w:r w:rsidRPr="00AF24C6">
        <w:rPr>
          <w:sz w:val="24"/>
          <w:szCs w:val="24"/>
        </w:rPr>
        <w:t>relaxační</w:t>
      </w:r>
      <w:proofErr w:type="spellEnd"/>
      <w:r w:rsidRPr="00AF24C6">
        <w:rPr>
          <w:sz w:val="24"/>
          <w:szCs w:val="24"/>
        </w:rPr>
        <w:t xml:space="preserve"> </w:t>
      </w:r>
      <w:proofErr w:type="spellStart"/>
      <w:r w:rsidRPr="00AF24C6">
        <w:rPr>
          <w:sz w:val="24"/>
          <w:szCs w:val="24"/>
        </w:rPr>
        <w:t>pohybové</w:t>
      </w:r>
      <w:proofErr w:type="spellEnd"/>
      <w:r w:rsidRPr="00AF24C6">
        <w:rPr>
          <w:sz w:val="24"/>
          <w:szCs w:val="24"/>
        </w:rPr>
        <w:t xml:space="preserve"> </w:t>
      </w:r>
      <w:proofErr w:type="spellStart"/>
      <w:r w:rsidRPr="00AF24C6">
        <w:rPr>
          <w:sz w:val="24"/>
          <w:szCs w:val="24"/>
        </w:rPr>
        <w:t>chvilky</w:t>
      </w:r>
      <w:proofErr w:type="spellEnd"/>
      <w:r w:rsidRPr="00AF24C6">
        <w:rPr>
          <w:sz w:val="24"/>
          <w:szCs w:val="24"/>
        </w:rPr>
        <w:t xml:space="preserve">. </w:t>
      </w:r>
      <w:proofErr w:type="spellStart"/>
      <w:r w:rsidRPr="00AF24C6">
        <w:rPr>
          <w:sz w:val="24"/>
          <w:szCs w:val="24"/>
        </w:rPr>
        <w:t>Pobyt</w:t>
      </w:r>
      <w:proofErr w:type="spellEnd"/>
      <w:r w:rsidRPr="00AF24C6">
        <w:rPr>
          <w:sz w:val="24"/>
          <w:szCs w:val="24"/>
        </w:rPr>
        <w:t xml:space="preserve"> </w:t>
      </w:r>
      <w:proofErr w:type="spellStart"/>
      <w:r w:rsidRPr="00AF24C6">
        <w:rPr>
          <w:sz w:val="24"/>
          <w:szCs w:val="24"/>
        </w:rPr>
        <w:t>venku</w:t>
      </w:r>
      <w:proofErr w:type="spellEnd"/>
      <w:r w:rsidRPr="00AF24C6">
        <w:rPr>
          <w:sz w:val="24"/>
          <w:szCs w:val="24"/>
        </w:rPr>
        <w:t xml:space="preserve"> </w:t>
      </w:r>
      <w:proofErr w:type="spellStart"/>
      <w:r w:rsidRPr="00AF24C6">
        <w:rPr>
          <w:sz w:val="24"/>
          <w:szCs w:val="24"/>
        </w:rPr>
        <w:t>probíhá</w:t>
      </w:r>
      <w:proofErr w:type="spellEnd"/>
      <w:r w:rsidRPr="00AF24C6">
        <w:rPr>
          <w:sz w:val="24"/>
          <w:szCs w:val="24"/>
        </w:rPr>
        <w:t xml:space="preserve"> </w:t>
      </w:r>
      <w:proofErr w:type="spellStart"/>
      <w:r w:rsidRPr="00AF24C6">
        <w:rPr>
          <w:sz w:val="24"/>
          <w:szCs w:val="24"/>
        </w:rPr>
        <w:t>denně</w:t>
      </w:r>
      <w:proofErr w:type="spellEnd"/>
      <w:r w:rsidRPr="00AF24C6">
        <w:rPr>
          <w:sz w:val="24"/>
          <w:szCs w:val="24"/>
        </w:rPr>
        <w:t xml:space="preserve"> v </w:t>
      </w:r>
      <w:proofErr w:type="spellStart"/>
      <w:r w:rsidRPr="00AF24C6">
        <w:rPr>
          <w:sz w:val="24"/>
          <w:szCs w:val="24"/>
        </w:rPr>
        <w:t>dopoledním</w:t>
      </w:r>
      <w:proofErr w:type="spellEnd"/>
      <w:r w:rsidRPr="00AF24C6">
        <w:rPr>
          <w:sz w:val="24"/>
          <w:szCs w:val="24"/>
        </w:rPr>
        <w:t xml:space="preserve"> </w:t>
      </w:r>
      <w:proofErr w:type="spellStart"/>
      <w:r w:rsidRPr="00AF24C6">
        <w:rPr>
          <w:sz w:val="24"/>
          <w:szCs w:val="24"/>
        </w:rPr>
        <w:t>bloku</w:t>
      </w:r>
      <w:proofErr w:type="spellEnd"/>
      <w:r w:rsidRPr="00AF24C6">
        <w:rPr>
          <w:sz w:val="24"/>
          <w:szCs w:val="24"/>
        </w:rPr>
        <w:t xml:space="preserve"> </w:t>
      </w:r>
      <w:proofErr w:type="spellStart"/>
      <w:r w:rsidRPr="00AF24C6">
        <w:rPr>
          <w:sz w:val="24"/>
          <w:szCs w:val="24"/>
        </w:rPr>
        <w:t>mezi</w:t>
      </w:r>
      <w:proofErr w:type="spellEnd"/>
      <w:r w:rsidRPr="00AF24C6">
        <w:rPr>
          <w:sz w:val="24"/>
          <w:szCs w:val="24"/>
        </w:rPr>
        <w:t xml:space="preserve"> 10:00 a 12:00, </w:t>
      </w:r>
      <w:proofErr w:type="spellStart"/>
      <w:r w:rsidRPr="00AF24C6">
        <w:rPr>
          <w:sz w:val="24"/>
          <w:szCs w:val="24"/>
        </w:rPr>
        <w:t>podle</w:t>
      </w:r>
      <w:proofErr w:type="spellEnd"/>
      <w:r w:rsidRPr="00AF24C6">
        <w:rPr>
          <w:sz w:val="24"/>
          <w:szCs w:val="24"/>
        </w:rPr>
        <w:t xml:space="preserve"> </w:t>
      </w:r>
      <w:proofErr w:type="spellStart"/>
      <w:r w:rsidRPr="00AF24C6">
        <w:rPr>
          <w:sz w:val="24"/>
          <w:szCs w:val="24"/>
        </w:rPr>
        <w:t>počasí</w:t>
      </w:r>
      <w:proofErr w:type="spellEnd"/>
      <w:r w:rsidRPr="00AF24C6">
        <w:rPr>
          <w:sz w:val="24"/>
          <w:szCs w:val="24"/>
        </w:rPr>
        <w:t xml:space="preserve"> </w:t>
      </w:r>
      <w:proofErr w:type="spellStart"/>
      <w:r w:rsidRPr="00AF24C6">
        <w:rPr>
          <w:sz w:val="24"/>
          <w:szCs w:val="24"/>
        </w:rPr>
        <w:t>buď</w:t>
      </w:r>
      <w:proofErr w:type="spellEnd"/>
      <w:r w:rsidRPr="00AF24C6">
        <w:rPr>
          <w:sz w:val="24"/>
          <w:szCs w:val="24"/>
        </w:rPr>
        <w:t xml:space="preserve"> </w:t>
      </w:r>
      <w:proofErr w:type="spellStart"/>
      <w:r w:rsidRPr="00AF24C6">
        <w:rPr>
          <w:sz w:val="24"/>
          <w:szCs w:val="24"/>
        </w:rPr>
        <w:t>na</w:t>
      </w:r>
      <w:proofErr w:type="spellEnd"/>
      <w:r w:rsidRPr="00AF24C6">
        <w:rPr>
          <w:sz w:val="24"/>
          <w:szCs w:val="24"/>
        </w:rPr>
        <w:t xml:space="preserve"> </w:t>
      </w:r>
      <w:proofErr w:type="spellStart"/>
      <w:r w:rsidRPr="00AF24C6">
        <w:rPr>
          <w:sz w:val="24"/>
          <w:szCs w:val="24"/>
        </w:rPr>
        <w:t>zahradě</w:t>
      </w:r>
      <w:proofErr w:type="spellEnd"/>
      <w:r w:rsidRPr="00AF24C6">
        <w:rPr>
          <w:sz w:val="24"/>
          <w:szCs w:val="24"/>
        </w:rPr>
        <w:t xml:space="preserve">, </w:t>
      </w:r>
      <w:proofErr w:type="spellStart"/>
      <w:r w:rsidRPr="00AF24C6">
        <w:rPr>
          <w:sz w:val="24"/>
          <w:szCs w:val="24"/>
        </w:rPr>
        <w:t>nebo</w:t>
      </w:r>
      <w:proofErr w:type="spellEnd"/>
      <w:r w:rsidRPr="00AF24C6">
        <w:rPr>
          <w:sz w:val="24"/>
          <w:szCs w:val="24"/>
        </w:rPr>
        <w:t xml:space="preserve"> </w:t>
      </w:r>
      <w:proofErr w:type="spellStart"/>
      <w:r w:rsidRPr="00AF24C6">
        <w:rPr>
          <w:sz w:val="24"/>
          <w:szCs w:val="24"/>
        </w:rPr>
        <w:t>formou</w:t>
      </w:r>
      <w:proofErr w:type="spellEnd"/>
      <w:r w:rsidRPr="00AF24C6">
        <w:rPr>
          <w:sz w:val="24"/>
          <w:szCs w:val="24"/>
        </w:rPr>
        <w:t xml:space="preserve"> </w:t>
      </w:r>
      <w:proofErr w:type="spellStart"/>
      <w:r w:rsidRPr="00AF24C6">
        <w:rPr>
          <w:sz w:val="24"/>
          <w:szCs w:val="24"/>
        </w:rPr>
        <w:t>vycházek</w:t>
      </w:r>
      <w:proofErr w:type="spellEnd"/>
      <w:r w:rsidRPr="00AF24C6">
        <w:rPr>
          <w:sz w:val="24"/>
          <w:szCs w:val="24"/>
        </w:rPr>
        <w:t xml:space="preserve"> do </w:t>
      </w:r>
      <w:proofErr w:type="spellStart"/>
      <w:r w:rsidRPr="00AF24C6">
        <w:rPr>
          <w:sz w:val="24"/>
          <w:szCs w:val="24"/>
        </w:rPr>
        <w:t>okolní</w:t>
      </w:r>
      <w:proofErr w:type="spellEnd"/>
      <w:r w:rsidRPr="00AF24C6">
        <w:rPr>
          <w:sz w:val="24"/>
          <w:szCs w:val="24"/>
        </w:rPr>
        <w:t xml:space="preserve"> </w:t>
      </w:r>
      <w:proofErr w:type="spellStart"/>
      <w:r w:rsidRPr="00AF24C6">
        <w:rPr>
          <w:sz w:val="24"/>
          <w:szCs w:val="24"/>
        </w:rPr>
        <w:t>přírody</w:t>
      </w:r>
      <w:proofErr w:type="spellEnd"/>
      <w:r w:rsidRPr="00AF24C6">
        <w:rPr>
          <w:sz w:val="24"/>
          <w:szCs w:val="24"/>
        </w:rPr>
        <w:t>.</w:t>
      </w:r>
      <w:r w:rsidRPr="00AF24C6">
        <w:rPr>
          <w:sz w:val="24"/>
          <w:szCs w:val="24"/>
        </w:rPr>
        <w:br/>
      </w:r>
      <w:proofErr w:type="spellStart"/>
      <w:r w:rsidRPr="00AF24C6">
        <w:rPr>
          <w:sz w:val="24"/>
          <w:szCs w:val="24"/>
        </w:rPr>
        <w:t>Pracujeme</w:t>
      </w:r>
      <w:proofErr w:type="spellEnd"/>
      <w:r w:rsidRPr="00AF24C6">
        <w:rPr>
          <w:sz w:val="24"/>
          <w:szCs w:val="24"/>
        </w:rPr>
        <w:t xml:space="preserve"> </w:t>
      </w:r>
      <w:proofErr w:type="spellStart"/>
      <w:r w:rsidRPr="00AF24C6">
        <w:rPr>
          <w:sz w:val="24"/>
          <w:szCs w:val="24"/>
        </w:rPr>
        <w:t>na</w:t>
      </w:r>
      <w:proofErr w:type="spellEnd"/>
      <w:r w:rsidRPr="00AF24C6">
        <w:rPr>
          <w:sz w:val="24"/>
          <w:szCs w:val="24"/>
        </w:rPr>
        <w:t xml:space="preserve"> </w:t>
      </w:r>
      <w:proofErr w:type="spellStart"/>
      <w:r w:rsidRPr="00AF24C6">
        <w:rPr>
          <w:sz w:val="24"/>
          <w:szCs w:val="24"/>
        </w:rPr>
        <w:t>propojení</w:t>
      </w:r>
      <w:proofErr w:type="spellEnd"/>
      <w:r w:rsidRPr="00AF24C6">
        <w:rPr>
          <w:sz w:val="24"/>
          <w:szCs w:val="24"/>
        </w:rPr>
        <w:t xml:space="preserve"> </w:t>
      </w:r>
      <w:proofErr w:type="spellStart"/>
      <w:r w:rsidRPr="00AF24C6">
        <w:rPr>
          <w:sz w:val="24"/>
          <w:szCs w:val="24"/>
        </w:rPr>
        <w:t>vzdělávacího</w:t>
      </w:r>
      <w:proofErr w:type="spellEnd"/>
      <w:r w:rsidRPr="00AF24C6">
        <w:rPr>
          <w:sz w:val="24"/>
          <w:szCs w:val="24"/>
        </w:rPr>
        <w:t xml:space="preserve"> </w:t>
      </w:r>
      <w:proofErr w:type="spellStart"/>
      <w:r w:rsidRPr="00AF24C6">
        <w:rPr>
          <w:sz w:val="24"/>
          <w:szCs w:val="24"/>
        </w:rPr>
        <w:t>obsahu</w:t>
      </w:r>
      <w:proofErr w:type="spellEnd"/>
      <w:r w:rsidRPr="00AF24C6">
        <w:rPr>
          <w:sz w:val="24"/>
          <w:szCs w:val="24"/>
        </w:rPr>
        <w:t xml:space="preserve"> </w:t>
      </w:r>
      <w:proofErr w:type="spellStart"/>
      <w:r w:rsidRPr="00AF24C6">
        <w:rPr>
          <w:sz w:val="24"/>
          <w:szCs w:val="24"/>
        </w:rPr>
        <w:t>i</w:t>
      </w:r>
      <w:proofErr w:type="spellEnd"/>
      <w:r w:rsidRPr="00AF24C6">
        <w:rPr>
          <w:sz w:val="24"/>
          <w:szCs w:val="24"/>
        </w:rPr>
        <w:t xml:space="preserve"> s </w:t>
      </w:r>
      <w:proofErr w:type="spellStart"/>
      <w:r w:rsidRPr="00AF24C6">
        <w:rPr>
          <w:sz w:val="24"/>
          <w:szCs w:val="24"/>
        </w:rPr>
        <w:t>pobytem</w:t>
      </w:r>
      <w:proofErr w:type="spellEnd"/>
      <w:r w:rsidRPr="00AF24C6">
        <w:rPr>
          <w:sz w:val="24"/>
          <w:szCs w:val="24"/>
        </w:rPr>
        <w:t xml:space="preserve"> </w:t>
      </w:r>
      <w:proofErr w:type="spellStart"/>
      <w:r w:rsidRPr="00AF24C6">
        <w:rPr>
          <w:sz w:val="24"/>
          <w:szCs w:val="24"/>
        </w:rPr>
        <w:t>venku</w:t>
      </w:r>
      <w:proofErr w:type="spellEnd"/>
      <w:r w:rsidRPr="00AF24C6">
        <w:rPr>
          <w:sz w:val="24"/>
          <w:szCs w:val="24"/>
        </w:rPr>
        <w:t xml:space="preserve"> – </w:t>
      </w:r>
      <w:proofErr w:type="spellStart"/>
      <w:r w:rsidRPr="00AF24C6">
        <w:rPr>
          <w:sz w:val="24"/>
          <w:szCs w:val="24"/>
        </w:rPr>
        <w:t>snažíme</w:t>
      </w:r>
      <w:proofErr w:type="spellEnd"/>
      <w:r w:rsidRPr="00AF24C6">
        <w:rPr>
          <w:sz w:val="24"/>
          <w:szCs w:val="24"/>
        </w:rPr>
        <w:t xml:space="preserve"> se </w:t>
      </w:r>
      <w:proofErr w:type="spellStart"/>
      <w:r w:rsidRPr="00AF24C6">
        <w:rPr>
          <w:sz w:val="24"/>
          <w:szCs w:val="24"/>
        </w:rPr>
        <w:t>i</w:t>
      </w:r>
      <w:proofErr w:type="spellEnd"/>
      <w:r w:rsidRPr="00AF24C6">
        <w:rPr>
          <w:sz w:val="24"/>
          <w:szCs w:val="24"/>
        </w:rPr>
        <w:t xml:space="preserve"> v </w:t>
      </w:r>
      <w:proofErr w:type="spellStart"/>
      <w:r w:rsidRPr="00AF24C6">
        <w:rPr>
          <w:sz w:val="24"/>
          <w:szCs w:val="24"/>
        </w:rPr>
        <w:t>přírodním</w:t>
      </w:r>
      <w:proofErr w:type="spellEnd"/>
      <w:r w:rsidRPr="00AF24C6">
        <w:rPr>
          <w:sz w:val="24"/>
          <w:szCs w:val="24"/>
        </w:rPr>
        <w:t xml:space="preserve"> </w:t>
      </w:r>
      <w:proofErr w:type="spellStart"/>
      <w:r w:rsidRPr="00AF24C6">
        <w:rPr>
          <w:sz w:val="24"/>
          <w:szCs w:val="24"/>
        </w:rPr>
        <w:t>prostředí</w:t>
      </w:r>
      <w:proofErr w:type="spellEnd"/>
      <w:r w:rsidRPr="00AF24C6">
        <w:rPr>
          <w:sz w:val="24"/>
          <w:szCs w:val="24"/>
        </w:rPr>
        <w:t xml:space="preserve"> </w:t>
      </w:r>
      <w:proofErr w:type="spellStart"/>
      <w:r w:rsidRPr="00AF24C6">
        <w:rPr>
          <w:sz w:val="24"/>
          <w:szCs w:val="24"/>
        </w:rPr>
        <w:t>vést</w:t>
      </w:r>
      <w:proofErr w:type="spellEnd"/>
      <w:r w:rsidRPr="00AF24C6">
        <w:rPr>
          <w:sz w:val="24"/>
          <w:szCs w:val="24"/>
        </w:rPr>
        <w:t xml:space="preserve"> </w:t>
      </w:r>
      <w:proofErr w:type="spellStart"/>
      <w:r w:rsidRPr="00AF24C6">
        <w:rPr>
          <w:sz w:val="24"/>
          <w:szCs w:val="24"/>
        </w:rPr>
        <w:t>děti</w:t>
      </w:r>
      <w:proofErr w:type="spellEnd"/>
      <w:r w:rsidRPr="00AF24C6">
        <w:rPr>
          <w:sz w:val="24"/>
          <w:szCs w:val="24"/>
        </w:rPr>
        <w:t xml:space="preserve"> k </w:t>
      </w:r>
      <w:proofErr w:type="spellStart"/>
      <w:r w:rsidRPr="00AF24C6">
        <w:rPr>
          <w:sz w:val="24"/>
          <w:szCs w:val="24"/>
        </w:rPr>
        <w:t>objevování</w:t>
      </w:r>
      <w:proofErr w:type="spellEnd"/>
      <w:r w:rsidRPr="00AF24C6">
        <w:rPr>
          <w:sz w:val="24"/>
          <w:szCs w:val="24"/>
        </w:rPr>
        <w:t xml:space="preserve">, </w:t>
      </w:r>
      <w:proofErr w:type="spellStart"/>
      <w:r w:rsidRPr="00AF24C6">
        <w:rPr>
          <w:sz w:val="24"/>
          <w:szCs w:val="24"/>
        </w:rPr>
        <w:t>zkoumání</w:t>
      </w:r>
      <w:proofErr w:type="spellEnd"/>
      <w:r w:rsidRPr="00AF24C6">
        <w:rPr>
          <w:sz w:val="24"/>
          <w:szCs w:val="24"/>
        </w:rPr>
        <w:t xml:space="preserve">, </w:t>
      </w:r>
      <w:proofErr w:type="spellStart"/>
      <w:r w:rsidRPr="00AF24C6">
        <w:rPr>
          <w:sz w:val="24"/>
          <w:szCs w:val="24"/>
        </w:rPr>
        <w:t>otázkám</w:t>
      </w:r>
      <w:proofErr w:type="spellEnd"/>
      <w:r w:rsidRPr="00AF24C6">
        <w:rPr>
          <w:sz w:val="24"/>
          <w:szCs w:val="24"/>
        </w:rPr>
        <w:t xml:space="preserve"> a </w:t>
      </w:r>
      <w:proofErr w:type="spellStart"/>
      <w:r w:rsidRPr="00AF24C6">
        <w:rPr>
          <w:sz w:val="24"/>
          <w:szCs w:val="24"/>
        </w:rPr>
        <w:t>propojení</w:t>
      </w:r>
      <w:proofErr w:type="spellEnd"/>
      <w:r w:rsidRPr="00AF24C6">
        <w:rPr>
          <w:sz w:val="24"/>
          <w:szCs w:val="24"/>
        </w:rPr>
        <w:t xml:space="preserve"> s </w:t>
      </w:r>
      <w:proofErr w:type="spellStart"/>
      <w:r w:rsidRPr="00AF24C6">
        <w:rPr>
          <w:sz w:val="24"/>
          <w:szCs w:val="24"/>
        </w:rPr>
        <w:t>tématy</w:t>
      </w:r>
      <w:proofErr w:type="spellEnd"/>
      <w:r w:rsidRPr="00AF24C6">
        <w:rPr>
          <w:sz w:val="24"/>
          <w:szCs w:val="24"/>
        </w:rPr>
        <w:t xml:space="preserve">, </w:t>
      </w:r>
      <w:proofErr w:type="spellStart"/>
      <w:r w:rsidRPr="00AF24C6">
        <w:rPr>
          <w:sz w:val="24"/>
          <w:szCs w:val="24"/>
        </w:rPr>
        <w:t>která</w:t>
      </w:r>
      <w:proofErr w:type="spellEnd"/>
      <w:r w:rsidRPr="00AF24C6">
        <w:rPr>
          <w:sz w:val="24"/>
          <w:szCs w:val="24"/>
        </w:rPr>
        <w:t xml:space="preserve"> </w:t>
      </w:r>
      <w:proofErr w:type="spellStart"/>
      <w:r w:rsidRPr="00AF24C6">
        <w:rPr>
          <w:sz w:val="24"/>
          <w:szCs w:val="24"/>
        </w:rPr>
        <w:t>probíráme</w:t>
      </w:r>
      <w:proofErr w:type="spellEnd"/>
      <w:r w:rsidRPr="00AF24C6">
        <w:rPr>
          <w:sz w:val="24"/>
          <w:szCs w:val="24"/>
        </w:rPr>
        <w:t xml:space="preserve"> </w:t>
      </w:r>
      <w:proofErr w:type="spellStart"/>
      <w:r w:rsidRPr="00AF24C6">
        <w:rPr>
          <w:sz w:val="24"/>
          <w:szCs w:val="24"/>
        </w:rPr>
        <w:t>ve</w:t>
      </w:r>
      <w:proofErr w:type="spellEnd"/>
      <w:r w:rsidRPr="00AF24C6">
        <w:rPr>
          <w:sz w:val="24"/>
          <w:szCs w:val="24"/>
        </w:rPr>
        <w:t xml:space="preserve"> </w:t>
      </w:r>
      <w:proofErr w:type="spellStart"/>
      <w:r w:rsidRPr="00AF24C6">
        <w:rPr>
          <w:sz w:val="24"/>
          <w:szCs w:val="24"/>
        </w:rPr>
        <w:t>třídě</w:t>
      </w:r>
      <w:proofErr w:type="spellEnd"/>
      <w:r w:rsidRPr="00AF24C6">
        <w:rPr>
          <w:sz w:val="24"/>
          <w:szCs w:val="24"/>
        </w:rPr>
        <w:t>.</w:t>
      </w:r>
    </w:p>
    <w:p w14:paraId="38817191" w14:textId="77777777" w:rsidR="00972FDD" w:rsidRPr="00AF24C6" w:rsidRDefault="00972FDD" w:rsidP="004A640F">
      <w:pPr>
        <w:spacing w:after="120"/>
        <w:rPr>
          <w:i/>
          <w:iCs/>
          <w:sz w:val="24"/>
          <w:szCs w:val="24"/>
        </w:rPr>
      </w:pPr>
      <w:proofErr w:type="spellStart"/>
      <w:r w:rsidRPr="00AF24C6">
        <w:rPr>
          <w:i/>
          <w:iCs/>
          <w:sz w:val="24"/>
          <w:szCs w:val="24"/>
        </w:rPr>
        <w:t>Záměr</w:t>
      </w:r>
      <w:proofErr w:type="spellEnd"/>
      <w:r w:rsidRPr="00AF24C6">
        <w:rPr>
          <w:i/>
          <w:iCs/>
          <w:sz w:val="24"/>
          <w:szCs w:val="24"/>
        </w:rPr>
        <w:t>:</w:t>
      </w:r>
    </w:p>
    <w:p w14:paraId="5DF9394F" w14:textId="76C2DD72" w:rsidR="004A640F" w:rsidRPr="00AF24C6" w:rsidRDefault="008C4628" w:rsidP="008C4628">
      <w:pPr>
        <w:pStyle w:val="Odstavecseseznamem"/>
        <w:numPr>
          <w:ilvl w:val="0"/>
          <w:numId w:val="19"/>
        </w:numPr>
        <w:spacing w:after="120"/>
        <w:rPr>
          <w:sz w:val="24"/>
          <w:szCs w:val="24"/>
        </w:rPr>
      </w:pPr>
      <w:proofErr w:type="spellStart"/>
      <w:r w:rsidRPr="00AF24C6">
        <w:rPr>
          <w:i/>
          <w:iCs/>
          <w:sz w:val="24"/>
          <w:szCs w:val="24"/>
        </w:rPr>
        <w:t>Vybavit</w:t>
      </w:r>
      <w:proofErr w:type="spellEnd"/>
      <w:r w:rsidRPr="00AF24C6">
        <w:rPr>
          <w:i/>
          <w:iCs/>
          <w:sz w:val="24"/>
          <w:szCs w:val="24"/>
        </w:rPr>
        <w:t xml:space="preserve"> </w:t>
      </w:r>
      <w:proofErr w:type="spellStart"/>
      <w:r w:rsidRPr="00AF24C6">
        <w:rPr>
          <w:i/>
          <w:iCs/>
          <w:sz w:val="24"/>
          <w:szCs w:val="24"/>
        </w:rPr>
        <w:t>třídu</w:t>
      </w:r>
      <w:proofErr w:type="spellEnd"/>
      <w:r w:rsidRPr="00AF24C6">
        <w:rPr>
          <w:i/>
          <w:iCs/>
          <w:sz w:val="24"/>
          <w:szCs w:val="24"/>
        </w:rPr>
        <w:t xml:space="preserve"> </w:t>
      </w:r>
      <w:proofErr w:type="spellStart"/>
      <w:r w:rsidRPr="00AF24C6">
        <w:rPr>
          <w:i/>
          <w:iCs/>
          <w:sz w:val="24"/>
          <w:szCs w:val="24"/>
        </w:rPr>
        <w:t>dalšími</w:t>
      </w:r>
      <w:proofErr w:type="spellEnd"/>
      <w:r w:rsidRPr="00AF24C6">
        <w:rPr>
          <w:i/>
          <w:iCs/>
          <w:sz w:val="24"/>
          <w:szCs w:val="24"/>
        </w:rPr>
        <w:t xml:space="preserve"> </w:t>
      </w:r>
      <w:proofErr w:type="spellStart"/>
      <w:r w:rsidRPr="00AF24C6">
        <w:rPr>
          <w:i/>
          <w:iCs/>
          <w:sz w:val="24"/>
          <w:szCs w:val="24"/>
        </w:rPr>
        <w:t>sportovními</w:t>
      </w:r>
      <w:proofErr w:type="spellEnd"/>
      <w:r w:rsidRPr="00AF24C6">
        <w:rPr>
          <w:i/>
          <w:iCs/>
          <w:sz w:val="24"/>
          <w:szCs w:val="24"/>
        </w:rPr>
        <w:t xml:space="preserve"> </w:t>
      </w:r>
      <w:proofErr w:type="spellStart"/>
      <w:r w:rsidRPr="00AF24C6">
        <w:rPr>
          <w:i/>
          <w:iCs/>
          <w:sz w:val="24"/>
          <w:szCs w:val="24"/>
        </w:rPr>
        <w:t>prvky</w:t>
      </w:r>
      <w:proofErr w:type="spellEnd"/>
      <w:r w:rsidR="00AF24C6" w:rsidRPr="00AF24C6">
        <w:rPr>
          <w:i/>
          <w:iCs/>
          <w:sz w:val="24"/>
          <w:szCs w:val="24"/>
        </w:rPr>
        <w:t xml:space="preserve"> pro </w:t>
      </w:r>
      <w:proofErr w:type="spellStart"/>
      <w:r w:rsidR="00AF24C6" w:rsidRPr="00AF24C6">
        <w:rPr>
          <w:i/>
          <w:iCs/>
          <w:sz w:val="24"/>
          <w:szCs w:val="24"/>
        </w:rPr>
        <w:t>rozvoj</w:t>
      </w:r>
      <w:proofErr w:type="spellEnd"/>
      <w:r w:rsidR="00AF24C6" w:rsidRPr="00AF24C6">
        <w:rPr>
          <w:i/>
          <w:iCs/>
          <w:sz w:val="24"/>
          <w:szCs w:val="24"/>
        </w:rPr>
        <w:t xml:space="preserve"> </w:t>
      </w:r>
      <w:proofErr w:type="spellStart"/>
      <w:r w:rsidR="00AF24C6" w:rsidRPr="00AF24C6">
        <w:rPr>
          <w:i/>
          <w:iCs/>
          <w:sz w:val="24"/>
          <w:szCs w:val="24"/>
        </w:rPr>
        <w:t>hrubé</w:t>
      </w:r>
      <w:proofErr w:type="spellEnd"/>
      <w:r w:rsidR="00AF24C6" w:rsidRPr="00AF24C6">
        <w:rPr>
          <w:i/>
          <w:iCs/>
          <w:sz w:val="24"/>
          <w:szCs w:val="24"/>
        </w:rPr>
        <w:t xml:space="preserve"> </w:t>
      </w:r>
      <w:proofErr w:type="spellStart"/>
      <w:r w:rsidR="00AF24C6" w:rsidRPr="00AF24C6">
        <w:rPr>
          <w:i/>
          <w:iCs/>
          <w:sz w:val="24"/>
          <w:szCs w:val="24"/>
        </w:rPr>
        <w:t>motoriky</w:t>
      </w:r>
      <w:proofErr w:type="spellEnd"/>
      <w:r w:rsidR="004A640F" w:rsidRPr="00AF24C6">
        <w:rPr>
          <w:sz w:val="24"/>
          <w:szCs w:val="24"/>
        </w:rPr>
        <w:br/>
      </w:r>
    </w:p>
    <w:p w14:paraId="3D1861A4" w14:textId="77777777" w:rsidR="004A640F" w:rsidRDefault="004A640F" w:rsidP="004A640F">
      <w:pPr>
        <w:pStyle w:val="Nadpis2"/>
      </w:pPr>
      <w:proofErr w:type="spellStart"/>
      <w:r>
        <w:t>Psychosociální</w:t>
      </w:r>
      <w:proofErr w:type="spellEnd"/>
      <w:r>
        <w:t xml:space="preserve"> </w:t>
      </w:r>
      <w:proofErr w:type="spellStart"/>
      <w:r>
        <w:t>podmínky</w:t>
      </w:r>
      <w:proofErr w:type="spellEnd"/>
    </w:p>
    <w:p w14:paraId="6B66B787" w14:textId="77777777" w:rsidR="004A640F" w:rsidRPr="007D3A4E" w:rsidRDefault="004A640F" w:rsidP="004A640F">
      <w:pPr>
        <w:spacing w:after="120"/>
        <w:rPr>
          <w:sz w:val="24"/>
          <w:szCs w:val="24"/>
        </w:rPr>
      </w:pPr>
      <w:proofErr w:type="spellStart"/>
      <w:r w:rsidRPr="007D3A4E">
        <w:rPr>
          <w:sz w:val="24"/>
          <w:szCs w:val="24"/>
        </w:rPr>
        <w:t>Věříme</w:t>
      </w:r>
      <w:proofErr w:type="spellEnd"/>
      <w:r w:rsidRPr="007D3A4E">
        <w:rPr>
          <w:sz w:val="24"/>
          <w:szCs w:val="24"/>
        </w:rPr>
        <w:t xml:space="preserve">, </w:t>
      </w:r>
      <w:proofErr w:type="spellStart"/>
      <w:r w:rsidRPr="007D3A4E">
        <w:rPr>
          <w:sz w:val="24"/>
          <w:szCs w:val="24"/>
        </w:rPr>
        <w:t>že</w:t>
      </w:r>
      <w:proofErr w:type="spellEnd"/>
      <w:r w:rsidRPr="007D3A4E">
        <w:rPr>
          <w:sz w:val="24"/>
          <w:szCs w:val="24"/>
        </w:rPr>
        <w:t xml:space="preserve"> </w:t>
      </w:r>
      <w:proofErr w:type="spellStart"/>
      <w:r w:rsidRPr="007D3A4E">
        <w:rPr>
          <w:sz w:val="24"/>
          <w:szCs w:val="24"/>
        </w:rPr>
        <w:t>jen</w:t>
      </w:r>
      <w:proofErr w:type="spellEnd"/>
      <w:r w:rsidRPr="007D3A4E">
        <w:rPr>
          <w:sz w:val="24"/>
          <w:szCs w:val="24"/>
        </w:rPr>
        <w:t xml:space="preserve"> v </w:t>
      </w:r>
      <w:proofErr w:type="spellStart"/>
      <w:r w:rsidRPr="007D3A4E">
        <w:rPr>
          <w:sz w:val="24"/>
          <w:szCs w:val="24"/>
        </w:rPr>
        <w:t>atmosféře</w:t>
      </w:r>
      <w:proofErr w:type="spellEnd"/>
      <w:r w:rsidRPr="007D3A4E">
        <w:rPr>
          <w:sz w:val="24"/>
          <w:szCs w:val="24"/>
        </w:rPr>
        <w:t xml:space="preserve"> </w:t>
      </w:r>
      <w:proofErr w:type="spellStart"/>
      <w:r w:rsidRPr="007D3A4E">
        <w:rPr>
          <w:sz w:val="24"/>
          <w:szCs w:val="24"/>
        </w:rPr>
        <w:t>důvěry</w:t>
      </w:r>
      <w:proofErr w:type="spellEnd"/>
      <w:r w:rsidRPr="007D3A4E">
        <w:rPr>
          <w:sz w:val="24"/>
          <w:szCs w:val="24"/>
        </w:rPr>
        <w:t xml:space="preserve">, </w:t>
      </w:r>
      <w:proofErr w:type="spellStart"/>
      <w:r w:rsidRPr="007D3A4E">
        <w:rPr>
          <w:sz w:val="24"/>
          <w:szCs w:val="24"/>
        </w:rPr>
        <w:t>přijetí</w:t>
      </w:r>
      <w:proofErr w:type="spellEnd"/>
      <w:r w:rsidRPr="007D3A4E">
        <w:rPr>
          <w:sz w:val="24"/>
          <w:szCs w:val="24"/>
        </w:rPr>
        <w:t xml:space="preserve"> a </w:t>
      </w:r>
      <w:proofErr w:type="spellStart"/>
      <w:r w:rsidRPr="007D3A4E">
        <w:rPr>
          <w:sz w:val="24"/>
          <w:szCs w:val="24"/>
        </w:rPr>
        <w:t>vzájemného</w:t>
      </w:r>
      <w:proofErr w:type="spellEnd"/>
      <w:r w:rsidRPr="007D3A4E">
        <w:rPr>
          <w:sz w:val="24"/>
          <w:szCs w:val="24"/>
        </w:rPr>
        <w:t xml:space="preserve"> </w:t>
      </w:r>
      <w:proofErr w:type="spellStart"/>
      <w:r w:rsidRPr="007D3A4E">
        <w:rPr>
          <w:sz w:val="24"/>
          <w:szCs w:val="24"/>
        </w:rPr>
        <w:t>respektu</w:t>
      </w:r>
      <w:proofErr w:type="spellEnd"/>
      <w:r w:rsidRPr="007D3A4E">
        <w:rPr>
          <w:sz w:val="24"/>
          <w:szCs w:val="24"/>
        </w:rPr>
        <w:t xml:space="preserve"> </w:t>
      </w:r>
      <w:proofErr w:type="spellStart"/>
      <w:r w:rsidRPr="007D3A4E">
        <w:rPr>
          <w:sz w:val="24"/>
          <w:szCs w:val="24"/>
        </w:rPr>
        <w:t>může</w:t>
      </w:r>
      <w:proofErr w:type="spellEnd"/>
      <w:r w:rsidRPr="007D3A4E">
        <w:rPr>
          <w:sz w:val="24"/>
          <w:szCs w:val="24"/>
        </w:rPr>
        <w:t xml:space="preserve"> </w:t>
      </w:r>
      <w:proofErr w:type="spellStart"/>
      <w:r w:rsidRPr="007D3A4E">
        <w:rPr>
          <w:sz w:val="24"/>
          <w:szCs w:val="24"/>
        </w:rPr>
        <w:t>docházet</w:t>
      </w:r>
      <w:proofErr w:type="spellEnd"/>
      <w:r w:rsidRPr="007D3A4E">
        <w:rPr>
          <w:sz w:val="24"/>
          <w:szCs w:val="24"/>
        </w:rPr>
        <w:t xml:space="preserve"> k </w:t>
      </w:r>
      <w:proofErr w:type="spellStart"/>
      <w:r w:rsidRPr="007D3A4E">
        <w:rPr>
          <w:sz w:val="24"/>
          <w:szCs w:val="24"/>
        </w:rPr>
        <w:t>opravdovému</w:t>
      </w:r>
      <w:proofErr w:type="spellEnd"/>
      <w:r w:rsidRPr="007D3A4E">
        <w:rPr>
          <w:sz w:val="24"/>
          <w:szCs w:val="24"/>
        </w:rPr>
        <w:t xml:space="preserve"> </w:t>
      </w:r>
      <w:proofErr w:type="spellStart"/>
      <w:r w:rsidRPr="007D3A4E">
        <w:rPr>
          <w:sz w:val="24"/>
          <w:szCs w:val="24"/>
        </w:rPr>
        <w:t>učení</w:t>
      </w:r>
      <w:proofErr w:type="spellEnd"/>
      <w:r w:rsidRPr="007D3A4E">
        <w:rPr>
          <w:sz w:val="24"/>
          <w:szCs w:val="24"/>
        </w:rPr>
        <w:t xml:space="preserve">. </w:t>
      </w:r>
      <w:proofErr w:type="spellStart"/>
      <w:r w:rsidRPr="007D3A4E">
        <w:rPr>
          <w:sz w:val="24"/>
          <w:szCs w:val="24"/>
        </w:rPr>
        <w:t>Pedagogové</w:t>
      </w:r>
      <w:proofErr w:type="spellEnd"/>
      <w:r w:rsidRPr="007D3A4E">
        <w:rPr>
          <w:sz w:val="24"/>
          <w:szCs w:val="24"/>
        </w:rPr>
        <w:t xml:space="preserve"> </w:t>
      </w:r>
      <w:proofErr w:type="spellStart"/>
      <w:r w:rsidRPr="007D3A4E">
        <w:rPr>
          <w:sz w:val="24"/>
          <w:szCs w:val="24"/>
        </w:rPr>
        <w:t>školy</w:t>
      </w:r>
      <w:proofErr w:type="spellEnd"/>
      <w:r w:rsidRPr="007D3A4E">
        <w:rPr>
          <w:sz w:val="24"/>
          <w:szCs w:val="24"/>
        </w:rPr>
        <w:t xml:space="preserve"> </w:t>
      </w:r>
      <w:proofErr w:type="spellStart"/>
      <w:r w:rsidRPr="007D3A4E">
        <w:rPr>
          <w:sz w:val="24"/>
          <w:szCs w:val="24"/>
        </w:rPr>
        <w:t>Světluška</w:t>
      </w:r>
      <w:proofErr w:type="spellEnd"/>
      <w:r w:rsidRPr="007D3A4E">
        <w:rPr>
          <w:sz w:val="24"/>
          <w:szCs w:val="24"/>
        </w:rPr>
        <w:t xml:space="preserve"> </w:t>
      </w:r>
      <w:proofErr w:type="spellStart"/>
      <w:r w:rsidRPr="007D3A4E">
        <w:rPr>
          <w:sz w:val="24"/>
          <w:szCs w:val="24"/>
        </w:rPr>
        <w:t>kladou</w:t>
      </w:r>
      <w:proofErr w:type="spellEnd"/>
      <w:r w:rsidRPr="007D3A4E">
        <w:rPr>
          <w:sz w:val="24"/>
          <w:szCs w:val="24"/>
        </w:rPr>
        <w:t xml:space="preserve"> </w:t>
      </w:r>
      <w:proofErr w:type="spellStart"/>
      <w:r w:rsidRPr="007D3A4E">
        <w:rPr>
          <w:sz w:val="24"/>
          <w:szCs w:val="24"/>
        </w:rPr>
        <w:t>důraz</w:t>
      </w:r>
      <w:proofErr w:type="spellEnd"/>
      <w:r w:rsidRPr="007D3A4E">
        <w:rPr>
          <w:sz w:val="24"/>
          <w:szCs w:val="24"/>
        </w:rPr>
        <w:t xml:space="preserve"> </w:t>
      </w:r>
      <w:proofErr w:type="spellStart"/>
      <w:r w:rsidRPr="007D3A4E">
        <w:rPr>
          <w:sz w:val="24"/>
          <w:szCs w:val="24"/>
        </w:rPr>
        <w:t>na</w:t>
      </w:r>
      <w:proofErr w:type="spellEnd"/>
      <w:r w:rsidRPr="007D3A4E">
        <w:rPr>
          <w:sz w:val="24"/>
          <w:szCs w:val="24"/>
        </w:rPr>
        <w:t xml:space="preserve"> </w:t>
      </w:r>
      <w:proofErr w:type="spellStart"/>
      <w:r w:rsidRPr="007D3A4E">
        <w:rPr>
          <w:sz w:val="24"/>
          <w:szCs w:val="24"/>
        </w:rPr>
        <w:t>vztahové</w:t>
      </w:r>
      <w:proofErr w:type="spellEnd"/>
      <w:r w:rsidRPr="007D3A4E">
        <w:rPr>
          <w:sz w:val="24"/>
          <w:szCs w:val="24"/>
        </w:rPr>
        <w:t xml:space="preserve"> </w:t>
      </w:r>
      <w:proofErr w:type="spellStart"/>
      <w:r w:rsidRPr="007D3A4E">
        <w:rPr>
          <w:sz w:val="24"/>
          <w:szCs w:val="24"/>
        </w:rPr>
        <w:t>klima</w:t>
      </w:r>
      <w:proofErr w:type="spellEnd"/>
      <w:r w:rsidRPr="007D3A4E">
        <w:rPr>
          <w:sz w:val="24"/>
          <w:szCs w:val="24"/>
        </w:rPr>
        <w:t xml:space="preserve"> – </w:t>
      </w:r>
      <w:proofErr w:type="spellStart"/>
      <w:r w:rsidRPr="007D3A4E">
        <w:rPr>
          <w:sz w:val="24"/>
          <w:szCs w:val="24"/>
        </w:rPr>
        <w:t>dítě</w:t>
      </w:r>
      <w:proofErr w:type="spellEnd"/>
      <w:r w:rsidRPr="007D3A4E">
        <w:rPr>
          <w:sz w:val="24"/>
          <w:szCs w:val="24"/>
        </w:rPr>
        <w:t xml:space="preserve"> je </w:t>
      </w:r>
      <w:proofErr w:type="spellStart"/>
      <w:r w:rsidRPr="007D3A4E">
        <w:rPr>
          <w:sz w:val="24"/>
          <w:szCs w:val="24"/>
        </w:rPr>
        <w:t>chápáno</w:t>
      </w:r>
      <w:proofErr w:type="spellEnd"/>
      <w:r w:rsidRPr="007D3A4E">
        <w:rPr>
          <w:sz w:val="24"/>
          <w:szCs w:val="24"/>
        </w:rPr>
        <w:t xml:space="preserve"> </w:t>
      </w:r>
      <w:proofErr w:type="spellStart"/>
      <w:r w:rsidRPr="007D3A4E">
        <w:rPr>
          <w:sz w:val="24"/>
          <w:szCs w:val="24"/>
        </w:rPr>
        <w:t>jako</w:t>
      </w:r>
      <w:proofErr w:type="spellEnd"/>
      <w:r w:rsidRPr="007D3A4E">
        <w:rPr>
          <w:sz w:val="24"/>
          <w:szCs w:val="24"/>
        </w:rPr>
        <w:t xml:space="preserve"> </w:t>
      </w:r>
      <w:proofErr w:type="spellStart"/>
      <w:r w:rsidRPr="007D3A4E">
        <w:rPr>
          <w:sz w:val="24"/>
          <w:szCs w:val="24"/>
        </w:rPr>
        <w:t>osobnost</w:t>
      </w:r>
      <w:proofErr w:type="spellEnd"/>
      <w:r w:rsidRPr="007D3A4E">
        <w:rPr>
          <w:sz w:val="24"/>
          <w:szCs w:val="24"/>
        </w:rPr>
        <w:t xml:space="preserve"> s </w:t>
      </w:r>
      <w:proofErr w:type="spellStart"/>
      <w:r w:rsidRPr="007D3A4E">
        <w:rPr>
          <w:sz w:val="24"/>
          <w:szCs w:val="24"/>
        </w:rPr>
        <w:t>právem</w:t>
      </w:r>
      <w:proofErr w:type="spellEnd"/>
      <w:r w:rsidRPr="007D3A4E">
        <w:rPr>
          <w:sz w:val="24"/>
          <w:szCs w:val="24"/>
        </w:rPr>
        <w:t xml:space="preserve"> </w:t>
      </w:r>
      <w:proofErr w:type="spellStart"/>
      <w:r w:rsidRPr="007D3A4E">
        <w:rPr>
          <w:sz w:val="24"/>
          <w:szCs w:val="24"/>
        </w:rPr>
        <w:t>na</w:t>
      </w:r>
      <w:proofErr w:type="spellEnd"/>
      <w:r w:rsidRPr="007D3A4E">
        <w:rPr>
          <w:sz w:val="24"/>
          <w:szCs w:val="24"/>
        </w:rPr>
        <w:t xml:space="preserve"> </w:t>
      </w:r>
      <w:proofErr w:type="spellStart"/>
      <w:r w:rsidRPr="007D3A4E">
        <w:rPr>
          <w:sz w:val="24"/>
          <w:szCs w:val="24"/>
        </w:rPr>
        <w:t>názor</w:t>
      </w:r>
      <w:proofErr w:type="spellEnd"/>
      <w:r w:rsidRPr="007D3A4E">
        <w:rPr>
          <w:sz w:val="24"/>
          <w:szCs w:val="24"/>
        </w:rPr>
        <w:t xml:space="preserve">, </w:t>
      </w:r>
      <w:proofErr w:type="spellStart"/>
      <w:r w:rsidRPr="007D3A4E">
        <w:rPr>
          <w:sz w:val="24"/>
          <w:szCs w:val="24"/>
        </w:rPr>
        <w:t>potřebou</w:t>
      </w:r>
      <w:proofErr w:type="spellEnd"/>
      <w:r w:rsidRPr="007D3A4E">
        <w:rPr>
          <w:sz w:val="24"/>
          <w:szCs w:val="24"/>
        </w:rPr>
        <w:t xml:space="preserve"> </w:t>
      </w:r>
      <w:proofErr w:type="spellStart"/>
      <w:r w:rsidRPr="007D3A4E">
        <w:rPr>
          <w:sz w:val="24"/>
          <w:szCs w:val="24"/>
        </w:rPr>
        <w:t>bezpečí</w:t>
      </w:r>
      <w:proofErr w:type="spellEnd"/>
      <w:r w:rsidRPr="007D3A4E">
        <w:rPr>
          <w:sz w:val="24"/>
          <w:szCs w:val="24"/>
        </w:rPr>
        <w:t xml:space="preserve"> a </w:t>
      </w:r>
      <w:proofErr w:type="spellStart"/>
      <w:r w:rsidRPr="007D3A4E">
        <w:rPr>
          <w:sz w:val="24"/>
          <w:szCs w:val="24"/>
        </w:rPr>
        <w:t>prostorem</w:t>
      </w:r>
      <w:proofErr w:type="spellEnd"/>
      <w:r w:rsidRPr="007D3A4E">
        <w:rPr>
          <w:sz w:val="24"/>
          <w:szCs w:val="24"/>
        </w:rPr>
        <w:t xml:space="preserve"> pro </w:t>
      </w:r>
      <w:proofErr w:type="spellStart"/>
      <w:r w:rsidRPr="007D3A4E">
        <w:rPr>
          <w:sz w:val="24"/>
          <w:szCs w:val="24"/>
        </w:rPr>
        <w:lastRenderedPageBreak/>
        <w:t>chyby</w:t>
      </w:r>
      <w:proofErr w:type="spellEnd"/>
      <w:r w:rsidRPr="007D3A4E">
        <w:rPr>
          <w:sz w:val="24"/>
          <w:szCs w:val="24"/>
        </w:rPr>
        <w:t>.</w:t>
      </w:r>
      <w:r w:rsidRPr="007D3A4E">
        <w:rPr>
          <w:sz w:val="24"/>
          <w:szCs w:val="24"/>
        </w:rPr>
        <w:br/>
      </w:r>
      <w:proofErr w:type="spellStart"/>
      <w:r w:rsidRPr="007D3A4E">
        <w:rPr>
          <w:sz w:val="24"/>
          <w:szCs w:val="24"/>
        </w:rPr>
        <w:t>Podporujeme</w:t>
      </w:r>
      <w:proofErr w:type="spellEnd"/>
      <w:r w:rsidRPr="007D3A4E">
        <w:rPr>
          <w:sz w:val="24"/>
          <w:szCs w:val="24"/>
        </w:rPr>
        <w:t xml:space="preserve"> </w:t>
      </w:r>
      <w:proofErr w:type="spellStart"/>
      <w:r w:rsidRPr="007D3A4E">
        <w:rPr>
          <w:sz w:val="24"/>
          <w:szCs w:val="24"/>
        </w:rPr>
        <w:t>spolupráci</w:t>
      </w:r>
      <w:proofErr w:type="spellEnd"/>
      <w:r w:rsidRPr="007D3A4E">
        <w:rPr>
          <w:sz w:val="24"/>
          <w:szCs w:val="24"/>
        </w:rPr>
        <w:t xml:space="preserve"> </w:t>
      </w:r>
      <w:proofErr w:type="spellStart"/>
      <w:r w:rsidRPr="007D3A4E">
        <w:rPr>
          <w:sz w:val="24"/>
          <w:szCs w:val="24"/>
        </w:rPr>
        <w:t>mezi</w:t>
      </w:r>
      <w:proofErr w:type="spellEnd"/>
      <w:r w:rsidRPr="007D3A4E">
        <w:rPr>
          <w:sz w:val="24"/>
          <w:szCs w:val="24"/>
        </w:rPr>
        <w:t xml:space="preserve"> </w:t>
      </w:r>
      <w:proofErr w:type="spellStart"/>
      <w:r w:rsidRPr="007D3A4E">
        <w:rPr>
          <w:sz w:val="24"/>
          <w:szCs w:val="24"/>
        </w:rPr>
        <w:t>dětmi</w:t>
      </w:r>
      <w:proofErr w:type="spellEnd"/>
      <w:r w:rsidRPr="007D3A4E">
        <w:rPr>
          <w:sz w:val="24"/>
          <w:szCs w:val="24"/>
        </w:rPr>
        <w:t xml:space="preserve">, </w:t>
      </w:r>
      <w:proofErr w:type="spellStart"/>
      <w:r w:rsidRPr="007D3A4E">
        <w:rPr>
          <w:sz w:val="24"/>
          <w:szCs w:val="24"/>
        </w:rPr>
        <w:t>trénujeme</w:t>
      </w:r>
      <w:proofErr w:type="spellEnd"/>
      <w:r w:rsidRPr="007D3A4E">
        <w:rPr>
          <w:sz w:val="24"/>
          <w:szCs w:val="24"/>
        </w:rPr>
        <w:t xml:space="preserve"> </w:t>
      </w:r>
      <w:proofErr w:type="spellStart"/>
      <w:r w:rsidRPr="007D3A4E">
        <w:rPr>
          <w:sz w:val="24"/>
          <w:szCs w:val="24"/>
        </w:rPr>
        <w:t>řešení</w:t>
      </w:r>
      <w:proofErr w:type="spellEnd"/>
      <w:r w:rsidRPr="007D3A4E">
        <w:rPr>
          <w:sz w:val="24"/>
          <w:szCs w:val="24"/>
        </w:rPr>
        <w:t xml:space="preserve"> </w:t>
      </w:r>
      <w:proofErr w:type="spellStart"/>
      <w:r w:rsidRPr="007D3A4E">
        <w:rPr>
          <w:sz w:val="24"/>
          <w:szCs w:val="24"/>
        </w:rPr>
        <w:t>konfliktů</w:t>
      </w:r>
      <w:proofErr w:type="spellEnd"/>
      <w:r w:rsidRPr="007D3A4E">
        <w:rPr>
          <w:sz w:val="24"/>
          <w:szCs w:val="24"/>
        </w:rPr>
        <w:t xml:space="preserve"> </w:t>
      </w:r>
      <w:proofErr w:type="spellStart"/>
      <w:r w:rsidRPr="007D3A4E">
        <w:rPr>
          <w:sz w:val="24"/>
          <w:szCs w:val="24"/>
        </w:rPr>
        <w:t>nenásilnou</w:t>
      </w:r>
      <w:proofErr w:type="spellEnd"/>
      <w:r w:rsidRPr="007D3A4E">
        <w:rPr>
          <w:sz w:val="24"/>
          <w:szCs w:val="24"/>
        </w:rPr>
        <w:t xml:space="preserve"> </w:t>
      </w:r>
      <w:proofErr w:type="spellStart"/>
      <w:r w:rsidRPr="007D3A4E">
        <w:rPr>
          <w:sz w:val="24"/>
          <w:szCs w:val="24"/>
        </w:rPr>
        <w:t>cestou</w:t>
      </w:r>
      <w:proofErr w:type="spellEnd"/>
      <w:r w:rsidRPr="007D3A4E">
        <w:rPr>
          <w:sz w:val="24"/>
          <w:szCs w:val="24"/>
        </w:rPr>
        <w:t xml:space="preserve">, </w:t>
      </w:r>
      <w:proofErr w:type="spellStart"/>
      <w:r w:rsidRPr="007D3A4E">
        <w:rPr>
          <w:sz w:val="24"/>
          <w:szCs w:val="24"/>
        </w:rPr>
        <w:t>povzbuzujeme</w:t>
      </w:r>
      <w:proofErr w:type="spellEnd"/>
      <w:r w:rsidRPr="007D3A4E">
        <w:rPr>
          <w:sz w:val="24"/>
          <w:szCs w:val="24"/>
        </w:rPr>
        <w:t xml:space="preserve"> </w:t>
      </w:r>
      <w:proofErr w:type="spellStart"/>
      <w:r w:rsidRPr="007D3A4E">
        <w:rPr>
          <w:sz w:val="24"/>
          <w:szCs w:val="24"/>
        </w:rPr>
        <w:t>děti</w:t>
      </w:r>
      <w:proofErr w:type="spellEnd"/>
      <w:r w:rsidRPr="007D3A4E">
        <w:rPr>
          <w:sz w:val="24"/>
          <w:szCs w:val="24"/>
        </w:rPr>
        <w:t xml:space="preserve">, aby </w:t>
      </w:r>
      <w:proofErr w:type="spellStart"/>
      <w:r w:rsidRPr="007D3A4E">
        <w:rPr>
          <w:sz w:val="24"/>
          <w:szCs w:val="24"/>
        </w:rPr>
        <w:t>hledaly</w:t>
      </w:r>
      <w:proofErr w:type="spellEnd"/>
      <w:r w:rsidRPr="007D3A4E">
        <w:rPr>
          <w:sz w:val="24"/>
          <w:szCs w:val="24"/>
        </w:rPr>
        <w:t xml:space="preserve"> </w:t>
      </w:r>
      <w:proofErr w:type="spellStart"/>
      <w:r w:rsidRPr="007D3A4E">
        <w:rPr>
          <w:sz w:val="24"/>
          <w:szCs w:val="24"/>
        </w:rPr>
        <w:t>dohody</w:t>
      </w:r>
      <w:proofErr w:type="spellEnd"/>
      <w:r w:rsidRPr="007D3A4E">
        <w:rPr>
          <w:sz w:val="24"/>
          <w:szCs w:val="24"/>
        </w:rPr>
        <w:t xml:space="preserve">. </w:t>
      </w:r>
      <w:proofErr w:type="spellStart"/>
      <w:r w:rsidRPr="007D3A4E">
        <w:rPr>
          <w:sz w:val="24"/>
          <w:szCs w:val="24"/>
        </w:rPr>
        <w:t>Dáváme</w:t>
      </w:r>
      <w:proofErr w:type="spellEnd"/>
      <w:r w:rsidRPr="007D3A4E">
        <w:rPr>
          <w:sz w:val="24"/>
          <w:szCs w:val="24"/>
        </w:rPr>
        <w:t xml:space="preserve"> </w:t>
      </w:r>
      <w:proofErr w:type="spellStart"/>
      <w:r w:rsidRPr="007D3A4E">
        <w:rPr>
          <w:sz w:val="24"/>
          <w:szCs w:val="24"/>
        </w:rPr>
        <w:t>jim</w:t>
      </w:r>
      <w:proofErr w:type="spellEnd"/>
      <w:r w:rsidRPr="007D3A4E">
        <w:rPr>
          <w:sz w:val="24"/>
          <w:szCs w:val="24"/>
        </w:rPr>
        <w:t xml:space="preserve"> </w:t>
      </w:r>
      <w:proofErr w:type="spellStart"/>
      <w:r w:rsidRPr="007D3A4E">
        <w:rPr>
          <w:sz w:val="24"/>
          <w:szCs w:val="24"/>
        </w:rPr>
        <w:t>čas</w:t>
      </w:r>
      <w:proofErr w:type="spellEnd"/>
      <w:r w:rsidRPr="007D3A4E">
        <w:rPr>
          <w:sz w:val="24"/>
          <w:szCs w:val="24"/>
        </w:rPr>
        <w:t xml:space="preserve"> </w:t>
      </w:r>
      <w:proofErr w:type="spellStart"/>
      <w:r w:rsidRPr="007D3A4E">
        <w:rPr>
          <w:sz w:val="24"/>
          <w:szCs w:val="24"/>
        </w:rPr>
        <w:t>na</w:t>
      </w:r>
      <w:proofErr w:type="spellEnd"/>
      <w:r w:rsidRPr="007D3A4E">
        <w:rPr>
          <w:sz w:val="24"/>
          <w:szCs w:val="24"/>
        </w:rPr>
        <w:t xml:space="preserve"> </w:t>
      </w:r>
      <w:proofErr w:type="spellStart"/>
      <w:r w:rsidRPr="007D3A4E">
        <w:rPr>
          <w:sz w:val="24"/>
          <w:szCs w:val="24"/>
        </w:rPr>
        <w:t>samostatné</w:t>
      </w:r>
      <w:proofErr w:type="spellEnd"/>
      <w:r w:rsidRPr="007D3A4E">
        <w:rPr>
          <w:sz w:val="24"/>
          <w:szCs w:val="24"/>
        </w:rPr>
        <w:t xml:space="preserve"> </w:t>
      </w:r>
      <w:proofErr w:type="spellStart"/>
      <w:r w:rsidRPr="007D3A4E">
        <w:rPr>
          <w:sz w:val="24"/>
          <w:szCs w:val="24"/>
        </w:rPr>
        <w:t>činnosti</w:t>
      </w:r>
      <w:proofErr w:type="spellEnd"/>
      <w:r w:rsidRPr="007D3A4E">
        <w:rPr>
          <w:sz w:val="24"/>
          <w:szCs w:val="24"/>
        </w:rPr>
        <w:t xml:space="preserve"> </w:t>
      </w:r>
      <w:proofErr w:type="spellStart"/>
      <w:r w:rsidRPr="007D3A4E">
        <w:rPr>
          <w:sz w:val="24"/>
          <w:szCs w:val="24"/>
        </w:rPr>
        <w:t>i</w:t>
      </w:r>
      <w:proofErr w:type="spellEnd"/>
      <w:r w:rsidRPr="007D3A4E">
        <w:rPr>
          <w:sz w:val="24"/>
          <w:szCs w:val="24"/>
        </w:rPr>
        <w:t xml:space="preserve"> </w:t>
      </w:r>
      <w:proofErr w:type="spellStart"/>
      <w:r w:rsidRPr="007D3A4E">
        <w:rPr>
          <w:sz w:val="24"/>
          <w:szCs w:val="24"/>
        </w:rPr>
        <w:t>právo</w:t>
      </w:r>
      <w:proofErr w:type="spellEnd"/>
      <w:r w:rsidRPr="007D3A4E">
        <w:rPr>
          <w:sz w:val="24"/>
          <w:szCs w:val="24"/>
        </w:rPr>
        <w:t xml:space="preserve"> </w:t>
      </w:r>
      <w:proofErr w:type="spellStart"/>
      <w:r w:rsidRPr="007D3A4E">
        <w:rPr>
          <w:sz w:val="24"/>
          <w:szCs w:val="24"/>
        </w:rPr>
        <w:t>rozhodovat</w:t>
      </w:r>
      <w:proofErr w:type="spellEnd"/>
      <w:r w:rsidRPr="007D3A4E">
        <w:rPr>
          <w:sz w:val="24"/>
          <w:szCs w:val="24"/>
        </w:rPr>
        <w:t xml:space="preserve"> o </w:t>
      </w:r>
      <w:proofErr w:type="spellStart"/>
      <w:r w:rsidRPr="007D3A4E">
        <w:rPr>
          <w:sz w:val="24"/>
          <w:szCs w:val="24"/>
        </w:rPr>
        <w:t>sobě</w:t>
      </w:r>
      <w:proofErr w:type="spellEnd"/>
      <w:r w:rsidRPr="007D3A4E">
        <w:rPr>
          <w:sz w:val="24"/>
          <w:szCs w:val="24"/>
        </w:rPr>
        <w:t xml:space="preserve"> v </w:t>
      </w:r>
      <w:proofErr w:type="spellStart"/>
      <w:r w:rsidRPr="007D3A4E">
        <w:rPr>
          <w:sz w:val="24"/>
          <w:szCs w:val="24"/>
        </w:rPr>
        <w:t>rámci</w:t>
      </w:r>
      <w:proofErr w:type="spellEnd"/>
      <w:r w:rsidRPr="007D3A4E">
        <w:rPr>
          <w:sz w:val="24"/>
          <w:szCs w:val="24"/>
        </w:rPr>
        <w:t xml:space="preserve"> </w:t>
      </w:r>
      <w:proofErr w:type="spellStart"/>
      <w:r w:rsidRPr="007D3A4E">
        <w:rPr>
          <w:sz w:val="24"/>
          <w:szCs w:val="24"/>
        </w:rPr>
        <w:t>možností</w:t>
      </w:r>
      <w:proofErr w:type="spellEnd"/>
      <w:r w:rsidRPr="007D3A4E">
        <w:rPr>
          <w:sz w:val="24"/>
          <w:szCs w:val="24"/>
        </w:rPr>
        <w:t xml:space="preserve"> </w:t>
      </w:r>
      <w:proofErr w:type="spellStart"/>
      <w:r w:rsidRPr="007D3A4E">
        <w:rPr>
          <w:sz w:val="24"/>
          <w:szCs w:val="24"/>
        </w:rPr>
        <w:t>školního</w:t>
      </w:r>
      <w:proofErr w:type="spellEnd"/>
      <w:r w:rsidRPr="007D3A4E">
        <w:rPr>
          <w:sz w:val="24"/>
          <w:szCs w:val="24"/>
        </w:rPr>
        <w:t xml:space="preserve"> </w:t>
      </w:r>
      <w:proofErr w:type="spellStart"/>
      <w:r w:rsidRPr="007D3A4E">
        <w:rPr>
          <w:sz w:val="24"/>
          <w:szCs w:val="24"/>
        </w:rPr>
        <w:t>režimu</w:t>
      </w:r>
      <w:proofErr w:type="spellEnd"/>
      <w:r w:rsidRPr="007D3A4E">
        <w:rPr>
          <w:sz w:val="24"/>
          <w:szCs w:val="24"/>
        </w:rPr>
        <w:t xml:space="preserve">. </w:t>
      </w:r>
      <w:proofErr w:type="spellStart"/>
      <w:r w:rsidRPr="007D3A4E">
        <w:rPr>
          <w:sz w:val="24"/>
          <w:szCs w:val="24"/>
        </w:rPr>
        <w:t>Starší</w:t>
      </w:r>
      <w:proofErr w:type="spellEnd"/>
      <w:r w:rsidRPr="007D3A4E">
        <w:rPr>
          <w:sz w:val="24"/>
          <w:szCs w:val="24"/>
        </w:rPr>
        <w:t xml:space="preserve"> </w:t>
      </w:r>
      <w:proofErr w:type="spellStart"/>
      <w:r w:rsidRPr="007D3A4E">
        <w:rPr>
          <w:sz w:val="24"/>
          <w:szCs w:val="24"/>
        </w:rPr>
        <w:t>děti</w:t>
      </w:r>
      <w:proofErr w:type="spellEnd"/>
      <w:r w:rsidRPr="007D3A4E">
        <w:rPr>
          <w:sz w:val="24"/>
          <w:szCs w:val="24"/>
        </w:rPr>
        <w:t xml:space="preserve"> </w:t>
      </w:r>
      <w:proofErr w:type="spellStart"/>
      <w:r w:rsidRPr="007D3A4E">
        <w:rPr>
          <w:sz w:val="24"/>
          <w:szCs w:val="24"/>
        </w:rPr>
        <w:t>jsou</w:t>
      </w:r>
      <w:proofErr w:type="spellEnd"/>
      <w:r w:rsidRPr="007D3A4E">
        <w:rPr>
          <w:sz w:val="24"/>
          <w:szCs w:val="24"/>
        </w:rPr>
        <w:t xml:space="preserve"> </w:t>
      </w:r>
      <w:proofErr w:type="spellStart"/>
      <w:r w:rsidRPr="007D3A4E">
        <w:rPr>
          <w:sz w:val="24"/>
          <w:szCs w:val="24"/>
        </w:rPr>
        <w:t>vedeny</w:t>
      </w:r>
      <w:proofErr w:type="spellEnd"/>
      <w:r w:rsidRPr="007D3A4E">
        <w:rPr>
          <w:sz w:val="24"/>
          <w:szCs w:val="24"/>
        </w:rPr>
        <w:t xml:space="preserve"> k </w:t>
      </w:r>
      <w:proofErr w:type="spellStart"/>
      <w:r w:rsidRPr="007D3A4E">
        <w:rPr>
          <w:sz w:val="24"/>
          <w:szCs w:val="24"/>
        </w:rPr>
        <w:t>podpoře</w:t>
      </w:r>
      <w:proofErr w:type="spellEnd"/>
      <w:r w:rsidRPr="007D3A4E">
        <w:rPr>
          <w:sz w:val="24"/>
          <w:szCs w:val="24"/>
        </w:rPr>
        <w:t xml:space="preserve"> </w:t>
      </w:r>
      <w:proofErr w:type="spellStart"/>
      <w:r w:rsidRPr="007D3A4E">
        <w:rPr>
          <w:sz w:val="24"/>
          <w:szCs w:val="24"/>
        </w:rPr>
        <w:t>mladších</w:t>
      </w:r>
      <w:proofErr w:type="spellEnd"/>
      <w:r w:rsidRPr="007D3A4E">
        <w:rPr>
          <w:sz w:val="24"/>
          <w:szCs w:val="24"/>
        </w:rPr>
        <w:t xml:space="preserve"> a </w:t>
      </w:r>
      <w:proofErr w:type="spellStart"/>
      <w:r w:rsidRPr="007D3A4E">
        <w:rPr>
          <w:sz w:val="24"/>
          <w:szCs w:val="24"/>
        </w:rPr>
        <w:t>vztahy</w:t>
      </w:r>
      <w:proofErr w:type="spellEnd"/>
      <w:r w:rsidRPr="007D3A4E">
        <w:rPr>
          <w:sz w:val="24"/>
          <w:szCs w:val="24"/>
        </w:rPr>
        <w:t xml:space="preserve"> </w:t>
      </w:r>
      <w:proofErr w:type="spellStart"/>
      <w:r w:rsidRPr="007D3A4E">
        <w:rPr>
          <w:sz w:val="24"/>
          <w:szCs w:val="24"/>
        </w:rPr>
        <w:t>mezi</w:t>
      </w:r>
      <w:proofErr w:type="spellEnd"/>
      <w:r w:rsidRPr="007D3A4E">
        <w:rPr>
          <w:sz w:val="24"/>
          <w:szCs w:val="24"/>
        </w:rPr>
        <w:t xml:space="preserve"> </w:t>
      </w:r>
      <w:proofErr w:type="spellStart"/>
      <w:r w:rsidRPr="007D3A4E">
        <w:rPr>
          <w:sz w:val="24"/>
          <w:szCs w:val="24"/>
        </w:rPr>
        <w:t>dětmi</w:t>
      </w:r>
      <w:proofErr w:type="spellEnd"/>
      <w:r w:rsidRPr="007D3A4E">
        <w:rPr>
          <w:sz w:val="24"/>
          <w:szCs w:val="24"/>
        </w:rPr>
        <w:t xml:space="preserve"> </w:t>
      </w:r>
      <w:proofErr w:type="spellStart"/>
      <w:r w:rsidRPr="007D3A4E">
        <w:rPr>
          <w:sz w:val="24"/>
          <w:szCs w:val="24"/>
        </w:rPr>
        <w:t>rozvíjíme</w:t>
      </w:r>
      <w:proofErr w:type="spellEnd"/>
      <w:r w:rsidRPr="007D3A4E">
        <w:rPr>
          <w:sz w:val="24"/>
          <w:szCs w:val="24"/>
        </w:rPr>
        <w:t xml:space="preserve"> v </w:t>
      </w:r>
      <w:proofErr w:type="spellStart"/>
      <w:r w:rsidRPr="007D3A4E">
        <w:rPr>
          <w:sz w:val="24"/>
          <w:szCs w:val="24"/>
        </w:rPr>
        <w:t>duchu</w:t>
      </w:r>
      <w:proofErr w:type="spellEnd"/>
      <w:r w:rsidRPr="007D3A4E">
        <w:rPr>
          <w:sz w:val="24"/>
          <w:szCs w:val="24"/>
        </w:rPr>
        <w:t xml:space="preserve"> </w:t>
      </w:r>
      <w:proofErr w:type="spellStart"/>
      <w:r w:rsidRPr="007D3A4E">
        <w:rPr>
          <w:sz w:val="24"/>
          <w:szCs w:val="24"/>
        </w:rPr>
        <w:t>prosociálnosti</w:t>
      </w:r>
      <w:proofErr w:type="spellEnd"/>
      <w:r w:rsidRPr="007D3A4E">
        <w:rPr>
          <w:sz w:val="24"/>
          <w:szCs w:val="24"/>
        </w:rPr>
        <w:t xml:space="preserve">, tolerance a </w:t>
      </w:r>
      <w:proofErr w:type="spellStart"/>
      <w:r w:rsidRPr="007D3A4E">
        <w:rPr>
          <w:sz w:val="24"/>
          <w:szCs w:val="24"/>
        </w:rPr>
        <w:t>přátelství</w:t>
      </w:r>
      <w:proofErr w:type="spellEnd"/>
      <w:r w:rsidRPr="007D3A4E">
        <w:rPr>
          <w:sz w:val="24"/>
          <w:szCs w:val="24"/>
        </w:rPr>
        <w:t>.</w:t>
      </w:r>
    </w:p>
    <w:p w14:paraId="5E80A0EB" w14:textId="16B28458" w:rsidR="00277562" w:rsidRPr="007D3A4E" w:rsidRDefault="00277562" w:rsidP="004A640F">
      <w:pPr>
        <w:spacing w:after="120"/>
        <w:rPr>
          <w:i/>
          <w:iCs/>
          <w:sz w:val="24"/>
          <w:szCs w:val="24"/>
        </w:rPr>
      </w:pPr>
      <w:proofErr w:type="spellStart"/>
      <w:r w:rsidRPr="007D3A4E">
        <w:rPr>
          <w:i/>
          <w:iCs/>
          <w:sz w:val="24"/>
          <w:szCs w:val="24"/>
        </w:rPr>
        <w:t>Záměry</w:t>
      </w:r>
      <w:proofErr w:type="spellEnd"/>
      <w:r w:rsidRPr="007D3A4E">
        <w:rPr>
          <w:i/>
          <w:iCs/>
          <w:sz w:val="24"/>
          <w:szCs w:val="24"/>
        </w:rPr>
        <w:t>:</w:t>
      </w:r>
    </w:p>
    <w:p w14:paraId="65F19548" w14:textId="42AE7B92" w:rsidR="00277562" w:rsidRPr="007D3A4E" w:rsidRDefault="00277562" w:rsidP="00277562">
      <w:pPr>
        <w:pStyle w:val="Odstavecseseznamem"/>
        <w:numPr>
          <w:ilvl w:val="0"/>
          <w:numId w:val="19"/>
        </w:numPr>
        <w:spacing w:after="120"/>
        <w:rPr>
          <w:i/>
          <w:iCs/>
          <w:sz w:val="24"/>
          <w:szCs w:val="24"/>
        </w:rPr>
      </w:pPr>
      <w:proofErr w:type="spellStart"/>
      <w:r w:rsidRPr="007D3A4E">
        <w:rPr>
          <w:i/>
          <w:iCs/>
          <w:sz w:val="24"/>
          <w:szCs w:val="24"/>
        </w:rPr>
        <w:t>Dbát</w:t>
      </w:r>
      <w:proofErr w:type="spellEnd"/>
      <w:r w:rsidRPr="007D3A4E">
        <w:rPr>
          <w:i/>
          <w:iCs/>
          <w:sz w:val="24"/>
          <w:szCs w:val="24"/>
        </w:rPr>
        <w:t xml:space="preserve"> </w:t>
      </w:r>
      <w:proofErr w:type="spellStart"/>
      <w:r w:rsidRPr="007D3A4E">
        <w:rPr>
          <w:i/>
          <w:iCs/>
          <w:sz w:val="24"/>
          <w:szCs w:val="24"/>
        </w:rPr>
        <w:t>na</w:t>
      </w:r>
      <w:proofErr w:type="spellEnd"/>
      <w:r w:rsidRPr="007D3A4E">
        <w:rPr>
          <w:i/>
          <w:iCs/>
          <w:sz w:val="24"/>
          <w:szCs w:val="24"/>
        </w:rPr>
        <w:t xml:space="preserve"> </w:t>
      </w:r>
      <w:proofErr w:type="spellStart"/>
      <w:r w:rsidRPr="007D3A4E">
        <w:rPr>
          <w:i/>
          <w:iCs/>
          <w:sz w:val="24"/>
          <w:szCs w:val="24"/>
        </w:rPr>
        <w:t>soulad</w:t>
      </w:r>
      <w:proofErr w:type="spellEnd"/>
      <w:r w:rsidRPr="007D3A4E">
        <w:rPr>
          <w:i/>
          <w:iCs/>
          <w:sz w:val="24"/>
          <w:szCs w:val="24"/>
        </w:rPr>
        <w:t xml:space="preserve"> </w:t>
      </w:r>
      <w:proofErr w:type="spellStart"/>
      <w:r w:rsidRPr="007D3A4E">
        <w:rPr>
          <w:i/>
          <w:iCs/>
          <w:sz w:val="24"/>
          <w:szCs w:val="24"/>
        </w:rPr>
        <w:t>mezi</w:t>
      </w:r>
      <w:proofErr w:type="spellEnd"/>
      <w:r w:rsidRPr="007D3A4E">
        <w:rPr>
          <w:i/>
          <w:iCs/>
          <w:sz w:val="24"/>
          <w:szCs w:val="24"/>
        </w:rPr>
        <w:t xml:space="preserve"> pedagogy, </w:t>
      </w:r>
      <w:proofErr w:type="spellStart"/>
      <w:r w:rsidRPr="007D3A4E">
        <w:rPr>
          <w:i/>
          <w:iCs/>
          <w:sz w:val="24"/>
          <w:szCs w:val="24"/>
        </w:rPr>
        <w:t>stanovit</w:t>
      </w:r>
      <w:proofErr w:type="spellEnd"/>
      <w:r w:rsidRPr="007D3A4E">
        <w:rPr>
          <w:i/>
          <w:iCs/>
          <w:sz w:val="24"/>
          <w:szCs w:val="24"/>
        </w:rPr>
        <w:t xml:space="preserve"> a </w:t>
      </w:r>
      <w:proofErr w:type="spellStart"/>
      <w:r w:rsidRPr="007D3A4E">
        <w:rPr>
          <w:i/>
          <w:iCs/>
          <w:sz w:val="24"/>
          <w:szCs w:val="24"/>
        </w:rPr>
        <w:t>upřesnit</w:t>
      </w:r>
      <w:proofErr w:type="spellEnd"/>
      <w:r w:rsidRPr="007D3A4E">
        <w:rPr>
          <w:i/>
          <w:iCs/>
          <w:sz w:val="24"/>
          <w:szCs w:val="24"/>
        </w:rPr>
        <w:t xml:space="preserve"> </w:t>
      </w:r>
      <w:proofErr w:type="spellStart"/>
      <w:r w:rsidRPr="007D3A4E">
        <w:rPr>
          <w:i/>
          <w:iCs/>
          <w:sz w:val="24"/>
          <w:szCs w:val="24"/>
        </w:rPr>
        <w:t>pravidla</w:t>
      </w:r>
      <w:proofErr w:type="spellEnd"/>
      <w:r w:rsidRPr="007D3A4E">
        <w:rPr>
          <w:i/>
          <w:iCs/>
          <w:sz w:val="24"/>
          <w:szCs w:val="24"/>
        </w:rPr>
        <w:t xml:space="preserve">, aby </w:t>
      </w:r>
      <w:proofErr w:type="spellStart"/>
      <w:r w:rsidRPr="007D3A4E">
        <w:rPr>
          <w:i/>
          <w:iCs/>
          <w:sz w:val="24"/>
          <w:szCs w:val="24"/>
        </w:rPr>
        <w:t>děti</w:t>
      </w:r>
      <w:proofErr w:type="spellEnd"/>
      <w:r w:rsidRPr="007D3A4E">
        <w:rPr>
          <w:i/>
          <w:iCs/>
          <w:sz w:val="24"/>
          <w:szCs w:val="24"/>
        </w:rPr>
        <w:t xml:space="preserve"> </w:t>
      </w:r>
      <w:proofErr w:type="spellStart"/>
      <w:r w:rsidRPr="007D3A4E">
        <w:rPr>
          <w:i/>
          <w:iCs/>
          <w:sz w:val="24"/>
          <w:szCs w:val="24"/>
        </w:rPr>
        <w:t>věděly</w:t>
      </w:r>
      <w:proofErr w:type="spellEnd"/>
      <w:r w:rsidRPr="007D3A4E">
        <w:rPr>
          <w:i/>
          <w:iCs/>
          <w:sz w:val="24"/>
          <w:szCs w:val="24"/>
        </w:rPr>
        <w:t xml:space="preserve">, co je </w:t>
      </w:r>
      <w:proofErr w:type="spellStart"/>
      <w:r w:rsidRPr="007D3A4E">
        <w:rPr>
          <w:i/>
          <w:iCs/>
          <w:sz w:val="24"/>
          <w:szCs w:val="24"/>
        </w:rPr>
        <w:t>závazné</w:t>
      </w:r>
      <w:proofErr w:type="spellEnd"/>
      <w:r w:rsidR="007D3A4E" w:rsidRPr="007D3A4E">
        <w:rPr>
          <w:i/>
          <w:iCs/>
          <w:sz w:val="24"/>
          <w:szCs w:val="24"/>
        </w:rPr>
        <w:t xml:space="preserve"> a co je </w:t>
      </w:r>
      <w:proofErr w:type="spellStart"/>
      <w:r w:rsidR="007D3A4E" w:rsidRPr="007D3A4E">
        <w:rPr>
          <w:i/>
          <w:iCs/>
          <w:sz w:val="24"/>
          <w:szCs w:val="24"/>
        </w:rPr>
        <w:t>třeba</w:t>
      </w:r>
      <w:proofErr w:type="spellEnd"/>
      <w:r w:rsidR="007D3A4E" w:rsidRPr="007D3A4E">
        <w:rPr>
          <w:i/>
          <w:iCs/>
          <w:sz w:val="24"/>
          <w:szCs w:val="24"/>
        </w:rPr>
        <w:t xml:space="preserve"> </w:t>
      </w:r>
      <w:proofErr w:type="spellStart"/>
      <w:r w:rsidR="007D3A4E" w:rsidRPr="007D3A4E">
        <w:rPr>
          <w:i/>
          <w:iCs/>
          <w:sz w:val="24"/>
          <w:szCs w:val="24"/>
        </w:rPr>
        <w:t>dodržovat</w:t>
      </w:r>
      <w:proofErr w:type="spellEnd"/>
    </w:p>
    <w:p w14:paraId="5E9BA5E9" w14:textId="77777777" w:rsidR="004A640F" w:rsidRDefault="004A640F" w:rsidP="004A640F">
      <w:pPr>
        <w:pStyle w:val="Nadpis2"/>
      </w:pPr>
      <w:proofErr w:type="spellStart"/>
      <w:r>
        <w:t>Organizace</w:t>
      </w:r>
      <w:proofErr w:type="spellEnd"/>
      <w:r>
        <w:t xml:space="preserve"> </w:t>
      </w:r>
      <w:proofErr w:type="spellStart"/>
      <w:r>
        <w:t>chodu</w:t>
      </w:r>
      <w:proofErr w:type="spellEnd"/>
      <w:r>
        <w:t xml:space="preserve"> </w:t>
      </w:r>
      <w:proofErr w:type="spellStart"/>
      <w:r>
        <w:t>školy</w:t>
      </w:r>
      <w:proofErr w:type="spellEnd"/>
    </w:p>
    <w:p w14:paraId="1438BCD4" w14:textId="5833A8CF" w:rsidR="004A640F" w:rsidRPr="007D3A4E" w:rsidRDefault="004A640F" w:rsidP="004A640F">
      <w:pPr>
        <w:spacing w:after="120"/>
        <w:rPr>
          <w:sz w:val="24"/>
          <w:szCs w:val="24"/>
        </w:rPr>
      </w:pPr>
      <w:proofErr w:type="spellStart"/>
      <w:r w:rsidRPr="007D3A4E">
        <w:rPr>
          <w:sz w:val="24"/>
          <w:szCs w:val="24"/>
        </w:rPr>
        <w:t>Denní</w:t>
      </w:r>
      <w:proofErr w:type="spellEnd"/>
      <w:r w:rsidRPr="007D3A4E">
        <w:rPr>
          <w:sz w:val="24"/>
          <w:szCs w:val="24"/>
        </w:rPr>
        <w:t xml:space="preserve"> </w:t>
      </w:r>
      <w:proofErr w:type="spellStart"/>
      <w:r w:rsidRPr="007D3A4E">
        <w:rPr>
          <w:sz w:val="24"/>
          <w:szCs w:val="24"/>
        </w:rPr>
        <w:t>režim</w:t>
      </w:r>
      <w:proofErr w:type="spellEnd"/>
      <w:r w:rsidRPr="007D3A4E">
        <w:rPr>
          <w:sz w:val="24"/>
          <w:szCs w:val="24"/>
        </w:rPr>
        <w:t xml:space="preserve"> je </w:t>
      </w:r>
      <w:proofErr w:type="spellStart"/>
      <w:r w:rsidRPr="007D3A4E">
        <w:rPr>
          <w:sz w:val="24"/>
          <w:szCs w:val="24"/>
        </w:rPr>
        <w:t>stanoven</w:t>
      </w:r>
      <w:proofErr w:type="spellEnd"/>
      <w:r w:rsidRPr="007D3A4E">
        <w:rPr>
          <w:sz w:val="24"/>
          <w:szCs w:val="24"/>
        </w:rPr>
        <w:t xml:space="preserve"> </w:t>
      </w:r>
      <w:proofErr w:type="spellStart"/>
      <w:r w:rsidRPr="007D3A4E">
        <w:rPr>
          <w:sz w:val="24"/>
          <w:szCs w:val="24"/>
        </w:rPr>
        <w:t>tak</w:t>
      </w:r>
      <w:proofErr w:type="spellEnd"/>
      <w:r w:rsidRPr="007D3A4E">
        <w:rPr>
          <w:sz w:val="24"/>
          <w:szCs w:val="24"/>
        </w:rPr>
        <w:t xml:space="preserve">, aby </w:t>
      </w:r>
      <w:proofErr w:type="spellStart"/>
      <w:r w:rsidRPr="007D3A4E">
        <w:rPr>
          <w:sz w:val="24"/>
          <w:szCs w:val="24"/>
        </w:rPr>
        <w:t>byl</w:t>
      </w:r>
      <w:proofErr w:type="spellEnd"/>
      <w:r w:rsidRPr="007D3A4E">
        <w:rPr>
          <w:sz w:val="24"/>
          <w:szCs w:val="24"/>
        </w:rPr>
        <w:t xml:space="preserve"> </w:t>
      </w:r>
      <w:proofErr w:type="spellStart"/>
      <w:r w:rsidRPr="007D3A4E">
        <w:rPr>
          <w:sz w:val="24"/>
          <w:szCs w:val="24"/>
        </w:rPr>
        <w:t>pevný</w:t>
      </w:r>
      <w:proofErr w:type="spellEnd"/>
      <w:r w:rsidRPr="007D3A4E">
        <w:rPr>
          <w:sz w:val="24"/>
          <w:szCs w:val="24"/>
        </w:rPr>
        <w:t xml:space="preserve">, ale </w:t>
      </w:r>
      <w:proofErr w:type="spellStart"/>
      <w:r w:rsidRPr="007D3A4E">
        <w:rPr>
          <w:sz w:val="24"/>
          <w:szCs w:val="24"/>
        </w:rPr>
        <w:t>zároveň</w:t>
      </w:r>
      <w:proofErr w:type="spellEnd"/>
      <w:r w:rsidRPr="007D3A4E">
        <w:rPr>
          <w:sz w:val="24"/>
          <w:szCs w:val="24"/>
        </w:rPr>
        <w:t xml:space="preserve"> </w:t>
      </w:r>
      <w:proofErr w:type="spellStart"/>
      <w:r w:rsidRPr="007D3A4E">
        <w:rPr>
          <w:sz w:val="24"/>
          <w:szCs w:val="24"/>
        </w:rPr>
        <w:t>dostatečně</w:t>
      </w:r>
      <w:proofErr w:type="spellEnd"/>
      <w:r w:rsidRPr="007D3A4E">
        <w:rPr>
          <w:sz w:val="24"/>
          <w:szCs w:val="24"/>
        </w:rPr>
        <w:t xml:space="preserve"> </w:t>
      </w:r>
      <w:proofErr w:type="spellStart"/>
      <w:r w:rsidRPr="007D3A4E">
        <w:rPr>
          <w:sz w:val="24"/>
          <w:szCs w:val="24"/>
        </w:rPr>
        <w:t>pružný</w:t>
      </w:r>
      <w:proofErr w:type="spellEnd"/>
      <w:r w:rsidRPr="007D3A4E">
        <w:rPr>
          <w:sz w:val="24"/>
          <w:szCs w:val="24"/>
        </w:rPr>
        <w:t xml:space="preserve">. </w:t>
      </w:r>
      <w:proofErr w:type="spellStart"/>
      <w:r w:rsidRPr="007D3A4E">
        <w:rPr>
          <w:sz w:val="24"/>
          <w:szCs w:val="24"/>
        </w:rPr>
        <w:t>Reaguje</w:t>
      </w:r>
      <w:proofErr w:type="spellEnd"/>
      <w:r w:rsidRPr="007D3A4E">
        <w:rPr>
          <w:sz w:val="24"/>
          <w:szCs w:val="24"/>
        </w:rPr>
        <w:t xml:space="preserve"> na </w:t>
      </w:r>
      <w:proofErr w:type="spellStart"/>
      <w:r w:rsidRPr="007D3A4E">
        <w:rPr>
          <w:sz w:val="24"/>
          <w:szCs w:val="24"/>
        </w:rPr>
        <w:t>potřeby</w:t>
      </w:r>
      <w:proofErr w:type="spellEnd"/>
      <w:r w:rsidRPr="007D3A4E">
        <w:rPr>
          <w:sz w:val="24"/>
          <w:szCs w:val="24"/>
        </w:rPr>
        <w:t xml:space="preserve"> </w:t>
      </w:r>
      <w:proofErr w:type="spellStart"/>
      <w:r w:rsidRPr="007D3A4E">
        <w:rPr>
          <w:sz w:val="24"/>
          <w:szCs w:val="24"/>
        </w:rPr>
        <w:t>dětí</w:t>
      </w:r>
      <w:proofErr w:type="spellEnd"/>
      <w:r w:rsidRPr="007D3A4E">
        <w:rPr>
          <w:sz w:val="24"/>
          <w:szCs w:val="24"/>
        </w:rPr>
        <w:t xml:space="preserve"> a </w:t>
      </w:r>
      <w:proofErr w:type="spellStart"/>
      <w:r w:rsidRPr="007D3A4E">
        <w:rPr>
          <w:sz w:val="24"/>
          <w:szCs w:val="24"/>
        </w:rPr>
        <w:t>umožňuje</w:t>
      </w:r>
      <w:proofErr w:type="spellEnd"/>
      <w:r w:rsidRPr="007D3A4E">
        <w:rPr>
          <w:sz w:val="24"/>
          <w:szCs w:val="24"/>
        </w:rPr>
        <w:t xml:space="preserve"> </w:t>
      </w:r>
      <w:proofErr w:type="spellStart"/>
      <w:r w:rsidRPr="007D3A4E">
        <w:rPr>
          <w:sz w:val="24"/>
          <w:szCs w:val="24"/>
        </w:rPr>
        <w:t>přirozené</w:t>
      </w:r>
      <w:proofErr w:type="spellEnd"/>
      <w:r w:rsidRPr="007D3A4E">
        <w:rPr>
          <w:sz w:val="24"/>
          <w:szCs w:val="24"/>
        </w:rPr>
        <w:t xml:space="preserve"> </w:t>
      </w:r>
      <w:proofErr w:type="spellStart"/>
      <w:r w:rsidRPr="007D3A4E">
        <w:rPr>
          <w:sz w:val="24"/>
          <w:szCs w:val="24"/>
        </w:rPr>
        <w:t>střídání</w:t>
      </w:r>
      <w:proofErr w:type="spellEnd"/>
      <w:r w:rsidRPr="007D3A4E">
        <w:rPr>
          <w:sz w:val="24"/>
          <w:szCs w:val="24"/>
        </w:rPr>
        <w:t xml:space="preserve"> </w:t>
      </w:r>
      <w:proofErr w:type="spellStart"/>
      <w:r w:rsidRPr="007D3A4E">
        <w:rPr>
          <w:sz w:val="24"/>
          <w:szCs w:val="24"/>
        </w:rPr>
        <w:t>řízených</w:t>
      </w:r>
      <w:proofErr w:type="spellEnd"/>
      <w:r w:rsidRPr="007D3A4E">
        <w:rPr>
          <w:sz w:val="24"/>
          <w:szCs w:val="24"/>
        </w:rPr>
        <w:t xml:space="preserve"> a </w:t>
      </w:r>
      <w:proofErr w:type="spellStart"/>
      <w:r w:rsidRPr="007D3A4E">
        <w:rPr>
          <w:sz w:val="24"/>
          <w:szCs w:val="24"/>
        </w:rPr>
        <w:t>spontánních</w:t>
      </w:r>
      <w:proofErr w:type="spellEnd"/>
      <w:r w:rsidRPr="007D3A4E">
        <w:rPr>
          <w:sz w:val="24"/>
          <w:szCs w:val="24"/>
        </w:rPr>
        <w:t xml:space="preserve"> </w:t>
      </w:r>
      <w:proofErr w:type="spellStart"/>
      <w:r w:rsidRPr="007D3A4E">
        <w:rPr>
          <w:sz w:val="24"/>
          <w:szCs w:val="24"/>
        </w:rPr>
        <w:t>činností</w:t>
      </w:r>
      <w:proofErr w:type="spellEnd"/>
      <w:r w:rsidRPr="007D3A4E">
        <w:rPr>
          <w:sz w:val="24"/>
          <w:szCs w:val="24"/>
        </w:rPr>
        <w:t xml:space="preserve">. </w:t>
      </w:r>
      <w:proofErr w:type="spellStart"/>
      <w:r w:rsidRPr="007D3A4E">
        <w:rPr>
          <w:sz w:val="24"/>
          <w:szCs w:val="24"/>
        </w:rPr>
        <w:t>Individuální</w:t>
      </w:r>
      <w:proofErr w:type="spellEnd"/>
      <w:r w:rsidRPr="007D3A4E">
        <w:rPr>
          <w:sz w:val="24"/>
          <w:szCs w:val="24"/>
        </w:rPr>
        <w:t xml:space="preserve"> </w:t>
      </w:r>
      <w:proofErr w:type="spellStart"/>
      <w:r w:rsidRPr="007D3A4E">
        <w:rPr>
          <w:sz w:val="24"/>
          <w:szCs w:val="24"/>
        </w:rPr>
        <w:t>přístup</w:t>
      </w:r>
      <w:proofErr w:type="spellEnd"/>
      <w:r w:rsidRPr="007D3A4E">
        <w:rPr>
          <w:sz w:val="24"/>
          <w:szCs w:val="24"/>
        </w:rPr>
        <w:t xml:space="preserve"> je </w:t>
      </w:r>
      <w:proofErr w:type="spellStart"/>
      <w:r w:rsidRPr="007D3A4E">
        <w:rPr>
          <w:sz w:val="24"/>
          <w:szCs w:val="24"/>
        </w:rPr>
        <w:t>zajištěn</w:t>
      </w:r>
      <w:proofErr w:type="spellEnd"/>
      <w:r w:rsidRPr="007D3A4E">
        <w:rPr>
          <w:sz w:val="24"/>
          <w:szCs w:val="24"/>
        </w:rPr>
        <w:t xml:space="preserve"> </w:t>
      </w:r>
      <w:proofErr w:type="spellStart"/>
      <w:r w:rsidRPr="007D3A4E">
        <w:rPr>
          <w:sz w:val="24"/>
          <w:szCs w:val="24"/>
        </w:rPr>
        <w:t>nejen</w:t>
      </w:r>
      <w:proofErr w:type="spellEnd"/>
      <w:r w:rsidRPr="007D3A4E">
        <w:rPr>
          <w:sz w:val="24"/>
          <w:szCs w:val="24"/>
        </w:rPr>
        <w:t xml:space="preserve"> v </w:t>
      </w:r>
      <w:proofErr w:type="spellStart"/>
      <w:r w:rsidRPr="007D3A4E">
        <w:rPr>
          <w:sz w:val="24"/>
          <w:szCs w:val="24"/>
        </w:rPr>
        <w:t>rámci</w:t>
      </w:r>
      <w:proofErr w:type="spellEnd"/>
      <w:r w:rsidRPr="007D3A4E">
        <w:rPr>
          <w:sz w:val="24"/>
          <w:szCs w:val="24"/>
        </w:rPr>
        <w:t xml:space="preserve"> </w:t>
      </w:r>
      <w:proofErr w:type="spellStart"/>
      <w:r w:rsidRPr="007D3A4E">
        <w:rPr>
          <w:sz w:val="24"/>
          <w:szCs w:val="24"/>
        </w:rPr>
        <w:t>adaptace</w:t>
      </w:r>
      <w:proofErr w:type="spellEnd"/>
      <w:r w:rsidRPr="007D3A4E">
        <w:rPr>
          <w:sz w:val="24"/>
          <w:szCs w:val="24"/>
        </w:rPr>
        <w:t xml:space="preserve">, ale </w:t>
      </w:r>
      <w:proofErr w:type="spellStart"/>
      <w:r w:rsidRPr="007D3A4E">
        <w:rPr>
          <w:sz w:val="24"/>
          <w:szCs w:val="24"/>
        </w:rPr>
        <w:t>i</w:t>
      </w:r>
      <w:proofErr w:type="spellEnd"/>
      <w:r w:rsidRPr="007D3A4E">
        <w:rPr>
          <w:sz w:val="24"/>
          <w:szCs w:val="24"/>
        </w:rPr>
        <w:t xml:space="preserve"> </w:t>
      </w:r>
      <w:proofErr w:type="spellStart"/>
      <w:r w:rsidRPr="007D3A4E">
        <w:rPr>
          <w:sz w:val="24"/>
          <w:szCs w:val="24"/>
        </w:rPr>
        <w:t>během</w:t>
      </w:r>
      <w:proofErr w:type="spellEnd"/>
      <w:r w:rsidRPr="007D3A4E">
        <w:rPr>
          <w:sz w:val="24"/>
          <w:szCs w:val="24"/>
        </w:rPr>
        <w:t xml:space="preserve"> </w:t>
      </w:r>
      <w:proofErr w:type="spellStart"/>
      <w:r w:rsidRPr="007D3A4E">
        <w:rPr>
          <w:sz w:val="24"/>
          <w:szCs w:val="24"/>
        </w:rPr>
        <w:t>vzdělávacích</w:t>
      </w:r>
      <w:proofErr w:type="spellEnd"/>
      <w:r w:rsidRPr="007D3A4E">
        <w:rPr>
          <w:sz w:val="24"/>
          <w:szCs w:val="24"/>
        </w:rPr>
        <w:t xml:space="preserve"> </w:t>
      </w:r>
      <w:proofErr w:type="spellStart"/>
      <w:r w:rsidRPr="007D3A4E">
        <w:rPr>
          <w:sz w:val="24"/>
          <w:szCs w:val="24"/>
        </w:rPr>
        <w:t>aktivit</w:t>
      </w:r>
      <w:proofErr w:type="spellEnd"/>
      <w:r w:rsidRPr="007D3A4E">
        <w:rPr>
          <w:sz w:val="24"/>
          <w:szCs w:val="24"/>
        </w:rPr>
        <w:t xml:space="preserve">, </w:t>
      </w:r>
      <w:proofErr w:type="spellStart"/>
      <w:r w:rsidRPr="007D3A4E">
        <w:rPr>
          <w:sz w:val="24"/>
          <w:szCs w:val="24"/>
        </w:rPr>
        <w:t>které</w:t>
      </w:r>
      <w:proofErr w:type="spellEnd"/>
      <w:r w:rsidRPr="007D3A4E">
        <w:rPr>
          <w:sz w:val="24"/>
          <w:szCs w:val="24"/>
        </w:rPr>
        <w:t xml:space="preserve"> </w:t>
      </w:r>
      <w:proofErr w:type="spellStart"/>
      <w:r w:rsidRPr="007D3A4E">
        <w:rPr>
          <w:sz w:val="24"/>
          <w:szCs w:val="24"/>
        </w:rPr>
        <w:t>nabízíme</w:t>
      </w:r>
      <w:proofErr w:type="spellEnd"/>
      <w:r w:rsidRPr="007D3A4E">
        <w:rPr>
          <w:sz w:val="24"/>
          <w:szCs w:val="24"/>
        </w:rPr>
        <w:t xml:space="preserve"> </w:t>
      </w:r>
      <w:proofErr w:type="spellStart"/>
      <w:r w:rsidRPr="007D3A4E">
        <w:rPr>
          <w:sz w:val="24"/>
          <w:szCs w:val="24"/>
        </w:rPr>
        <w:t>v</w:t>
      </w:r>
      <w:r w:rsidR="007D3A4E" w:rsidRPr="007D3A4E">
        <w:rPr>
          <w:sz w:val="24"/>
          <w:szCs w:val="24"/>
        </w:rPr>
        <w:t>e</w:t>
      </w:r>
      <w:proofErr w:type="spellEnd"/>
      <w:r w:rsidRPr="007D3A4E">
        <w:rPr>
          <w:sz w:val="24"/>
          <w:szCs w:val="24"/>
        </w:rPr>
        <w:t xml:space="preserve"> </w:t>
      </w:r>
      <w:proofErr w:type="spellStart"/>
      <w:r w:rsidR="007D3A4E" w:rsidRPr="007D3A4E">
        <w:rPr>
          <w:sz w:val="24"/>
          <w:szCs w:val="24"/>
        </w:rPr>
        <w:t>dvou</w:t>
      </w:r>
      <w:proofErr w:type="spellEnd"/>
      <w:r w:rsidRPr="007D3A4E">
        <w:rPr>
          <w:sz w:val="24"/>
          <w:szCs w:val="24"/>
        </w:rPr>
        <w:t xml:space="preserve"> </w:t>
      </w:r>
      <w:proofErr w:type="spellStart"/>
      <w:r w:rsidRPr="007D3A4E">
        <w:rPr>
          <w:sz w:val="24"/>
          <w:szCs w:val="24"/>
        </w:rPr>
        <w:t>úrovních</w:t>
      </w:r>
      <w:proofErr w:type="spellEnd"/>
      <w:r w:rsidRPr="007D3A4E">
        <w:rPr>
          <w:sz w:val="24"/>
          <w:szCs w:val="24"/>
        </w:rPr>
        <w:t xml:space="preserve"> </w:t>
      </w:r>
      <w:proofErr w:type="spellStart"/>
      <w:r w:rsidRPr="007D3A4E">
        <w:rPr>
          <w:sz w:val="24"/>
          <w:szCs w:val="24"/>
        </w:rPr>
        <w:t>dle</w:t>
      </w:r>
      <w:proofErr w:type="spellEnd"/>
      <w:r w:rsidRPr="007D3A4E">
        <w:rPr>
          <w:sz w:val="24"/>
          <w:szCs w:val="24"/>
        </w:rPr>
        <w:t xml:space="preserve"> </w:t>
      </w:r>
      <w:proofErr w:type="spellStart"/>
      <w:r w:rsidRPr="007D3A4E">
        <w:rPr>
          <w:sz w:val="24"/>
          <w:szCs w:val="24"/>
        </w:rPr>
        <w:t>potřeb</w:t>
      </w:r>
      <w:proofErr w:type="spellEnd"/>
      <w:r w:rsidRPr="007D3A4E">
        <w:rPr>
          <w:sz w:val="24"/>
          <w:szCs w:val="24"/>
        </w:rPr>
        <w:t xml:space="preserve"> a </w:t>
      </w:r>
      <w:proofErr w:type="spellStart"/>
      <w:r w:rsidRPr="007D3A4E">
        <w:rPr>
          <w:sz w:val="24"/>
          <w:szCs w:val="24"/>
        </w:rPr>
        <w:t>možností</w:t>
      </w:r>
      <w:proofErr w:type="spellEnd"/>
      <w:r w:rsidRPr="007D3A4E">
        <w:rPr>
          <w:sz w:val="24"/>
          <w:szCs w:val="24"/>
        </w:rPr>
        <w:t xml:space="preserve"> </w:t>
      </w:r>
      <w:proofErr w:type="spellStart"/>
      <w:r w:rsidRPr="007D3A4E">
        <w:rPr>
          <w:sz w:val="24"/>
          <w:szCs w:val="24"/>
        </w:rPr>
        <w:t>dětí</w:t>
      </w:r>
      <w:proofErr w:type="spellEnd"/>
      <w:r w:rsidRPr="007D3A4E">
        <w:rPr>
          <w:sz w:val="24"/>
          <w:szCs w:val="24"/>
        </w:rPr>
        <w:t>.</w:t>
      </w:r>
      <w:r w:rsidRPr="007D3A4E">
        <w:rPr>
          <w:sz w:val="24"/>
          <w:szCs w:val="24"/>
        </w:rPr>
        <w:br/>
      </w:r>
      <w:proofErr w:type="spellStart"/>
      <w:r w:rsidRPr="007D3A4E">
        <w:rPr>
          <w:sz w:val="24"/>
          <w:szCs w:val="24"/>
        </w:rPr>
        <w:t>Rodiče</w:t>
      </w:r>
      <w:proofErr w:type="spellEnd"/>
      <w:r w:rsidRPr="007D3A4E">
        <w:rPr>
          <w:sz w:val="24"/>
          <w:szCs w:val="24"/>
        </w:rPr>
        <w:t xml:space="preserve"> </w:t>
      </w:r>
      <w:proofErr w:type="spellStart"/>
      <w:r w:rsidRPr="007D3A4E">
        <w:rPr>
          <w:sz w:val="24"/>
          <w:szCs w:val="24"/>
        </w:rPr>
        <w:t>jsou</w:t>
      </w:r>
      <w:proofErr w:type="spellEnd"/>
      <w:r w:rsidRPr="007D3A4E">
        <w:rPr>
          <w:sz w:val="24"/>
          <w:szCs w:val="24"/>
        </w:rPr>
        <w:t xml:space="preserve"> </w:t>
      </w:r>
      <w:proofErr w:type="spellStart"/>
      <w:r w:rsidRPr="007D3A4E">
        <w:rPr>
          <w:sz w:val="24"/>
          <w:szCs w:val="24"/>
        </w:rPr>
        <w:t>pravidelně</w:t>
      </w:r>
      <w:proofErr w:type="spellEnd"/>
      <w:r w:rsidRPr="007D3A4E">
        <w:rPr>
          <w:sz w:val="24"/>
          <w:szCs w:val="24"/>
        </w:rPr>
        <w:t xml:space="preserve"> </w:t>
      </w:r>
      <w:proofErr w:type="spellStart"/>
      <w:r w:rsidRPr="007D3A4E">
        <w:rPr>
          <w:sz w:val="24"/>
          <w:szCs w:val="24"/>
        </w:rPr>
        <w:t>seznamováni</w:t>
      </w:r>
      <w:proofErr w:type="spellEnd"/>
      <w:r w:rsidRPr="007D3A4E">
        <w:rPr>
          <w:sz w:val="24"/>
          <w:szCs w:val="24"/>
        </w:rPr>
        <w:t xml:space="preserve"> s </w:t>
      </w:r>
      <w:proofErr w:type="spellStart"/>
      <w:r w:rsidRPr="007D3A4E">
        <w:rPr>
          <w:sz w:val="24"/>
          <w:szCs w:val="24"/>
        </w:rPr>
        <w:t>provozem</w:t>
      </w:r>
      <w:proofErr w:type="spellEnd"/>
      <w:r w:rsidRPr="007D3A4E">
        <w:rPr>
          <w:sz w:val="24"/>
          <w:szCs w:val="24"/>
        </w:rPr>
        <w:t xml:space="preserve"> </w:t>
      </w:r>
      <w:proofErr w:type="spellStart"/>
      <w:r w:rsidRPr="007D3A4E">
        <w:rPr>
          <w:sz w:val="24"/>
          <w:szCs w:val="24"/>
        </w:rPr>
        <w:t>školy</w:t>
      </w:r>
      <w:proofErr w:type="spellEnd"/>
      <w:r w:rsidRPr="007D3A4E">
        <w:rPr>
          <w:sz w:val="24"/>
          <w:szCs w:val="24"/>
        </w:rPr>
        <w:t xml:space="preserve">, se </w:t>
      </w:r>
      <w:proofErr w:type="spellStart"/>
      <w:r w:rsidRPr="007D3A4E">
        <w:rPr>
          <w:sz w:val="24"/>
          <w:szCs w:val="24"/>
        </w:rPr>
        <w:t>školním</w:t>
      </w:r>
      <w:proofErr w:type="spellEnd"/>
      <w:r w:rsidRPr="007D3A4E">
        <w:rPr>
          <w:sz w:val="24"/>
          <w:szCs w:val="24"/>
        </w:rPr>
        <w:t xml:space="preserve"> </w:t>
      </w:r>
      <w:proofErr w:type="spellStart"/>
      <w:r w:rsidRPr="007D3A4E">
        <w:rPr>
          <w:sz w:val="24"/>
          <w:szCs w:val="24"/>
        </w:rPr>
        <w:t>řádem</w:t>
      </w:r>
      <w:proofErr w:type="spellEnd"/>
      <w:r w:rsidRPr="007D3A4E">
        <w:rPr>
          <w:sz w:val="24"/>
          <w:szCs w:val="24"/>
        </w:rPr>
        <w:t xml:space="preserve"> a </w:t>
      </w:r>
      <w:proofErr w:type="spellStart"/>
      <w:r w:rsidRPr="007D3A4E">
        <w:rPr>
          <w:sz w:val="24"/>
          <w:szCs w:val="24"/>
        </w:rPr>
        <w:t>denním</w:t>
      </w:r>
      <w:proofErr w:type="spellEnd"/>
      <w:r w:rsidRPr="007D3A4E">
        <w:rPr>
          <w:sz w:val="24"/>
          <w:szCs w:val="24"/>
        </w:rPr>
        <w:t xml:space="preserve"> </w:t>
      </w:r>
      <w:proofErr w:type="spellStart"/>
      <w:r w:rsidRPr="007D3A4E">
        <w:rPr>
          <w:sz w:val="24"/>
          <w:szCs w:val="24"/>
        </w:rPr>
        <w:t>režimem</w:t>
      </w:r>
      <w:proofErr w:type="spellEnd"/>
      <w:r w:rsidRPr="007D3A4E">
        <w:rPr>
          <w:sz w:val="24"/>
          <w:szCs w:val="24"/>
        </w:rPr>
        <w:t xml:space="preserve"> </w:t>
      </w:r>
      <w:proofErr w:type="spellStart"/>
      <w:r w:rsidRPr="007D3A4E">
        <w:rPr>
          <w:sz w:val="24"/>
          <w:szCs w:val="24"/>
        </w:rPr>
        <w:t>formou</w:t>
      </w:r>
      <w:proofErr w:type="spellEnd"/>
      <w:r w:rsidRPr="007D3A4E">
        <w:rPr>
          <w:sz w:val="24"/>
          <w:szCs w:val="24"/>
        </w:rPr>
        <w:t xml:space="preserve"> </w:t>
      </w:r>
      <w:proofErr w:type="spellStart"/>
      <w:r w:rsidRPr="007D3A4E">
        <w:rPr>
          <w:sz w:val="24"/>
          <w:szCs w:val="24"/>
        </w:rPr>
        <w:t>webu</w:t>
      </w:r>
      <w:proofErr w:type="spellEnd"/>
      <w:r w:rsidRPr="007D3A4E">
        <w:rPr>
          <w:sz w:val="24"/>
          <w:szCs w:val="24"/>
        </w:rPr>
        <w:t xml:space="preserve">, </w:t>
      </w:r>
      <w:proofErr w:type="spellStart"/>
      <w:r w:rsidRPr="007D3A4E">
        <w:rPr>
          <w:sz w:val="24"/>
          <w:szCs w:val="24"/>
        </w:rPr>
        <w:t>nástěnky</w:t>
      </w:r>
      <w:proofErr w:type="spellEnd"/>
      <w:r w:rsidRPr="007D3A4E">
        <w:rPr>
          <w:sz w:val="24"/>
          <w:szCs w:val="24"/>
        </w:rPr>
        <w:t xml:space="preserve">, </w:t>
      </w:r>
      <w:proofErr w:type="spellStart"/>
      <w:r w:rsidRPr="007D3A4E">
        <w:rPr>
          <w:sz w:val="24"/>
          <w:szCs w:val="24"/>
        </w:rPr>
        <w:t>informačních</w:t>
      </w:r>
      <w:proofErr w:type="spellEnd"/>
      <w:r w:rsidRPr="007D3A4E">
        <w:rPr>
          <w:sz w:val="24"/>
          <w:szCs w:val="24"/>
        </w:rPr>
        <w:t xml:space="preserve"> </w:t>
      </w:r>
      <w:proofErr w:type="spellStart"/>
      <w:r w:rsidRPr="007D3A4E">
        <w:rPr>
          <w:sz w:val="24"/>
          <w:szCs w:val="24"/>
        </w:rPr>
        <w:t>brožur</w:t>
      </w:r>
      <w:proofErr w:type="spellEnd"/>
      <w:r w:rsidR="007D3A4E" w:rsidRPr="007D3A4E">
        <w:rPr>
          <w:sz w:val="24"/>
          <w:szCs w:val="24"/>
        </w:rPr>
        <w:t>,</w:t>
      </w:r>
      <w:r w:rsidRPr="007D3A4E">
        <w:rPr>
          <w:sz w:val="24"/>
          <w:szCs w:val="24"/>
        </w:rPr>
        <w:t xml:space="preserve"> </w:t>
      </w:r>
      <w:proofErr w:type="spellStart"/>
      <w:r w:rsidRPr="007D3A4E">
        <w:rPr>
          <w:sz w:val="24"/>
          <w:szCs w:val="24"/>
        </w:rPr>
        <w:t>osobních</w:t>
      </w:r>
      <w:proofErr w:type="spellEnd"/>
      <w:r w:rsidRPr="007D3A4E">
        <w:rPr>
          <w:sz w:val="24"/>
          <w:szCs w:val="24"/>
        </w:rPr>
        <w:t xml:space="preserve"> </w:t>
      </w:r>
      <w:proofErr w:type="spellStart"/>
      <w:r w:rsidRPr="007D3A4E">
        <w:rPr>
          <w:sz w:val="24"/>
          <w:szCs w:val="24"/>
        </w:rPr>
        <w:t>konzultací</w:t>
      </w:r>
      <w:proofErr w:type="spellEnd"/>
      <w:r w:rsidRPr="007D3A4E">
        <w:rPr>
          <w:sz w:val="24"/>
          <w:szCs w:val="24"/>
        </w:rPr>
        <w:t>.</w:t>
      </w:r>
    </w:p>
    <w:p w14:paraId="397B5320" w14:textId="04F32CC5" w:rsidR="007D3A4E" w:rsidRPr="007D3A4E" w:rsidRDefault="007D3A4E" w:rsidP="004A640F">
      <w:pPr>
        <w:spacing w:after="120"/>
        <w:rPr>
          <w:i/>
          <w:iCs/>
          <w:sz w:val="24"/>
          <w:szCs w:val="24"/>
        </w:rPr>
      </w:pPr>
      <w:proofErr w:type="spellStart"/>
      <w:r w:rsidRPr="007D3A4E">
        <w:rPr>
          <w:i/>
          <w:iCs/>
          <w:sz w:val="24"/>
          <w:szCs w:val="24"/>
        </w:rPr>
        <w:t>Záměr</w:t>
      </w:r>
      <w:proofErr w:type="spellEnd"/>
      <w:r w:rsidRPr="007D3A4E">
        <w:rPr>
          <w:i/>
          <w:iCs/>
          <w:sz w:val="24"/>
          <w:szCs w:val="24"/>
        </w:rPr>
        <w:t>:</w:t>
      </w:r>
    </w:p>
    <w:p w14:paraId="7D83CA4F" w14:textId="67B8DA61" w:rsidR="007D3A4E" w:rsidRPr="007D3A4E" w:rsidRDefault="007D3A4E" w:rsidP="007D3A4E">
      <w:pPr>
        <w:pStyle w:val="Odstavecseseznamem"/>
        <w:numPr>
          <w:ilvl w:val="0"/>
          <w:numId w:val="19"/>
        </w:numPr>
        <w:spacing w:after="120"/>
        <w:rPr>
          <w:i/>
          <w:iCs/>
          <w:sz w:val="24"/>
          <w:szCs w:val="24"/>
        </w:rPr>
      </w:pPr>
      <w:proofErr w:type="spellStart"/>
      <w:r w:rsidRPr="007D3A4E">
        <w:rPr>
          <w:i/>
          <w:iCs/>
          <w:sz w:val="24"/>
          <w:szCs w:val="24"/>
        </w:rPr>
        <w:t>Vkládat</w:t>
      </w:r>
      <w:proofErr w:type="spellEnd"/>
      <w:r w:rsidRPr="007D3A4E">
        <w:rPr>
          <w:i/>
          <w:iCs/>
          <w:sz w:val="24"/>
          <w:szCs w:val="24"/>
        </w:rPr>
        <w:t xml:space="preserve"> do </w:t>
      </w:r>
      <w:proofErr w:type="spellStart"/>
      <w:r w:rsidRPr="007D3A4E">
        <w:rPr>
          <w:i/>
          <w:iCs/>
          <w:sz w:val="24"/>
          <w:szCs w:val="24"/>
        </w:rPr>
        <w:t>aplikace</w:t>
      </w:r>
      <w:proofErr w:type="spellEnd"/>
      <w:r w:rsidRPr="007D3A4E">
        <w:rPr>
          <w:i/>
          <w:iCs/>
          <w:sz w:val="24"/>
          <w:szCs w:val="24"/>
        </w:rPr>
        <w:t xml:space="preserve"> </w:t>
      </w:r>
      <w:proofErr w:type="spellStart"/>
      <w:r w:rsidRPr="007D3A4E">
        <w:rPr>
          <w:i/>
          <w:iCs/>
          <w:sz w:val="24"/>
          <w:szCs w:val="24"/>
        </w:rPr>
        <w:t>Má</w:t>
      </w:r>
      <w:proofErr w:type="spellEnd"/>
      <w:r w:rsidRPr="007D3A4E">
        <w:rPr>
          <w:i/>
          <w:iCs/>
          <w:sz w:val="24"/>
          <w:szCs w:val="24"/>
        </w:rPr>
        <w:t xml:space="preserve"> </w:t>
      </w:r>
      <w:proofErr w:type="spellStart"/>
      <w:r w:rsidRPr="007D3A4E">
        <w:rPr>
          <w:i/>
          <w:iCs/>
          <w:sz w:val="24"/>
          <w:szCs w:val="24"/>
        </w:rPr>
        <w:t>školka</w:t>
      </w:r>
      <w:proofErr w:type="spellEnd"/>
      <w:r w:rsidRPr="007D3A4E">
        <w:rPr>
          <w:i/>
          <w:iCs/>
          <w:sz w:val="24"/>
          <w:szCs w:val="24"/>
        </w:rPr>
        <w:t xml:space="preserve"> </w:t>
      </w:r>
      <w:proofErr w:type="spellStart"/>
      <w:r w:rsidRPr="007D3A4E">
        <w:rPr>
          <w:i/>
          <w:iCs/>
          <w:sz w:val="24"/>
          <w:szCs w:val="24"/>
        </w:rPr>
        <w:t>fotografie</w:t>
      </w:r>
      <w:proofErr w:type="spellEnd"/>
      <w:r w:rsidRPr="007D3A4E">
        <w:rPr>
          <w:i/>
          <w:iCs/>
          <w:sz w:val="24"/>
          <w:szCs w:val="24"/>
        </w:rPr>
        <w:t xml:space="preserve">, aby </w:t>
      </w:r>
      <w:proofErr w:type="spellStart"/>
      <w:r w:rsidRPr="007D3A4E">
        <w:rPr>
          <w:i/>
          <w:iCs/>
          <w:sz w:val="24"/>
          <w:szCs w:val="24"/>
        </w:rPr>
        <w:t>měli</w:t>
      </w:r>
      <w:proofErr w:type="spellEnd"/>
      <w:r w:rsidRPr="007D3A4E">
        <w:rPr>
          <w:i/>
          <w:iCs/>
          <w:sz w:val="24"/>
          <w:szCs w:val="24"/>
        </w:rPr>
        <w:t xml:space="preserve"> </w:t>
      </w:r>
      <w:proofErr w:type="spellStart"/>
      <w:r w:rsidRPr="007D3A4E">
        <w:rPr>
          <w:i/>
          <w:iCs/>
          <w:sz w:val="24"/>
          <w:szCs w:val="24"/>
        </w:rPr>
        <w:t>rodiče</w:t>
      </w:r>
      <w:proofErr w:type="spellEnd"/>
      <w:r w:rsidRPr="007D3A4E">
        <w:rPr>
          <w:i/>
          <w:iCs/>
          <w:sz w:val="24"/>
          <w:szCs w:val="24"/>
        </w:rPr>
        <w:t xml:space="preserve"> </w:t>
      </w:r>
      <w:proofErr w:type="spellStart"/>
      <w:r w:rsidRPr="007D3A4E">
        <w:rPr>
          <w:i/>
          <w:iCs/>
          <w:sz w:val="24"/>
          <w:szCs w:val="24"/>
        </w:rPr>
        <w:t>detailnější</w:t>
      </w:r>
      <w:proofErr w:type="spellEnd"/>
      <w:r w:rsidRPr="007D3A4E">
        <w:rPr>
          <w:i/>
          <w:iCs/>
          <w:sz w:val="24"/>
          <w:szCs w:val="24"/>
        </w:rPr>
        <w:t xml:space="preserve"> </w:t>
      </w:r>
      <w:proofErr w:type="spellStart"/>
      <w:r w:rsidRPr="007D3A4E">
        <w:rPr>
          <w:i/>
          <w:iCs/>
          <w:sz w:val="24"/>
          <w:szCs w:val="24"/>
        </w:rPr>
        <w:t>přehled</w:t>
      </w:r>
      <w:proofErr w:type="spellEnd"/>
      <w:r w:rsidRPr="007D3A4E">
        <w:rPr>
          <w:i/>
          <w:iCs/>
          <w:sz w:val="24"/>
          <w:szCs w:val="24"/>
        </w:rPr>
        <w:t xml:space="preserve"> o tom, co se </w:t>
      </w:r>
      <w:proofErr w:type="spellStart"/>
      <w:r w:rsidRPr="007D3A4E">
        <w:rPr>
          <w:i/>
          <w:iCs/>
          <w:sz w:val="24"/>
          <w:szCs w:val="24"/>
        </w:rPr>
        <w:t>ve</w:t>
      </w:r>
      <w:proofErr w:type="spellEnd"/>
      <w:r w:rsidRPr="007D3A4E">
        <w:rPr>
          <w:i/>
          <w:iCs/>
          <w:sz w:val="24"/>
          <w:szCs w:val="24"/>
        </w:rPr>
        <w:t xml:space="preserve"> </w:t>
      </w:r>
      <w:proofErr w:type="spellStart"/>
      <w:r w:rsidRPr="007D3A4E">
        <w:rPr>
          <w:i/>
          <w:iCs/>
          <w:sz w:val="24"/>
          <w:szCs w:val="24"/>
        </w:rPr>
        <w:t>školce</w:t>
      </w:r>
      <w:proofErr w:type="spellEnd"/>
      <w:r w:rsidRPr="007D3A4E">
        <w:rPr>
          <w:i/>
          <w:iCs/>
          <w:sz w:val="24"/>
          <w:szCs w:val="24"/>
        </w:rPr>
        <w:t xml:space="preserve"> </w:t>
      </w:r>
      <w:proofErr w:type="spellStart"/>
      <w:r w:rsidRPr="007D3A4E">
        <w:rPr>
          <w:i/>
          <w:iCs/>
          <w:sz w:val="24"/>
          <w:szCs w:val="24"/>
        </w:rPr>
        <w:t>děje</w:t>
      </w:r>
      <w:proofErr w:type="spellEnd"/>
    </w:p>
    <w:p w14:paraId="5FB0DB0B" w14:textId="77777777" w:rsidR="004A640F" w:rsidRDefault="004A640F" w:rsidP="004A640F">
      <w:pPr>
        <w:pStyle w:val="Nadpis2"/>
      </w:pPr>
      <w:proofErr w:type="spellStart"/>
      <w:r>
        <w:t>Spoluúčast</w:t>
      </w:r>
      <w:proofErr w:type="spellEnd"/>
      <w:r>
        <w:t xml:space="preserve"> </w:t>
      </w:r>
      <w:proofErr w:type="spellStart"/>
      <w:r>
        <w:t>rodičů</w:t>
      </w:r>
      <w:proofErr w:type="spellEnd"/>
    </w:p>
    <w:p w14:paraId="1ED02085" w14:textId="0B977D7E" w:rsidR="004A640F" w:rsidRDefault="004A640F" w:rsidP="004A640F">
      <w:pPr>
        <w:spacing w:after="120"/>
        <w:rPr>
          <w:sz w:val="24"/>
          <w:szCs w:val="24"/>
        </w:rPr>
      </w:pPr>
      <w:r w:rsidRPr="007D3A4E">
        <w:rPr>
          <w:sz w:val="24"/>
          <w:szCs w:val="24"/>
        </w:rPr>
        <w:t xml:space="preserve">Rodina a </w:t>
      </w:r>
      <w:proofErr w:type="spellStart"/>
      <w:r w:rsidRPr="007D3A4E">
        <w:rPr>
          <w:sz w:val="24"/>
          <w:szCs w:val="24"/>
        </w:rPr>
        <w:t>škola</w:t>
      </w:r>
      <w:proofErr w:type="spellEnd"/>
      <w:r w:rsidRPr="007D3A4E">
        <w:rPr>
          <w:sz w:val="24"/>
          <w:szCs w:val="24"/>
        </w:rPr>
        <w:t xml:space="preserve"> </w:t>
      </w:r>
      <w:proofErr w:type="spellStart"/>
      <w:r w:rsidRPr="007D3A4E">
        <w:rPr>
          <w:sz w:val="24"/>
          <w:szCs w:val="24"/>
        </w:rPr>
        <w:t>jsou</w:t>
      </w:r>
      <w:proofErr w:type="spellEnd"/>
      <w:r w:rsidRPr="007D3A4E">
        <w:rPr>
          <w:sz w:val="24"/>
          <w:szCs w:val="24"/>
        </w:rPr>
        <w:t xml:space="preserve"> </w:t>
      </w:r>
      <w:proofErr w:type="spellStart"/>
      <w:r w:rsidRPr="007D3A4E">
        <w:rPr>
          <w:sz w:val="24"/>
          <w:szCs w:val="24"/>
        </w:rPr>
        <w:t>partneři</w:t>
      </w:r>
      <w:proofErr w:type="spellEnd"/>
      <w:r w:rsidRPr="007D3A4E">
        <w:rPr>
          <w:sz w:val="24"/>
          <w:szCs w:val="24"/>
        </w:rPr>
        <w:t xml:space="preserve">. Proto </w:t>
      </w:r>
      <w:proofErr w:type="spellStart"/>
      <w:r w:rsidRPr="007D3A4E">
        <w:rPr>
          <w:sz w:val="24"/>
          <w:szCs w:val="24"/>
        </w:rPr>
        <w:t>rodiče</w:t>
      </w:r>
      <w:proofErr w:type="spellEnd"/>
      <w:r w:rsidRPr="007D3A4E">
        <w:rPr>
          <w:sz w:val="24"/>
          <w:szCs w:val="24"/>
        </w:rPr>
        <w:t xml:space="preserve"> </w:t>
      </w:r>
      <w:proofErr w:type="spellStart"/>
      <w:r w:rsidRPr="007D3A4E">
        <w:rPr>
          <w:sz w:val="24"/>
          <w:szCs w:val="24"/>
        </w:rPr>
        <w:t>zveme</w:t>
      </w:r>
      <w:proofErr w:type="spellEnd"/>
      <w:r w:rsidRPr="007D3A4E">
        <w:rPr>
          <w:sz w:val="24"/>
          <w:szCs w:val="24"/>
        </w:rPr>
        <w:t xml:space="preserve"> do </w:t>
      </w:r>
      <w:proofErr w:type="spellStart"/>
      <w:r w:rsidRPr="007D3A4E">
        <w:rPr>
          <w:sz w:val="24"/>
          <w:szCs w:val="24"/>
        </w:rPr>
        <w:t>školy</w:t>
      </w:r>
      <w:proofErr w:type="spellEnd"/>
      <w:r w:rsidRPr="007D3A4E">
        <w:rPr>
          <w:sz w:val="24"/>
          <w:szCs w:val="24"/>
        </w:rPr>
        <w:t xml:space="preserve"> – </w:t>
      </w:r>
      <w:proofErr w:type="spellStart"/>
      <w:r w:rsidRPr="007D3A4E">
        <w:rPr>
          <w:sz w:val="24"/>
          <w:szCs w:val="24"/>
        </w:rPr>
        <w:t>během</w:t>
      </w:r>
      <w:proofErr w:type="spellEnd"/>
      <w:r w:rsidRPr="007D3A4E">
        <w:rPr>
          <w:sz w:val="24"/>
          <w:szCs w:val="24"/>
        </w:rPr>
        <w:t xml:space="preserve"> </w:t>
      </w:r>
      <w:proofErr w:type="spellStart"/>
      <w:r w:rsidRPr="007D3A4E">
        <w:rPr>
          <w:sz w:val="24"/>
          <w:szCs w:val="24"/>
        </w:rPr>
        <w:t>adaptačního</w:t>
      </w:r>
      <w:proofErr w:type="spellEnd"/>
      <w:r w:rsidRPr="007D3A4E">
        <w:rPr>
          <w:sz w:val="24"/>
          <w:szCs w:val="24"/>
        </w:rPr>
        <w:t xml:space="preserve"> </w:t>
      </w:r>
      <w:proofErr w:type="spellStart"/>
      <w:r w:rsidRPr="007D3A4E">
        <w:rPr>
          <w:sz w:val="24"/>
          <w:szCs w:val="24"/>
        </w:rPr>
        <w:t>týdne</w:t>
      </w:r>
      <w:proofErr w:type="spellEnd"/>
      <w:r w:rsidRPr="007D3A4E">
        <w:rPr>
          <w:sz w:val="24"/>
          <w:szCs w:val="24"/>
        </w:rPr>
        <w:t xml:space="preserve">, </w:t>
      </w:r>
      <w:proofErr w:type="spellStart"/>
      <w:r w:rsidRPr="007D3A4E">
        <w:rPr>
          <w:sz w:val="24"/>
          <w:szCs w:val="24"/>
        </w:rPr>
        <w:t>na</w:t>
      </w:r>
      <w:proofErr w:type="spellEnd"/>
      <w:r w:rsidRPr="007D3A4E">
        <w:rPr>
          <w:sz w:val="24"/>
          <w:szCs w:val="24"/>
        </w:rPr>
        <w:t xml:space="preserve"> </w:t>
      </w:r>
      <w:proofErr w:type="spellStart"/>
      <w:r w:rsidRPr="007D3A4E">
        <w:rPr>
          <w:sz w:val="24"/>
          <w:szCs w:val="24"/>
        </w:rPr>
        <w:t>slavnosti</w:t>
      </w:r>
      <w:proofErr w:type="spellEnd"/>
      <w:r w:rsidRPr="007D3A4E">
        <w:rPr>
          <w:sz w:val="24"/>
          <w:szCs w:val="24"/>
        </w:rPr>
        <w:t xml:space="preserve"> (</w:t>
      </w:r>
      <w:proofErr w:type="spellStart"/>
      <w:r w:rsidRPr="007D3A4E">
        <w:rPr>
          <w:sz w:val="24"/>
          <w:szCs w:val="24"/>
        </w:rPr>
        <w:t>Uspávání</w:t>
      </w:r>
      <w:proofErr w:type="spellEnd"/>
      <w:r w:rsidRPr="007D3A4E">
        <w:rPr>
          <w:sz w:val="24"/>
          <w:szCs w:val="24"/>
        </w:rPr>
        <w:t xml:space="preserve"> </w:t>
      </w:r>
      <w:proofErr w:type="spellStart"/>
      <w:r w:rsidRPr="007D3A4E">
        <w:rPr>
          <w:sz w:val="24"/>
          <w:szCs w:val="24"/>
        </w:rPr>
        <w:t>broučků</w:t>
      </w:r>
      <w:proofErr w:type="spellEnd"/>
      <w:r w:rsidRPr="007D3A4E">
        <w:rPr>
          <w:sz w:val="24"/>
          <w:szCs w:val="24"/>
        </w:rPr>
        <w:t xml:space="preserve">, </w:t>
      </w:r>
      <w:proofErr w:type="spellStart"/>
      <w:r w:rsidRPr="007D3A4E">
        <w:rPr>
          <w:sz w:val="24"/>
          <w:szCs w:val="24"/>
        </w:rPr>
        <w:t>Vánoce</w:t>
      </w:r>
      <w:proofErr w:type="spellEnd"/>
      <w:r w:rsidRPr="007D3A4E">
        <w:rPr>
          <w:sz w:val="24"/>
          <w:szCs w:val="24"/>
        </w:rPr>
        <w:t xml:space="preserve">, </w:t>
      </w:r>
      <w:proofErr w:type="spellStart"/>
      <w:r w:rsidRPr="007D3A4E">
        <w:rPr>
          <w:sz w:val="24"/>
          <w:szCs w:val="24"/>
        </w:rPr>
        <w:t>Zahradní</w:t>
      </w:r>
      <w:proofErr w:type="spellEnd"/>
      <w:r w:rsidRPr="007D3A4E">
        <w:rPr>
          <w:sz w:val="24"/>
          <w:szCs w:val="24"/>
        </w:rPr>
        <w:t xml:space="preserve"> </w:t>
      </w:r>
      <w:proofErr w:type="spellStart"/>
      <w:r w:rsidRPr="007D3A4E">
        <w:rPr>
          <w:sz w:val="24"/>
          <w:szCs w:val="24"/>
        </w:rPr>
        <w:t>slavnost</w:t>
      </w:r>
      <w:proofErr w:type="spellEnd"/>
      <w:r w:rsidRPr="007D3A4E">
        <w:rPr>
          <w:sz w:val="24"/>
          <w:szCs w:val="24"/>
        </w:rPr>
        <w:t xml:space="preserve"> </w:t>
      </w:r>
      <w:proofErr w:type="spellStart"/>
      <w:r w:rsidRPr="007D3A4E">
        <w:rPr>
          <w:sz w:val="24"/>
          <w:szCs w:val="24"/>
        </w:rPr>
        <w:t>aj</w:t>
      </w:r>
      <w:proofErr w:type="spellEnd"/>
      <w:r w:rsidRPr="007D3A4E">
        <w:rPr>
          <w:sz w:val="24"/>
          <w:szCs w:val="24"/>
        </w:rPr>
        <w:t xml:space="preserve">.), </w:t>
      </w:r>
      <w:proofErr w:type="spellStart"/>
      <w:r w:rsidRPr="007D3A4E">
        <w:rPr>
          <w:sz w:val="24"/>
          <w:szCs w:val="24"/>
        </w:rPr>
        <w:t>na</w:t>
      </w:r>
      <w:proofErr w:type="spellEnd"/>
      <w:r w:rsidRPr="007D3A4E">
        <w:rPr>
          <w:sz w:val="24"/>
          <w:szCs w:val="24"/>
        </w:rPr>
        <w:t xml:space="preserve"> </w:t>
      </w:r>
      <w:proofErr w:type="spellStart"/>
      <w:r w:rsidRPr="007D3A4E">
        <w:rPr>
          <w:sz w:val="24"/>
          <w:szCs w:val="24"/>
        </w:rPr>
        <w:t>třídní</w:t>
      </w:r>
      <w:proofErr w:type="spellEnd"/>
      <w:r w:rsidRPr="007D3A4E">
        <w:rPr>
          <w:sz w:val="24"/>
          <w:szCs w:val="24"/>
        </w:rPr>
        <w:t xml:space="preserve"> </w:t>
      </w:r>
      <w:proofErr w:type="spellStart"/>
      <w:r w:rsidRPr="007D3A4E">
        <w:rPr>
          <w:sz w:val="24"/>
          <w:szCs w:val="24"/>
        </w:rPr>
        <w:t>schůzky</w:t>
      </w:r>
      <w:proofErr w:type="spellEnd"/>
      <w:r w:rsidRPr="007D3A4E">
        <w:rPr>
          <w:sz w:val="24"/>
          <w:szCs w:val="24"/>
        </w:rPr>
        <w:t xml:space="preserve"> </w:t>
      </w:r>
      <w:proofErr w:type="spellStart"/>
      <w:r w:rsidRPr="007D3A4E">
        <w:rPr>
          <w:sz w:val="24"/>
          <w:szCs w:val="24"/>
        </w:rPr>
        <w:t>i</w:t>
      </w:r>
      <w:proofErr w:type="spellEnd"/>
      <w:r w:rsidRPr="007D3A4E">
        <w:rPr>
          <w:sz w:val="24"/>
          <w:szCs w:val="24"/>
        </w:rPr>
        <w:t xml:space="preserve"> </w:t>
      </w:r>
      <w:proofErr w:type="spellStart"/>
      <w:r w:rsidRPr="007D3A4E">
        <w:rPr>
          <w:sz w:val="24"/>
          <w:szCs w:val="24"/>
        </w:rPr>
        <w:t>individuální</w:t>
      </w:r>
      <w:proofErr w:type="spellEnd"/>
      <w:r w:rsidRPr="007D3A4E">
        <w:rPr>
          <w:sz w:val="24"/>
          <w:szCs w:val="24"/>
        </w:rPr>
        <w:t xml:space="preserve"> </w:t>
      </w:r>
      <w:proofErr w:type="spellStart"/>
      <w:r w:rsidRPr="007D3A4E">
        <w:rPr>
          <w:sz w:val="24"/>
          <w:szCs w:val="24"/>
        </w:rPr>
        <w:t>tutoringové</w:t>
      </w:r>
      <w:proofErr w:type="spellEnd"/>
      <w:r w:rsidRPr="007D3A4E">
        <w:rPr>
          <w:sz w:val="24"/>
          <w:szCs w:val="24"/>
        </w:rPr>
        <w:t xml:space="preserve"> </w:t>
      </w:r>
      <w:proofErr w:type="spellStart"/>
      <w:r w:rsidRPr="007D3A4E">
        <w:rPr>
          <w:sz w:val="24"/>
          <w:szCs w:val="24"/>
        </w:rPr>
        <w:t>konzultace</w:t>
      </w:r>
      <w:proofErr w:type="spellEnd"/>
      <w:r w:rsidRPr="007D3A4E">
        <w:rPr>
          <w:sz w:val="24"/>
          <w:szCs w:val="24"/>
        </w:rPr>
        <w:t xml:space="preserve">. </w:t>
      </w:r>
      <w:proofErr w:type="spellStart"/>
      <w:r w:rsidRPr="007D3A4E">
        <w:rPr>
          <w:sz w:val="24"/>
          <w:szCs w:val="24"/>
        </w:rPr>
        <w:t>Rodiče</w:t>
      </w:r>
      <w:proofErr w:type="spellEnd"/>
      <w:r w:rsidRPr="007D3A4E">
        <w:rPr>
          <w:sz w:val="24"/>
          <w:szCs w:val="24"/>
        </w:rPr>
        <w:t xml:space="preserve"> se </w:t>
      </w:r>
      <w:proofErr w:type="spellStart"/>
      <w:r w:rsidRPr="007D3A4E">
        <w:rPr>
          <w:sz w:val="24"/>
          <w:szCs w:val="24"/>
        </w:rPr>
        <w:t>mohou</w:t>
      </w:r>
      <w:proofErr w:type="spellEnd"/>
      <w:r w:rsidRPr="007D3A4E">
        <w:rPr>
          <w:sz w:val="24"/>
          <w:szCs w:val="24"/>
        </w:rPr>
        <w:t xml:space="preserve"> </w:t>
      </w:r>
      <w:proofErr w:type="spellStart"/>
      <w:r w:rsidRPr="007D3A4E">
        <w:rPr>
          <w:sz w:val="24"/>
          <w:szCs w:val="24"/>
        </w:rPr>
        <w:t>aktivně</w:t>
      </w:r>
      <w:proofErr w:type="spellEnd"/>
      <w:r w:rsidRPr="007D3A4E">
        <w:rPr>
          <w:sz w:val="24"/>
          <w:szCs w:val="24"/>
        </w:rPr>
        <w:t xml:space="preserve"> </w:t>
      </w:r>
      <w:proofErr w:type="spellStart"/>
      <w:r w:rsidRPr="007D3A4E">
        <w:rPr>
          <w:sz w:val="24"/>
          <w:szCs w:val="24"/>
        </w:rPr>
        <w:t>zapojit</w:t>
      </w:r>
      <w:proofErr w:type="spellEnd"/>
      <w:r w:rsidRPr="007D3A4E">
        <w:rPr>
          <w:sz w:val="24"/>
          <w:szCs w:val="24"/>
        </w:rPr>
        <w:t xml:space="preserve"> do </w:t>
      </w:r>
      <w:proofErr w:type="spellStart"/>
      <w:r w:rsidRPr="007D3A4E">
        <w:rPr>
          <w:sz w:val="24"/>
          <w:szCs w:val="24"/>
        </w:rPr>
        <w:t>programu</w:t>
      </w:r>
      <w:proofErr w:type="spellEnd"/>
      <w:r w:rsidRPr="007D3A4E">
        <w:rPr>
          <w:sz w:val="24"/>
          <w:szCs w:val="24"/>
        </w:rPr>
        <w:t xml:space="preserve">, </w:t>
      </w:r>
      <w:proofErr w:type="spellStart"/>
      <w:r w:rsidRPr="007D3A4E">
        <w:rPr>
          <w:sz w:val="24"/>
          <w:szCs w:val="24"/>
        </w:rPr>
        <w:t>přinášet</w:t>
      </w:r>
      <w:proofErr w:type="spellEnd"/>
      <w:r w:rsidRPr="007D3A4E">
        <w:rPr>
          <w:sz w:val="24"/>
          <w:szCs w:val="24"/>
        </w:rPr>
        <w:t xml:space="preserve"> </w:t>
      </w:r>
      <w:proofErr w:type="spellStart"/>
      <w:r w:rsidRPr="007D3A4E">
        <w:rPr>
          <w:sz w:val="24"/>
          <w:szCs w:val="24"/>
        </w:rPr>
        <w:t>vlastní</w:t>
      </w:r>
      <w:proofErr w:type="spellEnd"/>
      <w:r w:rsidRPr="007D3A4E">
        <w:rPr>
          <w:sz w:val="24"/>
          <w:szCs w:val="24"/>
        </w:rPr>
        <w:t xml:space="preserve"> </w:t>
      </w:r>
      <w:proofErr w:type="spellStart"/>
      <w:r w:rsidRPr="007D3A4E">
        <w:rPr>
          <w:sz w:val="24"/>
          <w:szCs w:val="24"/>
        </w:rPr>
        <w:t>nápady</w:t>
      </w:r>
      <w:proofErr w:type="spellEnd"/>
      <w:r w:rsidRPr="007D3A4E">
        <w:rPr>
          <w:sz w:val="24"/>
          <w:szCs w:val="24"/>
        </w:rPr>
        <w:t xml:space="preserve">, </w:t>
      </w:r>
      <w:proofErr w:type="spellStart"/>
      <w:r w:rsidRPr="007D3A4E">
        <w:rPr>
          <w:sz w:val="24"/>
          <w:szCs w:val="24"/>
        </w:rPr>
        <w:t>sdílet</w:t>
      </w:r>
      <w:proofErr w:type="spellEnd"/>
      <w:r w:rsidRPr="007D3A4E">
        <w:rPr>
          <w:sz w:val="24"/>
          <w:szCs w:val="24"/>
        </w:rPr>
        <w:t xml:space="preserve"> </w:t>
      </w:r>
      <w:proofErr w:type="spellStart"/>
      <w:r w:rsidRPr="007D3A4E">
        <w:rPr>
          <w:sz w:val="24"/>
          <w:szCs w:val="24"/>
        </w:rPr>
        <w:t>dovednosti</w:t>
      </w:r>
      <w:proofErr w:type="spellEnd"/>
      <w:r w:rsidRPr="007D3A4E">
        <w:rPr>
          <w:sz w:val="24"/>
          <w:szCs w:val="24"/>
        </w:rPr>
        <w:t xml:space="preserve"> </w:t>
      </w:r>
      <w:proofErr w:type="spellStart"/>
      <w:r w:rsidRPr="007D3A4E">
        <w:rPr>
          <w:sz w:val="24"/>
          <w:szCs w:val="24"/>
        </w:rPr>
        <w:t>nebo</w:t>
      </w:r>
      <w:proofErr w:type="spellEnd"/>
      <w:r w:rsidRPr="007D3A4E">
        <w:rPr>
          <w:sz w:val="24"/>
          <w:szCs w:val="24"/>
        </w:rPr>
        <w:t xml:space="preserve"> </w:t>
      </w:r>
      <w:proofErr w:type="spellStart"/>
      <w:r w:rsidRPr="007D3A4E">
        <w:rPr>
          <w:sz w:val="24"/>
          <w:szCs w:val="24"/>
        </w:rPr>
        <w:t>podpořit</w:t>
      </w:r>
      <w:proofErr w:type="spellEnd"/>
      <w:r w:rsidRPr="007D3A4E">
        <w:rPr>
          <w:sz w:val="24"/>
          <w:szCs w:val="24"/>
        </w:rPr>
        <w:t xml:space="preserve"> </w:t>
      </w:r>
      <w:proofErr w:type="spellStart"/>
      <w:r w:rsidRPr="007D3A4E">
        <w:rPr>
          <w:sz w:val="24"/>
          <w:szCs w:val="24"/>
        </w:rPr>
        <w:t>aktivity</w:t>
      </w:r>
      <w:proofErr w:type="spellEnd"/>
      <w:r w:rsidRPr="007D3A4E">
        <w:rPr>
          <w:sz w:val="24"/>
          <w:szCs w:val="24"/>
        </w:rPr>
        <w:t xml:space="preserve"> </w:t>
      </w:r>
      <w:proofErr w:type="spellStart"/>
      <w:r w:rsidRPr="007D3A4E">
        <w:rPr>
          <w:sz w:val="24"/>
          <w:szCs w:val="24"/>
        </w:rPr>
        <w:t>školy</w:t>
      </w:r>
      <w:proofErr w:type="spellEnd"/>
      <w:r w:rsidRPr="007D3A4E">
        <w:rPr>
          <w:sz w:val="24"/>
          <w:szCs w:val="24"/>
        </w:rPr>
        <w:t>.</w:t>
      </w:r>
      <w:r w:rsidRPr="007D3A4E">
        <w:rPr>
          <w:sz w:val="24"/>
          <w:szCs w:val="24"/>
        </w:rPr>
        <w:br/>
      </w:r>
      <w:proofErr w:type="spellStart"/>
      <w:r w:rsidRPr="007D3A4E">
        <w:rPr>
          <w:sz w:val="24"/>
          <w:szCs w:val="24"/>
        </w:rPr>
        <w:t>Základem</w:t>
      </w:r>
      <w:proofErr w:type="spellEnd"/>
      <w:r w:rsidRPr="007D3A4E">
        <w:rPr>
          <w:sz w:val="24"/>
          <w:szCs w:val="24"/>
        </w:rPr>
        <w:t xml:space="preserve"> </w:t>
      </w:r>
      <w:proofErr w:type="spellStart"/>
      <w:r w:rsidRPr="007D3A4E">
        <w:rPr>
          <w:sz w:val="24"/>
          <w:szCs w:val="24"/>
        </w:rPr>
        <w:t>komunikace</w:t>
      </w:r>
      <w:proofErr w:type="spellEnd"/>
      <w:r w:rsidRPr="007D3A4E">
        <w:rPr>
          <w:sz w:val="24"/>
          <w:szCs w:val="24"/>
        </w:rPr>
        <w:t xml:space="preserve"> je </w:t>
      </w:r>
      <w:proofErr w:type="spellStart"/>
      <w:r w:rsidRPr="007D3A4E">
        <w:rPr>
          <w:sz w:val="24"/>
          <w:szCs w:val="24"/>
        </w:rPr>
        <w:t>otevřenost</w:t>
      </w:r>
      <w:proofErr w:type="spellEnd"/>
      <w:r w:rsidRPr="007D3A4E">
        <w:rPr>
          <w:sz w:val="24"/>
          <w:szCs w:val="24"/>
        </w:rPr>
        <w:t xml:space="preserve">, </w:t>
      </w:r>
      <w:proofErr w:type="spellStart"/>
      <w:r w:rsidRPr="007D3A4E">
        <w:rPr>
          <w:sz w:val="24"/>
          <w:szCs w:val="24"/>
        </w:rPr>
        <w:t>respekt</w:t>
      </w:r>
      <w:proofErr w:type="spellEnd"/>
      <w:r w:rsidRPr="007D3A4E">
        <w:rPr>
          <w:sz w:val="24"/>
          <w:szCs w:val="24"/>
        </w:rPr>
        <w:t xml:space="preserve"> a </w:t>
      </w:r>
      <w:proofErr w:type="spellStart"/>
      <w:r w:rsidRPr="007D3A4E">
        <w:rPr>
          <w:sz w:val="24"/>
          <w:szCs w:val="24"/>
        </w:rPr>
        <w:t>sdílení</w:t>
      </w:r>
      <w:proofErr w:type="spellEnd"/>
      <w:r w:rsidRPr="007D3A4E">
        <w:rPr>
          <w:sz w:val="24"/>
          <w:szCs w:val="24"/>
        </w:rPr>
        <w:t xml:space="preserve"> </w:t>
      </w:r>
      <w:proofErr w:type="spellStart"/>
      <w:r w:rsidRPr="007D3A4E">
        <w:rPr>
          <w:sz w:val="24"/>
          <w:szCs w:val="24"/>
        </w:rPr>
        <w:t>společného</w:t>
      </w:r>
      <w:proofErr w:type="spellEnd"/>
      <w:r w:rsidRPr="007D3A4E">
        <w:rPr>
          <w:sz w:val="24"/>
          <w:szCs w:val="24"/>
        </w:rPr>
        <w:t xml:space="preserve"> </w:t>
      </w:r>
      <w:proofErr w:type="spellStart"/>
      <w:r w:rsidRPr="007D3A4E">
        <w:rPr>
          <w:sz w:val="24"/>
          <w:szCs w:val="24"/>
        </w:rPr>
        <w:t>cíle</w:t>
      </w:r>
      <w:proofErr w:type="spellEnd"/>
      <w:r w:rsidRPr="007D3A4E">
        <w:rPr>
          <w:sz w:val="24"/>
          <w:szCs w:val="24"/>
        </w:rPr>
        <w:t xml:space="preserve"> – </w:t>
      </w:r>
      <w:proofErr w:type="spellStart"/>
      <w:r w:rsidRPr="007D3A4E">
        <w:rPr>
          <w:sz w:val="24"/>
          <w:szCs w:val="24"/>
        </w:rPr>
        <w:t>blaha</w:t>
      </w:r>
      <w:proofErr w:type="spellEnd"/>
      <w:r w:rsidRPr="007D3A4E">
        <w:rPr>
          <w:sz w:val="24"/>
          <w:szCs w:val="24"/>
        </w:rPr>
        <w:t xml:space="preserve"> </w:t>
      </w:r>
      <w:proofErr w:type="spellStart"/>
      <w:r w:rsidRPr="007D3A4E">
        <w:rPr>
          <w:sz w:val="24"/>
          <w:szCs w:val="24"/>
        </w:rPr>
        <w:t>dítěte</w:t>
      </w:r>
      <w:proofErr w:type="spellEnd"/>
      <w:r w:rsidRPr="007D3A4E">
        <w:rPr>
          <w:sz w:val="24"/>
          <w:szCs w:val="24"/>
        </w:rPr>
        <w:t>.</w:t>
      </w:r>
    </w:p>
    <w:p w14:paraId="00FA6B16" w14:textId="633BB6FC" w:rsidR="007D3A4E" w:rsidRPr="007D3A4E" w:rsidRDefault="007D3A4E" w:rsidP="004A640F">
      <w:pPr>
        <w:spacing w:after="120"/>
        <w:rPr>
          <w:i/>
          <w:iCs/>
          <w:sz w:val="24"/>
          <w:szCs w:val="24"/>
        </w:rPr>
      </w:pPr>
      <w:proofErr w:type="spellStart"/>
      <w:r w:rsidRPr="007D3A4E">
        <w:rPr>
          <w:i/>
          <w:iCs/>
          <w:sz w:val="24"/>
          <w:szCs w:val="24"/>
        </w:rPr>
        <w:t>Záměr</w:t>
      </w:r>
      <w:proofErr w:type="spellEnd"/>
      <w:r w:rsidRPr="007D3A4E">
        <w:rPr>
          <w:i/>
          <w:iCs/>
          <w:sz w:val="24"/>
          <w:szCs w:val="24"/>
        </w:rPr>
        <w:t>:</w:t>
      </w:r>
    </w:p>
    <w:p w14:paraId="4C98EDC5" w14:textId="60033C9E" w:rsidR="007D3A4E" w:rsidRPr="007D3A4E" w:rsidRDefault="007D3A4E" w:rsidP="007D3A4E">
      <w:pPr>
        <w:pStyle w:val="Odstavecseseznamem"/>
        <w:numPr>
          <w:ilvl w:val="0"/>
          <w:numId w:val="19"/>
        </w:numPr>
        <w:spacing w:after="120"/>
        <w:rPr>
          <w:i/>
          <w:iCs/>
          <w:sz w:val="24"/>
          <w:szCs w:val="24"/>
        </w:rPr>
      </w:pPr>
      <w:proofErr w:type="spellStart"/>
      <w:r w:rsidRPr="007D3A4E">
        <w:rPr>
          <w:i/>
          <w:iCs/>
          <w:sz w:val="24"/>
          <w:szCs w:val="24"/>
        </w:rPr>
        <w:t>Podpořit</w:t>
      </w:r>
      <w:proofErr w:type="spellEnd"/>
      <w:r w:rsidRPr="007D3A4E">
        <w:rPr>
          <w:i/>
          <w:iCs/>
          <w:sz w:val="24"/>
          <w:szCs w:val="24"/>
        </w:rPr>
        <w:t xml:space="preserve"> </w:t>
      </w:r>
      <w:proofErr w:type="spellStart"/>
      <w:r w:rsidRPr="007D3A4E">
        <w:rPr>
          <w:i/>
          <w:iCs/>
          <w:sz w:val="24"/>
          <w:szCs w:val="24"/>
        </w:rPr>
        <w:t>větší</w:t>
      </w:r>
      <w:proofErr w:type="spellEnd"/>
      <w:r w:rsidRPr="007D3A4E">
        <w:rPr>
          <w:i/>
          <w:iCs/>
          <w:sz w:val="24"/>
          <w:szCs w:val="24"/>
        </w:rPr>
        <w:t xml:space="preserve"> </w:t>
      </w:r>
      <w:proofErr w:type="spellStart"/>
      <w:r w:rsidRPr="007D3A4E">
        <w:rPr>
          <w:i/>
          <w:iCs/>
          <w:sz w:val="24"/>
          <w:szCs w:val="24"/>
        </w:rPr>
        <w:t>angažovanost</w:t>
      </w:r>
      <w:proofErr w:type="spellEnd"/>
      <w:r w:rsidRPr="007D3A4E">
        <w:rPr>
          <w:i/>
          <w:iCs/>
          <w:sz w:val="24"/>
          <w:szCs w:val="24"/>
        </w:rPr>
        <w:t xml:space="preserve"> </w:t>
      </w:r>
      <w:proofErr w:type="spellStart"/>
      <w:r w:rsidRPr="007D3A4E">
        <w:rPr>
          <w:i/>
          <w:iCs/>
          <w:sz w:val="24"/>
          <w:szCs w:val="24"/>
        </w:rPr>
        <w:t>rodičů</w:t>
      </w:r>
      <w:proofErr w:type="spellEnd"/>
      <w:r w:rsidRPr="007D3A4E">
        <w:rPr>
          <w:i/>
          <w:iCs/>
          <w:sz w:val="24"/>
          <w:szCs w:val="24"/>
        </w:rPr>
        <w:t xml:space="preserve"> </w:t>
      </w:r>
      <w:proofErr w:type="spellStart"/>
      <w:r w:rsidRPr="007D3A4E">
        <w:rPr>
          <w:i/>
          <w:iCs/>
          <w:sz w:val="24"/>
          <w:szCs w:val="24"/>
        </w:rPr>
        <w:t>vůči</w:t>
      </w:r>
      <w:proofErr w:type="spellEnd"/>
      <w:r w:rsidRPr="007D3A4E">
        <w:rPr>
          <w:i/>
          <w:iCs/>
          <w:sz w:val="24"/>
          <w:szCs w:val="24"/>
        </w:rPr>
        <w:t xml:space="preserve"> </w:t>
      </w:r>
      <w:proofErr w:type="spellStart"/>
      <w:r w:rsidRPr="007D3A4E">
        <w:rPr>
          <w:i/>
          <w:iCs/>
          <w:sz w:val="24"/>
          <w:szCs w:val="24"/>
        </w:rPr>
        <w:t>škole</w:t>
      </w:r>
      <w:proofErr w:type="spellEnd"/>
    </w:p>
    <w:p w14:paraId="09CE689D" w14:textId="77777777" w:rsidR="00F41DE6" w:rsidRDefault="00F41DE6" w:rsidP="004A640F">
      <w:pPr>
        <w:pStyle w:val="Nadpis2"/>
      </w:pPr>
    </w:p>
    <w:p w14:paraId="317C5AE5" w14:textId="3F03A499" w:rsidR="004A640F" w:rsidRDefault="004A640F" w:rsidP="004A640F">
      <w:pPr>
        <w:pStyle w:val="Nadpis2"/>
      </w:pPr>
      <w:proofErr w:type="spellStart"/>
      <w:r>
        <w:t>Personální</w:t>
      </w:r>
      <w:proofErr w:type="spellEnd"/>
      <w:r>
        <w:t xml:space="preserve"> a </w:t>
      </w:r>
      <w:proofErr w:type="spellStart"/>
      <w:r>
        <w:t>pedagogické</w:t>
      </w:r>
      <w:proofErr w:type="spellEnd"/>
      <w:r>
        <w:t xml:space="preserve"> </w:t>
      </w:r>
      <w:proofErr w:type="spellStart"/>
      <w:r>
        <w:t>zajištění</w:t>
      </w:r>
      <w:proofErr w:type="spellEnd"/>
    </w:p>
    <w:p w14:paraId="0AB7CF19" w14:textId="6B04BAB8" w:rsidR="004A640F" w:rsidRPr="00F41DE6" w:rsidRDefault="004A640F" w:rsidP="004A640F">
      <w:pPr>
        <w:spacing w:after="120"/>
        <w:rPr>
          <w:sz w:val="24"/>
          <w:szCs w:val="24"/>
        </w:rPr>
      </w:pPr>
      <w:proofErr w:type="spellStart"/>
      <w:r w:rsidRPr="00F41DE6">
        <w:rPr>
          <w:sz w:val="24"/>
          <w:szCs w:val="24"/>
        </w:rPr>
        <w:t>Tým</w:t>
      </w:r>
      <w:proofErr w:type="spellEnd"/>
      <w:r w:rsidRPr="00F41DE6">
        <w:rPr>
          <w:sz w:val="24"/>
          <w:szCs w:val="24"/>
        </w:rPr>
        <w:t xml:space="preserve"> </w:t>
      </w:r>
      <w:proofErr w:type="spellStart"/>
      <w:r w:rsidRPr="00F41DE6">
        <w:rPr>
          <w:sz w:val="24"/>
          <w:szCs w:val="24"/>
        </w:rPr>
        <w:t>tvoří</w:t>
      </w:r>
      <w:proofErr w:type="spellEnd"/>
      <w:r w:rsidRPr="00F41DE6">
        <w:rPr>
          <w:sz w:val="24"/>
          <w:szCs w:val="24"/>
        </w:rPr>
        <w:t xml:space="preserve"> </w:t>
      </w:r>
      <w:proofErr w:type="spellStart"/>
      <w:r w:rsidRPr="00F41DE6">
        <w:rPr>
          <w:sz w:val="24"/>
          <w:szCs w:val="24"/>
        </w:rPr>
        <w:t>kvalifikované</w:t>
      </w:r>
      <w:proofErr w:type="spellEnd"/>
      <w:r w:rsidRPr="00F41DE6">
        <w:rPr>
          <w:sz w:val="24"/>
          <w:szCs w:val="24"/>
        </w:rPr>
        <w:t xml:space="preserve"> </w:t>
      </w:r>
      <w:proofErr w:type="spellStart"/>
      <w:r w:rsidRPr="00F41DE6">
        <w:rPr>
          <w:sz w:val="24"/>
          <w:szCs w:val="24"/>
        </w:rPr>
        <w:t>učitelky</w:t>
      </w:r>
      <w:proofErr w:type="spellEnd"/>
      <w:r w:rsidRPr="00F41DE6">
        <w:rPr>
          <w:sz w:val="24"/>
          <w:szCs w:val="24"/>
        </w:rPr>
        <w:t xml:space="preserve"> </w:t>
      </w:r>
      <w:proofErr w:type="gramStart"/>
      <w:r w:rsidRPr="00F41DE6">
        <w:rPr>
          <w:sz w:val="24"/>
          <w:szCs w:val="24"/>
        </w:rPr>
        <w:t>a</w:t>
      </w:r>
      <w:proofErr w:type="gramEnd"/>
      <w:r w:rsidRPr="00F41DE6">
        <w:rPr>
          <w:sz w:val="24"/>
          <w:szCs w:val="24"/>
        </w:rPr>
        <w:t xml:space="preserve"> </w:t>
      </w:r>
      <w:proofErr w:type="spellStart"/>
      <w:r w:rsidRPr="00F41DE6">
        <w:rPr>
          <w:sz w:val="24"/>
          <w:szCs w:val="24"/>
        </w:rPr>
        <w:t>externí</w:t>
      </w:r>
      <w:proofErr w:type="spellEnd"/>
      <w:r w:rsidRPr="00F41DE6">
        <w:rPr>
          <w:sz w:val="24"/>
          <w:szCs w:val="24"/>
        </w:rPr>
        <w:t xml:space="preserve"> </w:t>
      </w:r>
      <w:proofErr w:type="spellStart"/>
      <w:r w:rsidRPr="00F41DE6">
        <w:rPr>
          <w:sz w:val="24"/>
          <w:szCs w:val="24"/>
        </w:rPr>
        <w:t>spolupracovníci</w:t>
      </w:r>
      <w:proofErr w:type="spellEnd"/>
      <w:r w:rsidRPr="00F41DE6">
        <w:rPr>
          <w:sz w:val="24"/>
          <w:szCs w:val="24"/>
        </w:rPr>
        <w:t xml:space="preserve"> (</w:t>
      </w:r>
      <w:proofErr w:type="spellStart"/>
      <w:r w:rsidR="007D3A4E" w:rsidRPr="00F41DE6">
        <w:rPr>
          <w:sz w:val="24"/>
          <w:szCs w:val="24"/>
        </w:rPr>
        <w:t>lektor</w:t>
      </w:r>
      <w:r w:rsidR="004C6585" w:rsidRPr="00F41DE6">
        <w:rPr>
          <w:sz w:val="24"/>
          <w:szCs w:val="24"/>
        </w:rPr>
        <w:t>ka</w:t>
      </w:r>
      <w:proofErr w:type="spellEnd"/>
      <w:r w:rsidR="004C6585" w:rsidRPr="00F41DE6">
        <w:rPr>
          <w:sz w:val="24"/>
          <w:szCs w:val="24"/>
        </w:rPr>
        <w:t xml:space="preserve"> </w:t>
      </w:r>
      <w:proofErr w:type="spellStart"/>
      <w:r w:rsidR="004C6585" w:rsidRPr="00F41DE6">
        <w:rPr>
          <w:sz w:val="24"/>
          <w:szCs w:val="24"/>
        </w:rPr>
        <w:t>flétny</w:t>
      </w:r>
      <w:proofErr w:type="spellEnd"/>
      <w:r w:rsidRPr="00F41DE6">
        <w:rPr>
          <w:sz w:val="24"/>
          <w:szCs w:val="24"/>
        </w:rPr>
        <w:t xml:space="preserve">). </w:t>
      </w:r>
      <w:proofErr w:type="spellStart"/>
      <w:r w:rsidRPr="00F41DE6">
        <w:rPr>
          <w:sz w:val="24"/>
          <w:szCs w:val="24"/>
        </w:rPr>
        <w:t>Pracujeme</w:t>
      </w:r>
      <w:proofErr w:type="spellEnd"/>
      <w:r w:rsidRPr="00F41DE6">
        <w:rPr>
          <w:sz w:val="24"/>
          <w:szCs w:val="24"/>
        </w:rPr>
        <w:t xml:space="preserve"> s </w:t>
      </w:r>
      <w:proofErr w:type="spellStart"/>
      <w:r w:rsidRPr="00F41DE6">
        <w:rPr>
          <w:sz w:val="24"/>
          <w:szCs w:val="24"/>
        </w:rPr>
        <w:t>respektem</w:t>
      </w:r>
      <w:proofErr w:type="spellEnd"/>
      <w:r w:rsidRPr="00F41DE6">
        <w:rPr>
          <w:sz w:val="24"/>
          <w:szCs w:val="24"/>
        </w:rPr>
        <w:t xml:space="preserve"> k </w:t>
      </w:r>
      <w:proofErr w:type="spellStart"/>
      <w:r w:rsidRPr="00F41DE6">
        <w:rPr>
          <w:sz w:val="24"/>
          <w:szCs w:val="24"/>
        </w:rPr>
        <w:t>osobním</w:t>
      </w:r>
      <w:proofErr w:type="spellEnd"/>
      <w:r w:rsidRPr="00F41DE6">
        <w:rPr>
          <w:sz w:val="24"/>
          <w:szCs w:val="24"/>
        </w:rPr>
        <w:t xml:space="preserve"> </w:t>
      </w:r>
      <w:proofErr w:type="spellStart"/>
      <w:r w:rsidRPr="00F41DE6">
        <w:rPr>
          <w:sz w:val="24"/>
          <w:szCs w:val="24"/>
        </w:rPr>
        <w:t>i</w:t>
      </w:r>
      <w:proofErr w:type="spellEnd"/>
      <w:r w:rsidRPr="00F41DE6">
        <w:rPr>
          <w:sz w:val="24"/>
          <w:szCs w:val="24"/>
        </w:rPr>
        <w:t xml:space="preserve"> </w:t>
      </w:r>
      <w:proofErr w:type="spellStart"/>
      <w:r w:rsidRPr="00F41DE6">
        <w:rPr>
          <w:sz w:val="24"/>
          <w:szCs w:val="24"/>
        </w:rPr>
        <w:t>odborným</w:t>
      </w:r>
      <w:proofErr w:type="spellEnd"/>
      <w:r w:rsidRPr="00F41DE6">
        <w:rPr>
          <w:sz w:val="24"/>
          <w:szCs w:val="24"/>
        </w:rPr>
        <w:t xml:space="preserve"> </w:t>
      </w:r>
      <w:proofErr w:type="spellStart"/>
      <w:r w:rsidRPr="00F41DE6">
        <w:rPr>
          <w:sz w:val="24"/>
          <w:szCs w:val="24"/>
        </w:rPr>
        <w:t>kompetencím</w:t>
      </w:r>
      <w:proofErr w:type="spellEnd"/>
      <w:r w:rsidRPr="00F41DE6">
        <w:rPr>
          <w:sz w:val="24"/>
          <w:szCs w:val="24"/>
        </w:rPr>
        <w:t xml:space="preserve"> </w:t>
      </w:r>
      <w:proofErr w:type="spellStart"/>
      <w:r w:rsidRPr="00F41DE6">
        <w:rPr>
          <w:sz w:val="24"/>
          <w:szCs w:val="24"/>
        </w:rPr>
        <w:t>jednotlivých</w:t>
      </w:r>
      <w:proofErr w:type="spellEnd"/>
      <w:r w:rsidRPr="00F41DE6">
        <w:rPr>
          <w:sz w:val="24"/>
          <w:szCs w:val="24"/>
        </w:rPr>
        <w:t xml:space="preserve"> </w:t>
      </w:r>
      <w:proofErr w:type="spellStart"/>
      <w:r w:rsidRPr="00F41DE6">
        <w:rPr>
          <w:sz w:val="24"/>
          <w:szCs w:val="24"/>
        </w:rPr>
        <w:t>členů</w:t>
      </w:r>
      <w:proofErr w:type="spellEnd"/>
      <w:r w:rsidRPr="00F41DE6">
        <w:rPr>
          <w:sz w:val="24"/>
          <w:szCs w:val="24"/>
        </w:rPr>
        <w:t xml:space="preserve"> </w:t>
      </w:r>
      <w:proofErr w:type="spellStart"/>
      <w:r w:rsidRPr="00F41DE6">
        <w:rPr>
          <w:sz w:val="24"/>
          <w:szCs w:val="24"/>
        </w:rPr>
        <w:t>týmu</w:t>
      </w:r>
      <w:proofErr w:type="spellEnd"/>
      <w:r w:rsidRPr="00F41DE6">
        <w:rPr>
          <w:sz w:val="24"/>
          <w:szCs w:val="24"/>
        </w:rPr>
        <w:t xml:space="preserve">. </w:t>
      </w:r>
      <w:proofErr w:type="spellStart"/>
      <w:r w:rsidRPr="00F41DE6">
        <w:rPr>
          <w:sz w:val="24"/>
          <w:szCs w:val="24"/>
        </w:rPr>
        <w:t>Učitelky</w:t>
      </w:r>
      <w:proofErr w:type="spellEnd"/>
      <w:r w:rsidRPr="00F41DE6">
        <w:rPr>
          <w:sz w:val="24"/>
          <w:szCs w:val="24"/>
        </w:rPr>
        <w:t xml:space="preserve"> se </w:t>
      </w:r>
      <w:proofErr w:type="spellStart"/>
      <w:r w:rsidRPr="00F41DE6">
        <w:rPr>
          <w:sz w:val="24"/>
          <w:szCs w:val="24"/>
        </w:rPr>
        <w:t>dále</w:t>
      </w:r>
      <w:proofErr w:type="spellEnd"/>
      <w:r w:rsidRPr="00F41DE6">
        <w:rPr>
          <w:sz w:val="24"/>
          <w:szCs w:val="24"/>
        </w:rPr>
        <w:t xml:space="preserve"> </w:t>
      </w:r>
      <w:proofErr w:type="spellStart"/>
      <w:r w:rsidRPr="00F41DE6">
        <w:rPr>
          <w:sz w:val="24"/>
          <w:szCs w:val="24"/>
        </w:rPr>
        <w:t>vzdělávají</w:t>
      </w:r>
      <w:proofErr w:type="spellEnd"/>
      <w:r w:rsidRPr="00F41DE6">
        <w:rPr>
          <w:sz w:val="24"/>
          <w:szCs w:val="24"/>
        </w:rPr>
        <w:t xml:space="preserve"> a </w:t>
      </w:r>
      <w:proofErr w:type="spellStart"/>
      <w:r w:rsidRPr="00F41DE6">
        <w:rPr>
          <w:sz w:val="24"/>
          <w:szCs w:val="24"/>
        </w:rPr>
        <w:t>navštěvují</w:t>
      </w:r>
      <w:proofErr w:type="spellEnd"/>
      <w:r w:rsidRPr="00F41DE6">
        <w:rPr>
          <w:sz w:val="24"/>
          <w:szCs w:val="24"/>
        </w:rPr>
        <w:t xml:space="preserve"> </w:t>
      </w:r>
      <w:proofErr w:type="spellStart"/>
      <w:r w:rsidRPr="00F41DE6">
        <w:rPr>
          <w:sz w:val="24"/>
          <w:szCs w:val="24"/>
        </w:rPr>
        <w:t>akreditované</w:t>
      </w:r>
      <w:proofErr w:type="spellEnd"/>
      <w:r w:rsidRPr="00F41DE6">
        <w:rPr>
          <w:sz w:val="24"/>
          <w:szCs w:val="24"/>
        </w:rPr>
        <w:t xml:space="preserve"> </w:t>
      </w:r>
      <w:proofErr w:type="spellStart"/>
      <w:r w:rsidRPr="00F41DE6">
        <w:rPr>
          <w:sz w:val="24"/>
          <w:szCs w:val="24"/>
        </w:rPr>
        <w:t>kurzy</w:t>
      </w:r>
      <w:proofErr w:type="spellEnd"/>
      <w:r w:rsidRPr="00F41DE6">
        <w:rPr>
          <w:sz w:val="24"/>
          <w:szCs w:val="24"/>
        </w:rPr>
        <w:t xml:space="preserve">, </w:t>
      </w:r>
      <w:proofErr w:type="spellStart"/>
      <w:r w:rsidRPr="00F41DE6">
        <w:rPr>
          <w:sz w:val="24"/>
          <w:szCs w:val="24"/>
        </w:rPr>
        <w:t>které</w:t>
      </w:r>
      <w:proofErr w:type="spellEnd"/>
      <w:r w:rsidRPr="00F41DE6">
        <w:rPr>
          <w:sz w:val="24"/>
          <w:szCs w:val="24"/>
        </w:rPr>
        <w:t xml:space="preserve"> </w:t>
      </w:r>
      <w:proofErr w:type="spellStart"/>
      <w:r w:rsidRPr="00F41DE6">
        <w:rPr>
          <w:sz w:val="24"/>
          <w:szCs w:val="24"/>
        </w:rPr>
        <w:t>odpovídají</w:t>
      </w:r>
      <w:proofErr w:type="spellEnd"/>
      <w:r w:rsidRPr="00F41DE6">
        <w:rPr>
          <w:sz w:val="24"/>
          <w:szCs w:val="24"/>
        </w:rPr>
        <w:t xml:space="preserve"> </w:t>
      </w:r>
      <w:proofErr w:type="spellStart"/>
      <w:r w:rsidRPr="00F41DE6">
        <w:rPr>
          <w:sz w:val="24"/>
          <w:szCs w:val="24"/>
        </w:rPr>
        <w:t>potřebám</w:t>
      </w:r>
      <w:proofErr w:type="spellEnd"/>
      <w:r w:rsidRPr="00F41DE6">
        <w:rPr>
          <w:sz w:val="24"/>
          <w:szCs w:val="24"/>
        </w:rPr>
        <w:t xml:space="preserve"> </w:t>
      </w:r>
      <w:proofErr w:type="spellStart"/>
      <w:r w:rsidRPr="00F41DE6">
        <w:rPr>
          <w:sz w:val="24"/>
          <w:szCs w:val="24"/>
        </w:rPr>
        <w:t>školy</w:t>
      </w:r>
      <w:proofErr w:type="spellEnd"/>
      <w:r w:rsidRPr="00F41DE6">
        <w:rPr>
          <w:sz w:val="24"/>
          <w:szCs w:val="24"/>
        </w:rPr>
        <w:t xml:space="preserve"> </w:t>
      </w:r>
      <w:proofErr w:type="spellStart"/>
      <w:r w:rsidRPr="00F41DE6">
        <w:rPr>
          <w:sz w:val="24"/>
          <w:szCs w:val="24"/>
        </w:rPr>
        <w:t>i</w:t>
      </w:r>
      <w:proofErr w:type="spellEnd"/>
      <w:r w:rsidRPr="00F41DE6">
        <w:rPr>
          <w:sz w:val="24"/>
          <w:szCs w:val="24"/>
        </w:rPr>
        <w:t xml:space="preserve"> </w:t>
      </w:r>
      <w:proofErr w:type="spellStart"/>
      <w:r w:rsidRPr="00F41DE6">
        <w:rPr>
          <w:sz w:val="24"/>
          <w:szCs w:val="24"/>
        </w:rPr>
        <w:t>vývojovým</w:t>
      </w:r>
      <w:proofErr w:type="spellEnd"/>
      <w:r w:rsidRPr="00F41DE6">
        <w:rPr>
          <w:sz w:val="24"/>
          <w:szCs w:val="24"/>
        </w:rPr>
        <w:t xml:space="preserve"> </w:t>
      </w:r>
      <w:proofErr w:type="spellStart"/>
      <w:r w:rsidRPr="00F41DE6">
        <w:rPr>
          <w:sz w:val="24"/>
          <w:szCs w:val="24"/>
        </w:rPr>
        <w:t>potřebám</w:t>
      </w:r>
      <w:proofErr w:type="spellEnd"/>
      <w:r w:rsidRPr="00F41DE6">
        <w:rPr>
          <w:sz w:val="24"/>
          <w:szCs w:val="24"/>
        </w:rPr>
        <w:t xml:space="preserve"> </w:t>
      </w:r>
      <w:proofErr w:type="spellStart"/>
      <w:r w:rsidRPr="00F41DE6">
        <w:rPr>
          <w:sz w:val="24"/>
          <w:szCs w:val="24"/>
        </w:rPr>
        <w:t>dětí</w:t>
      </w:r>
      <w:proofErr w:type="spellEnd"/>
      <w:r w:rsidRPr="00F41DE6">
        <w:rPr>
          <w:sz w:val="24"/>
          <w:szCs w:val="24"/>
        </w:rPr>
        <w:t>.</w:t>
      </w:r>
      <w:r w:rsidRPr="00F41DE6">
        <w:rPr>
          <w:sz w:val="24"/>
          <w:szCs w:val="24"/>
        </w:rPr>
        <w:br/>
      </w:r>
      <w:proofErr w:type="spellStart"/>
      <w:r w:rsidRPr="00F41DE6">
        <w:rPr>
          <w:sz w:val="24"/>
          <w:szCs w:val="24"/>
        </w:rPr>
        <w:lastRenderedPageBreak/>
        <w:t>Podporujeme</w:t>
      </w:r>
      <w:proofErr w:type="spellEnd"/>
      <w:r w:rsidRPr="00F41DE6">
        <w:rPr>
          <w:sz w:val="24"/>
          <w:szCs w:val="24"/>
        </w:rPr>
        <w:t xml:space="preserve"> </w:t>
      </w:r>
      <w:proofErr w:type="spellStart"/>
      <w:r w:rsidRPr="00F41DE6">
        <w:rPr>
          <w:sz w:val="24"/>
          <w:szCs w:val="24"/>
        </w:rPr>
        <w:t>také</w:t>
      </w:r>
      <w:proofErr w:type="spellEnd"/>
      <w:r w:rsidRPr="00F41DE6">
        <w:rPr>
          <w:sz w:val="24"/>
          <w:szCs w:val="24"/>
        </w:rPr>
        <w:t xml:space="preserve"> </w:t>
      </w:r>
      <w:proofErr w:type="spellStart"/>
      <w:r w:rsidRPr="00F41DE6">
        <w:rPr>
          <w:sz w:val="24"/>
          <w:szCs w:val="24"/>
        </w:rPr>
        <w:t>zapojení</w:t>
      </w:r>
      <w:proofErr w:type="spellEnd"/>
      <w:r w:rsidRPr="00F41DE6">
        <w:rPr>
          <w:sz w:val="24"/>
          <w:szCs w:val="24"/>
        </w:rPr>
        <w:t xml:space="preserve"> </w:t>
      </w:r>
      <w:proofErr w:type="spellStart"/>
      <w:r w:rsidRPr="00F41DE6">
        <w:rPr>
          <w:sz w:val="24"/>
          <w:szCs w:val="24"/>
        </w:rPr>
        <w:t>odborníků</w:t>
      </w:r>
      <w:proofErr w:type="spellEnd"/>
      <w:r w:rsidRPr="00F41DE6">
        <w:rPr>
          <w:sz w:val="24"/>
          <w:szCs w:val="24"/>
        </w:rPr>
        <w:t xml:space="preserve"> z </w:t>
      </w:r>
      <w:proofErr w:type="spellStart"/>
      <w:r w:rsidRPr="00F41DE6">
        <w:rPr>
          <w:sz w:val="24"/>
          <w:szCs w:val="24"/>
        </w:rPr>
        <w:t>oblasti</w:t>
      </w:r>
      <w:proofErr w:type="spellEnd"/>
      <w:r w:rsidRPr="00F41DE6">
        <w:rPr>
          <w:sz w:val="24"/>
          <w:szCs w:val="24"/>
        </w:rPr>
        <w:t xml:space="preserve"> </w:t>
      </w:r>
      <w:proofErr w:type="spellStart"/>
      <w:r w:rsidRPr="00F41DE6">
        <w:rPr>
          <w:sz w:val="24"/>
          <w:szCs w:val="24"/>
        </w:rPr>
        <w:t>speciální</w:t>
      </w:r>
      <w:proofErr w:type="spellEnd"/>
      <w:r w:rsidRPr="00F41DE6">
        <w:rPr>
          <w:sz w:val="24"/>
          <w:szCs w:val="24"/>
        </w:rPr>
        <w:t xml:space="preserve"> </w:t>
      </w:r>
      <w:proofErr w:type="spellStart"/>
      <w:r w:rsidRPr="00F41DE6">
        <w:rPr>
          <w:sz w:val="24"/>
          <w:szCs w:val="24"/>
        </w:rPr>
        <w:t>pedagogiky</w:t>
      </w:r>
      <w:proofErr w:type="spellEnd"/>
      <w:r w:rsidRPr="00F41DE6">
        <w:rPr>
          <w:sz w:val="24"/>
          <w:szCs w:val="24"/>
        </w:rPr>
        <w:t xml:space="preserve"> a </w:t>
      </w:r>
      <w:proofErr w:type="spellStart"/>
      <w:r w:rsidRPr="00F41DE6">
        <w:rPr>
          <w:sz w:val="24"/>
          <w:szCs w:val="24"/>
        </w:rPr>
        <w:t>logopedie</w:t>
      </w:r>
      <w:proofErr w:type="spellEnd"/>
      <w:r w:rsidRPr="00F41DE6">
        <w:rPr>
          <w:sz w:val="24"/>
          <w:szCs w:val="24"/>
        </w:rPr>
        <w:t xml:space="preserve">, </w:t>
      </w:r>
      <w:proofErr w:type="spellStart"/>
      <w:r w:rsidRPr="00F41DE6">
        <w:rPr>
          <w:sz w:val="24"/>
          <w:szCs w:val="24"/>
        </w:rPr>
        <w:t>čímž</w:t>
      </w:r>
      <w:proofErr w:type="spellEnd"/>
      <w:r w:rsidRPr="00F41DE6">
        <w:rPr>
          <w:sz w:val="24"/>
          <w:szCs w:val="24"/>
        </w:rPr>
        <w:t xml:space="preserve"> se </w:t>
      </w:r>
      <w:proofErr w:type="spellStart"/>
      <w:r w:rsidRPr="00F41DE6">
        <w:rPr>
          <w:sz w:val="24"/>
          <w:szCs w:val="24"/>
        </w:rPr>
        <w:t>daří</w:t>
      </w:r>
      <w:proofErr w:type="spellEnd"/>
      <w:r w:rsidRPr="00F41DE6">
        <w:rPr>
          <w:sz w:val="24"/>
          <w:szCs w:val="24"/>
        </w:rPr>
        <w:t xml:space="preserve"> </w:t>
      </w:r>
      <w:proofErr w:type="spellStart"/>
      <w:r w:rsidRPr="00F41DE6">
        <w:rPr>
          <w:sz w:val="24"/>
          <w:szCs w:val="24"/>
        </w:rPr>
        <w:t>zajišťovat</w:t>
      </w:r>
      <w:proofErr w:type="spellEnd"/>
      <w:r w:rsidRPr="00F41DE6">
        <w:rPr>
          <w:sz w:val="24"/>
          <w:szCs w:val="24"/>
        </w:rPr>
        <w:t xml:space="preserve"> </w:t>
      </w:r>
      <w:proofErr w:type="spellStart"/>
      <w:r w:rsidRPr="00F41DE6">
        <w:rPr>
          <w:sz w:val="24"/>
          <w:szCs w:val="24"/>
        </w:rPr>
        <w:t>kvalitní</w:t>
      </w:r>
      <w:proofErr w:type="spellEnd"/>
      <w:r w:rsidRPr="00F41DE6">
        <w:rPr>
          <w:sz w:val="24"/>
          <w:szCs w:val="24"/>
        </w:rPr>
        <w:t xml:space="preserve"> </w:t>
      </w:r>
      <w:proofErr w:type="spellStart"/>
      <w:r w:rsidRPr="00F41DE6">
        <w:rPr>
          <w:sz w:val="24"/>
          <w:szCs w:val="24"/>
        </w:rPr>
        <w:t>inkluzivní</w:t>
      </w:r>
      <w:proofErr w:type="spellEnd"/>
      <w:r w:rsidRPr="00F41DE6">
        <w:rPr>
          <w:sz w:val="24"/>
          <w:szCs w:val="24"/>
        </w:rPr>
        <w:t xml:space="preserve"> </w:t>
      </w:r>
      <w:proofErr w:type="spellStart"/>
      <w:r w:rsidRPr="00F41DE6">
        <w:rPr>
          <w:sz w:val="24"/>
          <w:szCs w:val="24"/>
        </w:rPr>
        <w:t>prostředí</w:t>
      </w:r>
      <w:proofErr w:type="spellEnd"/>
      <w:r w:rsidRPr="00F41DE6">
        <w:rPr>
          <w:sz w:val="24"/>
          <w:szCs w:val="24"/>
        </w:rPr>
        <w:t>.</w:t>
      </w:r>
    </w:p>
    <w:p w14:paraId="440004A6" w14:textId="74D5D929" w:rsidR="004C6585" w:rsidRPr="00F41DE6" w:rsidRDefault="004C6585" w:rsidP="004A640F">
      <w:pPr>
        <w:spacing w:after="120"/>
        <w:rPr>
          <w:sz w:val="24"/>
          <w:szCs w:val="24"/>
        </w:rPr>
      </w:pPr>
      <w:proofErr w:type="spellStart"/>
      <w:r w:rsidRPr="00F41DE6">
        <w:rPr>
          <w:sz w:val="24"/>
          <w:szCs w:val="24"/>
        </w:rPr>
        <w:t>Záměr</w:t>
      </w:r>
      <w:proofErr w:type="spellEnd"/>
      <w:r w:rsidRPr="00F41DE6">
        <w:rPr>
          <w:sz w:val="24"/>
          <w:szCs w:val="24"/>
        </w:rPr>
        <w:t>:</w:t>
      </w:r>
    </w:p>
    <w:p w14:paraId="48697340" w14:textId="2F603ED0" w:rsidR="004C6585" w:rsidRDefault="00F41DE6" w:rsidP="00F41DE6">
      <w:pPr>
        <w:pStyle w:val="Odstavecseseznamem"/>
        <w:numPr>
          <w:ilvl w:val="0"/>
          <w:numId w:val="19"/>
        </w:numPr>
        <w:spacing w:after="120"/>
        <w:rPr>
          <w:sz w:val="24"/>
          <w:szCs w:val="24"/>
        </w:rPr>
      </w:pPr>
      <w:proofErr w:type="spellStart"/>
      <w:r w:rsidRPr="00F41DE6">
        <w:rPr>
          <w:sz w:val="24"/>
          <w:szCs w:val="24"/>
        </w:rPr>
        <w:t>Zaměřit</w:t>
      </w:r>
      <w:proofErr w:type="spellEnd"/>
      <w:r w:rsidRPr="00F41DE6">
        <w:rPr>
          <w:sz w:val="24"/>
          <w:szCs w:val="24"/>
        </w:rPr>
        <w:t xml:space="preserve"> se </w:t>
      </w:r>
      <w:proofErr w:type="spellStart"/>
      <w:r w:rsidRPr="00F41DE6">
        <w:rPr>
          <w:sz w:val="24"/>
          <w:szCs w:val="24"/>
        </w:rPr>
        <w:t>na</w:t>
      </w:r>
      <w:proofErr w:type="spellEnd"/>
      <w:r w:rsidRPr="00F41DE6">
        <w:rPr>
          <w:sz w:val="24"/>
          <w:szCs w:val="24"/>
        </w:rPr>
        <w:t xml:space="preserve"> </w:t>
      </w:r>
      <w:proofErr w:type="spellStart"/>
      <w:r w:rsidRPr="00F41DE6">
        <w:rPr>
          <w:sz w:val="24"/>
          <w:szCs w:val="24"/>
        </w:rPr>
        <w:t>další</w:t>
      </w:r>
      <w:proofErr w:type="spellEnd"/>
      <w:r w:rsidRPr="00F41DE6">
        <w:rPr>
          <w:sz w:val="24"/>
          <w:szCs w:val="24"/>
        </w:rPr>
        <w:t xml:space="preserve"> </w:t>
      </w:r>
      <w:proofErr w:type="spellStart"/>
      <w:r w:rsidRPr="00F41DE6">
        <w:rPr>
          <w:sz w:val="24"/>
          <w:szCs w:val="24"/>
        </w:rPr>
        <w:t>vdělávání</w:t>
      </w:r>
      <w:proofErr w:type="spellEnd"/>
      <w:r w:rsidRPr="00F41DE6">
        <w:rPr>
          <w:sz w:val="24"/>
          <w:szCs w:val="24"/>
        </w:rPr>
        <w:t xml:space="preserve"> </w:t>
      </w:r>
      <w:proofErr w:type="spellStart"/>
      <w:r w:rsidRPr="00F41DE6">
        <w:rPr>
          <w:sz w:val="24"/>
          <w:szCs w:val="24"/>
        </w:rPr>
        <w:t>pedagogických</w:t>
      </w:r>
      <w:proofErr w:type="spellEnd"/>
      <w:r w:rsidRPr="00F41DE6">
        <w:rPr>
          <w:sz w:val="24"/>
          <w:szCs w:val="24"/>
        </w:rPr>
        <w:t xml:space="preserve"> </w:t>
      </w:r>
      <w:proofErr w:type="spellStart"/>
      <w:r w:rsidRPr="00F41DE6">
        <w:rPr>
          <w:sz w:val="24"/>
          <w:szCs w:val="24"/>
        </w:rPr>
        <w:t>pracovníků</w:t>
      </w:r>
      <w:proofErr w:type="spellEnd"/>
      <w:r w:rsidRPr="00F41DE6">
        <w:rPr>
          <w:sz w:val="24"/>
          <w:szCs w:val="24"/>
        </w:rPr>
        <w:t xml:space="preserve"> v </w:t>
      </w:r>
      <w:proofErr w:type="spellStart"/>
      <w:r w:rsidRPr="00F41DE6">
        <w:rPr>
          <w:sz w:val="24"/>
          <w:szCs w:val="24"/>
        </w:rPr>
        <w:t>oblasti</w:t>
      </w:r>
      <w:proofErr w:type="spellEnd"/>
      <w:r w:rsidRPr="00F41DE6">
        <w:rPr>
          <w:sz w:val="24"/>
          <w:szCs w:val="24"/>
        </w:rPr>
        <w:t xml:space="preserve"> </w:t>
      </w:r>
      <w:proofErr w:type="spellStart"/>
      <w:r w:rsidRPr="00F41DE6">
        <w:rPr>
          <w:sz w:val="24"/>
          <w:szCs w:val="24"/>
        </w:rPr>
        <w:t>onovativního</w:t>
      </w:r>
      <w:proofErr w:type="spellEnd"/>
      <w:r w:rsidRPr="00F41DE6">
        <w:rPr>
          <w:sz w:val="24"/>
          <w:szCs w:val="24"/>
        </w:rPr>
        <w:t xml:space="preserve"> </w:t>
      </w:r>
      <w:proofErr w:type="spellStart"/>
      <w:r w:rsidRPr="00F41DE6">
        <w:rPr>
          <w:sz w:val="24"/>
          <w:szCs w:val="24"/>
        </w:rPr>
        <w:t>vzdělávání</w:t>
      </w:r>
      <w:proofErr w:type="spellEnd"/>
    </w:p>
    <w:p w14:paraId="6B5B164B" w14:textId="6A07502A" w:rsidR="00AC5976" w:rsidRPr="00F41DE6" w:rsidRDefault="00AC5976" w:rsidP="00F41DE6">
      <w:pPr>
        <w:pStyle w:val="Odstavecseseznamem"/>
        <w:numPr>
          <w:ilvl w:val="0"/>
          <w:numId w:val="19"/>
        </w:numPr>
        <w:spacing w:after="120"/>
        <w:rPr>
          <w:sz w:val="24"/>
          <w:szCs w:val="24"/>
        </w:rPr>
      </w:pPr>
      <w:proofErr w:type="spellStart"/>
      <w:r>
        <w:rPr>
          <w:sz w:val="24"/>
          <w:szCs w:val="24"/>
        </w:rPr>
        <w:t>Zaměřit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vzdělávání</w:t>
      </w:r>
      <w:proofErr w:type="spellEnd"/>
      <w:r>
        <w:rPr>
          <w:sz w:val="24"/>
          <w:szCs w:val="24"/>
        </w:rPr>
        <w:t xml:space="preserve"> v </w:t>
      </w:r>
      <w:proofErr w:type="spellStart"/>
      <w:r>
        <w:rPr>
          <w:sz w:val="24"/>
          <w:szCs w:val="24"/>
        </w:rPr>
        <w:t>oblasti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logopedie</w:t>
      </w:r>
      <w:proofErr w:type="spellEnd"/>
    </w:p>
    <w:p w14:paraId="4890A5A2" w14:textId="77777777" w:rsidR="004A640F" w:rsidRDefault="004A640F" w:rsidP="004A640F">
      <w:pPr>
        <w:pStyle w:val="Nadpis2"/>
      </w:pPr>
      <w:proofErr w:type="spellStart"/>
      <w:r>
        <w:t>Řízení</w:t>
      </w:r>
      <w:proofErr w:type="spellEnd"/>
      <w:r>
        <w:t xml:space="preserve"> </w:t>
      </w:r>
      <w:proofErr w:type="spellStart"/>
      <w:r>
        <w:t>školy</w:t>
      </w:r>
      <w:proofErr w:type="spellEnd"/>
    </w:p>
    <w:p w14:paraId="702F107D" w14:textId="77777777" w:rsidR="004A640F" w:rsidRDefault="004A640F" w:rsidP="004A640F">
      <w:pPr>
        <w:spacing w:after="120"/>
        <w:rPr>
          <w:sz w:val="24"/>
          <w:szCs w:val="24"/>
        </w:rPr>
      </w:pPr>
      <w:proofErr w:type="spellStart"/>
      <w:r w:rsidRPr="00AC5976">
        <w:rPr>
          <w:sz w:val="24"/>
          <w:szCs w:val="24"/>
        </w:rPr>
        <w:t>Ředitelka</w:t>
      </w:r>
      <w:proofErr w:type="spellEnd"/>
      <w:r w:rsidRPr="00AC5976">
        <w:rPr>
          <w:sz w:val="24"/>
          <w:szCs w:val="24"/>
        </w:rPr>
        <w:t xml:space="preserve"> </w:t>
      </w:r>
      <w:proofErr w:type="spellStart"/>
      <w:r w:rsidRPr="00AC5976">
        <w:rPr>
          <w:sz w:val="24"/>
          <w:szCs w:val="24"/>
        </w:rPr>
        <w:t>školy</w:t>
      </w:r>
      <w:proofErr w:type="spellEnd"/>
      <w:r w:rsidRPr="00AC5976">
        <w:rPr>
          <w:sz w:val="24"/>
          <w:szCs w:val="24"/>
        </w:rPr>
        <w:t xml:space="preserve"> je </w:t>
      </w:r>
      <w:proofErr w:type="spellStart"/>
      <w:r w:rsidRPr="00AC5976">
        <w:rPr>
          <w:sz w:val="24"/>
          <w:szCs w:val="24"/>
        </w:rPr>
        <w:t>jmenována</w:t>
      </w:r>
      <w:proofErr w:type="spellEnd"/>
      <w:r w:rsidRPr="00AC5976">
        <w:rPr>
          <w:sz w:val="24"/>
          <w:szCs w:val="24"/>
        </w:rPr>
        <w:t xml:space="preserve"> </w:t>
      </w:r>
      <w:proofErr w:type="spellStart"/>
      <w:r w:rsidRPr="00AC5976">
        <w:rPr>
          <w:sz w:val="24"/>
          <w:szCs w:val="24"/>
        </w:rPr>
        <w:t>zřizovatelem</w:t>
      </w:r>
      <w:proofErr w:type="spellEnd"/>
      <w:r w:rsidRPr="00AC5976">
        <w:rPr>
          <w:sz w:val="24"/>
          <w:szCs w:val="24"/>
        </w:rPr>
        <w:t xml:space="preserve"> a </w:t>
      </w:r>
      <w:proofErr w:type="spellStart"/>
      <w:r w:rsidRPr="00AC5976">
        <w:rPr>
          <w:sz w:val="24"/>
          <w:szCs w:val="24"/>
        </w:rPr>
        <w:t>zajišťuje</w:t>
      </w:r>
      <w:proofErr w:type="spellEnd"/>
      <w:r w:rsidRPr="00AC5976">
        <w:rPr>
          <w:sz w:val="24"/>
          <w:szCs w:val="24"/>
        </w:rPr>
        <w:t xml:space="preserve"> </w:t>
      </w:r>
      <w:proofErr w:type="spellStart"/>
      <w:r w:rsidRPr="00AC5976">
        <w:rPr>
          <w:sz w:val="24"/>
          <w:szCs w:val="24"/>
        </w:rPr>
        <w:t>koncepční</w:t>
      </w:r>
      <w:proofErr w:type="spellEnd"/>
      <w:r w:rsidRPr="00AC5976">
        <w:rPr>
          <w:sz w:val="24"/>
          <w:szCs w:val="24"/>
        </w:rPr>
        <w:t xml:space="preserve"> </w:t>
      </w:r>
      <w:proofErr w:type="spellStart"/>
      <w:r w:rsidRPr="00AC5976">
        <w:rPr>
          <w:sz w:val="24"/>
          <w:szCs w:val="24"/>
        </w:rPr>
        <w:t>i</w:t>
      </w:r>
      <w:proofErr w:type="spellEnd"/>
      <w:r w:rsidRPr="00AC5976">
        <w:rPr>
          <w:sz w:val="24"/>
          <w:szCs w:val="24"/>
        </w:rPr>
        <w:t xml:space="preserve"> </w:t>
      </w:r>
      <w:proofErr w:type="spellStart"/>
      <w:r w:rsidRPr="00AC5976">
        <w:rPr>
          <w:sz w:val="24"/>
          <w:szCs w:val="24"/>
        </w:rPr>
        <w:t>každodenní</w:t>
      </w:r>
      <w:proofErr w:type="spellEnd"/>
      <w:r w:rsidRPr="00AC5976">
        <w:rPr>
          <w:sz w:val="24"/>
          <w:szCs w:val="24"/>
        </w:rPr>
        <w:t xml:space="preserve"> </w:t>
      </w:r>
      <w:proofErr w:type="spellStart"/>
      <w:r w:rsidRPr="00AC5976">
        <w:rPr>
          <w:sz w:val="24"/>
          <w:szCs w:val="24"/>
        </w:rPr>
        <w:t>vedení</w:t>
      </w:r>
      <w:proofErr w:type="spellEnd"/>
      <w:r w:rsidRPr="00AC5976">
        <w:rPr>
          <w:sz w:val="24"/>
          <w:szCs w:val="24"/>
        </w:rPr>
        <w:t xml:space="preserve"> </w:t>
      </w:r>
      <w:proofErr w:type="spellStart"/>
      <w:r w:rsidRPr="00AC5976">
        <w:rPr>
          <w:sz w:val="24"/>
          <w:szCs w:val="24"/>
        </w:rPr>
        <w:t>školy</w:t>
      </w:r>
      <w:proofErr w:type="spellEnd"/>
      <w:r w:rsidRPr="00AC5976">
        <w:rPr>
          <w:sz w:val="24"/>
          <w:szCs w:val="24"/>
        </w:rPr>
        <w:t xml:space="preserve">. </w:t>
      </w:r>
      <w:proofErr w:type="spellStart"/>
      <w:r w:rsidRPr="00AC5976">
        <w:rPr>
          <w:sz w:val="24"/>
          <w:szCs w:val="24"/>
        </w:rPr>
        <w:t>Škola</w:t>
      </w:r>
      <w:proofErr w:type="spellEnd"/>
      <w:r w:rsidRPr="00AC5976">
        <w:rPr>
          <w:sz w:val="24"/>
          <w:szCs w:val="24"/>
        </w:rPr>
        <w:t xml:space="preserve"> </w:t>
      </w:r>
      <w:proofErr w:type="spellStart"/>
      <w:r w:rsidRPr="00AC5976">
        <w:rPr>
          <w:sz w:val="24"/>
          <w:szCs w:val="24"/>
        </w:rPr>
        <w:t>má</w:t>
      </w:r>
      <w:proofErr w:type="spellEnd"/>
      <w:r w:rsidRPr="00AC5976">
        <w:rPr>
          <w:sz w:val="24"/>
          <w:szCs w:val="24"/>
        </w:rPr>
        <w:t xml:space="preserve"> </w:t>
      </w:r>
      <w:proofErr w:type="spellStart"/>
      <w:r w:rsidRPr="00AC5976">
        <w:rPr>
          <w:sz w:val="24"/>
          <w:szCs w:val="24"/>
        </w:rPr>
        <w:t>zástupkyni</w:t>
      </w:r>
      <w:proofErr w:type="spellEnd"/>
      <w:r w:rsidRPr="00AC5976">
        <w:rPr>
          <w:sz w:val="24"/>
          <w:szCs w:val="24"/>
        </w:rPr>
        <w:t xml:space="preserve"> </w:t>
      </w:r>
      <w:proofErr w:type="spellStart"/>
      <w:r w:rsidRPr="00AC5976">
        <w:rPr>
          <w:sz w:val="24"/>
          <w:szCs w:val="24"/>
        </w:rPr>
        <w:t>statutárního</w:t>
      </w:r>
      <w:proofErr w:type="spellEnd"/>
      <w:r w:rsidRPr="00AC5976">
        <w:rPr>
          <w:sz w:val="24"/>
          <w:szCs w:val="24"/>
        </w:rPr>
        <w:t xml:space="preserve"> </w:t>
      </w:r>
      <w:proofErr w:type="spellStart"/>
      <w:r w:rsidRPr="00AC5976">
        <w:rPr>
          <w:sz w:val="24"/>
          <w:szCs w:val="24"/>
        </w:rPr>
        <w:t>orgánu</w:t>
      </w:r>
      <w:proofErr w:type="spellEnd"/>
      <w:r w:rsidRPr="00AC5976">
        <w:rPr>
          <w:sz w:val="24"/>
          <w:szCs w:val="24"/>
        </w:rPr>
        <w:t xml:space="preserve"> a </w:t>
      </w:r>
      <w:proofErr w:type="spellStart"/>
      <w:r w:rsidRPr="00AC5976">
        <w:rPr>
          <w:sz w:val="24"/>
          <w:szCs w:val="24"/>
        </w:rPr>
        <w:t>pověřence</w:t>
      </w:r>
      <w:proofErr w:type="spellEnd"/>
      <w:r w:rsidRPr="00AC5976">
        <w:rPr>
          <w:sz w:val="24"/>
          <w:szCs w:val="24"/>
        </w:rPr>
        <w:t xml:space="preserve"> pro </w:t>
      </w:r>
      <w:proofErr w:type="spellStart"/>
      <w:r w:rsidRPr="00AC5976">
        <w:rPr>
          <w:sz w:val="24"/>
          <w:szCs w:val="24"/>
        </w:rPr>
        <w:t>ochranu</w:t>
      </w:r>
      <w:proofErr w:type="spellEnd"/>
      <w:r w:rsidRPr="00AC5976">
        <w:rPr>
          <w:sz w:val="24"/>
          <w:szCs w:val="24"/>
        </w:rPr>
        <w:t xml:space="preserve"> </w:t>
      </w:r>
      <w:proofErr w:type="spellStart"/>
      <w:r w:rsidRPr="00AC5976">
        <w:rPr>
          <w:sz w:val="24"/>
          <w:szCs w:val="24"/>
        </w:rPr>
        <w:t>osobních</w:t>
      </w:r>
      <w:proofErr w:type="spellEnd"/>
      <w:r w:rsidRPr="00AC5976">
        <w:rPr>
          <w:sz w:val="24"/>
          <w:szCs w:val="24"/>
        </w:rPr>
        <w:t xml:space="preserve"> </w:t>
      </w:r>
      <w:proofErr w:type="spellStart"/>
      <w:r w:rsidRPr="00AC5976">
        <w:rPr>
          <w:sz w:val="24"/>
          <w:szCs w:val="24"/>
        </w:rPr>
        <w:t>údajů</w:t>
      </w:r>
      <w:proofErr w:type="spellEnd"/>
      <w:r w:rsidRPr="00AC5976">
        <w:rPr>
          <w:sz w:val="24"/>
          <w:szCs w:val="24"/>
        </w:rPr>
        <w:t>.</w:t>
      </w:r>
      <w:r w:rsidRPr="00AC5976">
        <w:rPr>
          <w:sz w:val="24"/>
          <w:szCs w:val="24"/>
        </w:rPr>
        <w:br/>
      </w:r>
      <w:proofErr w:type="spellStart"/>
      <w:r w:rsidRPr="00AC5976">
        <w:rPr>
          <w:sz w:val="24"/>
          <w:szCs w:val="24"/>
        </w:rPr>
        <w:t>Důraz</w:t>
      </w:r>
      <w:proofErr w:type="spellEnd"/>
      <w:r w:rsidRPr="00AC5976">
        <w:rPr>
          <w:sz w:val="24"/>
          <w:szCs w:val="24"/>
        </w:rPr>
        <w:t xml:space="preserve"> je </w:t>
      </w:r>
      <w:proofErr w:type="spellStart"/>
      <w:r w:rsidRPr="00AC5976">
        <w:rPr>
          <w:sz w:val="24"/>
          <w:szCs w:val="24"/>
        </w:rPr>
        <w:t>kladen</w:t>
      </w:r>
      <w:proofErr w:type="spellEnd"/>
      <w:r w:rsidRPr="00AC5976">
        <w:rPr>
          <w:sz w:val="24"/>
          <w:szCs w:val="24"/>
        </w:rPr>
        <w:t xml:space="preserve"> </w:t>
      </w:r>
      <w:proofErr w:type="spellStart"/>
      <w:r w:rsidRPr="00AC5976">
        <w:rPr>
          <w:sz w:val="24"/>
          <w:szCs w:val="24"/>
        </w:rPr>
        <w:t>na</w:t>
      </w:r>
      <w:proofErr w:type="spellEnd"/>
      <w:r w:rsidRPr="00AC5976">
        <w:rPr>
          <w:sz w:val="24"/>
          <w:szCs w:val="24"/>
        </w:rPr>
        <w:t xml:space="preserve"> </w:t>
      </w:r>
      <w:proofErr w:type="spellStart"/>
      <w:r w:rsidRPr="00AC5976">
        <w:rPr>
          <w:sz w:val="24"/>
          <w:szCs w:val="24"/>
        </w:rPr>
        <w:t>týmovou</w:t>
      </w:r>
      <w:proofErr w:type="spellEnd"/>
      <w:r w:rsidRPr="00AC5976">
        <w:rPr>
          <w:sz w:val="24"/>
          <w:szCs w:val="24"/>
        </w:rPr>
        <w:t xml:space="preserve"> </w:t>
      </w:r>
      <w:proofErr w:type="spellStart"/>
      <w:r w:rsidRPr="00AC5976">
        <w:rPr>
          <w:sz w:val="24"/>
          <w:szCs w:val="24"/>
        </w:rPr>
        <w:t>spolupráci</w:t>
      </w:r>
      <w:proofErr w:type="spellEnd"/>
      <w:r w:rsidRPr="00AC5976">
        <w:rPr>
          <w:sz w:val="24"/>
          <w:szCs w:val="24"/>
        </w:rPr>
        <w:t xml:space="preserve">, </w:t>
      </w:r>
      <w:proofErr w:type="spellStart"/>
      <w:r w:rsidRPr="00AC5976">
        <w:rPr>
          <w:sz w:val="24"/>
          <w:szCs w:val="24"/>
        </w:rPr>
        <w:t>sdílení</w:t>
      </w:r>
      <w:proofErr w:type="spellEnd"/>
      <w:r w:rsidRPr="00AC5976">
        <w:rPr>
          <w:sz w:val="24"/>
          <w:szCs w:val="24"/>
        </w:rPr>
        <w:t xml:space="preserve"> </w:t>
      </w:r>
      <w:proofErr w:type="spellStart"/>
      <w:r w:rsidRPr="00AC5976">
        <w:rPr>
          <w:sz w:val="24"/>
          <w:szCs w:val="24"/>
        </w:rPr>
        <w:t>informací</w:t>
      </w:r>
      <w:proofErr w:type="spellEnd"/>
      <w:r w:rsidRPr="00AC5976">
        <w:rPr>
          <w:sz w:val="24"/>
          <w:szCs w:val="24"/>
        </w:rPr>
        <w:t xml:space="preserve"> </w:t>
      </w:r>
      <w:proofErr w:type="gramStart"/>
      <w:r w:rsidRPr="00AC5976">
        <w:rPr>
          <w:sz w:val="24"/>
          <w:szCs w:val="24"/>
        </w:rPr>
        <w:t>a</w:t>
      </w:r>
      <w:proofErr w:type="gramEnd"/>
      <w:r w:rsidRPr="00AC5976">
        <w:rPr>
          <w:sz w:val="24"/>
          <w:szCs w:val="24"/>
        </w:rPr>
        <w:t xml:space="preserve"> </w:t>
      </w:r>
      <w:proofErr w:type="spellStart"/>
      <w:r w:rsidRPr="00AC5976">
        <w:rPr>
          <w:sz w:val="24"/>
          <w:szCs w:val="24"/>
        </w:rPr>
        <w:t>otevřenou</w:t>
      </w:r>
      <w:proofErr w:type="spellEnd"/>
      <w:r w:rsidRPr="00AC5976">
        <w:rPr>
          <w:sz w:val="24"/>
          <w:szCs w:val="24"/>
        </w:rPr>
        <w:t xml:space="preserve"> </w:t>
      </w:r>
      <w:proofErr w:type="spellStart"/>
      <w:r w:rsidRPr="00AC5976">
        <w:rPr>
          <w:sz w:val="24"/>
          <w:szCs w:val="24"/>
        </w:rPr>
        <w:t>komunikaci</w:t>
      </w:r>
      <w:proofErr w:type="spellEnd"/>
      <w:r w:rsidRPr="00AC5976">
        <w:rPr>
          <w:sz w:val="24"/>
          <w:szCs w:val="24"/>
        </w:rPr>
        <w:t xml:space="preserve"> </w:t>
      </w:r>
      <w:proofErr w:type="spellStart"/>
      <w:r w:rsidRPr="00AC5976">
        <w:rPr>
          <w:sz w:val="24"/>
          <w:szCs w:val="24"/>
        </w:rPr>
        <w:t>mezi</w:t>
      </w:r>
      <w:proofErr w:type="spellEnd"/>
      <w:r w:rsidRPr="00AC5976">
        <w:rPr>
          <w:sz w:val="24"/>
          <w:szCs w:val="24"/>
        </w:rPr>
        <w:t xml:space="preserve"> </w:t>
      </w:r>
      <w:proofErr w:type="spellStart"/>
      <w:r w:rsidRPr="00AC5976">
        <w:rPr>
          <w:sz w:val="24"/>
          <w:szCs w:val="24"/>
        </w:rPr>
        <w:t>zaměstnanci</w:t>
      </w:r>
      <w:proofErr w:type="spellEnd"/>
      <w:r w:rsidRPr="00AC5976">
        <w:rPr>
          <w:sz w:val="24"/>
          <w:szCs w:val="24"/>
        </w:rPr>
        <w:t xml:space="preserve">. </w:t>
      </w:r>
      <w:proofErr w:type="spellStart"/>
      <w:r w:rsidRPr="00AC5976">
        <w:rPr>
          <w:sz w:val="24"/>
          <w:szCs w:val="24"/>
        </w:rPr>
        <w:t>Pravidelné</w:t>
      </w:r>
      <w:proofErr w:type="spellEnd"/>
      <w:r w:rsidRPr="00AC5976">
        <w:rPr>
          <w:sz w:val="24"/>
          <w:szCs w:val="24"/>
        </w:rPr>
        <w:t xml:space="preserve"> </w:t>
      </w:r>
      <w:proofErr w:type="spellStart"/>
      <w:r w:rsidRPr="00AC5976">
        <w:rPr>
          <w:sz w:val="24"/>
          <w:szCs w:val="24"/>
        </w:rPr>
        <w:t>porady</w:t>
      </w:r>
      <w:proofErr w:type="spellEnd"/>
      <w:r w:rsidRPr="00AC5976">
        <w:rPr>
          <w:sz w:val="24"/>
          <w:szCs w:val="24"/>
        </w:rPr>
        <w:t xml:space="preserve"> se </w:t>
      </w:r>
      <w:proofErr w:type="spellStart"/>
      <w:r w:rsidRPr="00AC5976">
        <w:rPr>
          <w:sz w:val="24"/>
          <w:szCs w:val="24"/>
        </w:rPr>
        <w:t>konají</w:t>
      </w:r>
      <w:proofErr w:type="spellEnd"/>
      <w:r w:rsidRPr="00AC5976">
        <w:rPr>
          <w:sz w:val="24"/>
          <w:szCs w:val="24"/>
        </w:rPr>
        <w:t xml:space="preserve"> </w:t>
      </w:r>
      <w:proofErr w:type="spellStart"/>
      <w:r w:rsidRPr="00AC5976">
        <w:rPr>
          <w:sz w:val="24"/>
          <w:szCs w:val="24"/>
        </w:rPr>
        <w:t>dle</w:t>
      </w:r>
      <w:proofErr w:type="spellEnd"/>
      <w:r w:rsidRPr="00AC5976">
        <w:rPr>
          <w:sz w:val="24"/>
          <w:szCs w:val="24"/>
        </w:rPr>
        <w:t xml:space="preserve"> </w:t>
      </w:r>
      <w:proofErr w:type="spellStart"/>
      <w:r w:rsidRPr="00AC5976">
        <w:rPr>
          <w:sz w:val="24"/>
          <w:szCs w:val="24"/>
        </w:rPr>
        <w:t>potřeby</w:t>
      </w:r>
      <w:proofErr w:type="spellEnd"/>
      <w:r w:rsidRPr="00AC5976">
        <w:rPr>
          <w:sz w:val="24"/>
          <w:szCs w:val="24"/>
        </w:rPr>
        <w:t xml:space="preserve"> a </w:t>
      </w:r>
      <w:proofErr w:type="spellStart"/>
      <w:r w:rsidRPr="00AC5976">
        <w:rPr>
          <w:sz w:val="24"/>
          <w:szCs w:val="24"/>
        </w:rPr>
        <w:t>mají</w:t>
      </w:r>
      <w:proofErr w:type="spellEnd"/>
      <w:r w:rsidRPr="00AC5976">
        <w:rPr>
          <w:sz w:val="24"/>
          <w:szCs w:val="24"/>
        </w:rPr>
        <w:t xml:space="preserve"> </w:t>
      </w:r>
      <w:proofErr w:type="spellStart"/>
      <w:r w:rsidRPr="00AC5976">
        <w:rPr>
          <w:sz w:val="24"/>
          <w:szCs w:val="24"/>
        </w:rPr>
        <w:t>spíše</w:t>
      </w:r>
      <w:proofErr w:type="spellEnd"/>
      <w:r w:rsidRPr="00AC5976">
        <w:rPr>
          <w:sz w:val="24"/>
          <w:szCs w:val="24"/>
        </w:rPr>
        <w:t xml:space="preserve"> </w:t>
      </w:r>
      <w:proofErr w:type="spellStart"/>
      <w:r w:rsidRPr="00AC5976">
        <w:rPr>
          <w:sz w:val="24"/>
          <w:szCs w:val="24"/>
        </w:rPr>
        <w:t>koordinační</w:t>
      </w:r>
      <w:proofErr w:type="spellEnd"/>
      <w:r w:rsidRPr="00AC5976">
        <w:rPr>
          <w:sz w:val="24"/>
          <w:szCs w:val="24"/>
        </w:rPr>
        <w:t xml:space="preserve"> a </w:t>
      </w:r>
      <w:proofErr w:type="spellStart"/>
      <w:r w:rsidRPr="00AC5976">
        <w:rPr>
          <w:sz w:val="24"/>
          <w:szCs w:val="24"/>
        </w:rPr>
        <w:t>sdílecí</w:t>
      </w:r>
      <w:proofErr w:type="spellEnd"/>
      <w:r w:rsidRPr="00AC5976">
        <w:rPr>
          <w:sz w:val="24"/>
          <w:szCs w:val="24"/>
        </w:rPr>
        <w:t xml:space="preserve"> </w:t>
      </w:r>
      <w:proofErr w:type="spellStart"/>
      <w:r w:rsidRPr="00AC5976">
        <w:rPr>
          <w:sz w:val="24"/>
          <w:szCs w:val="24"/>
        </w:rPr>
        <w:t>charakter</w:t>
      </w:r>
      <w:proofErr w:type="spellEnd"/>
      <w:r w:rsidRPr="00AC5976">
        <w:rPr>
          <w:sz w:val="24"/>
          <w:szCs w:val="24"/>
        </w:rPr>
        <w:t xml:space="preserve">. </w:t>
      </w:r>
      <w:proofErr w:type="spellStart"/>
      <w:r w:rsidRPr="00AC5976">
        <w:rPr>
          <w:sz w:val="24"/>
          <w:szCs w:val="24"/>
        </w:rPr>
        <w:t>Rozvoj</w:t>
      </w:r>
      <w:proofErr w:type="spellEnd"/>
      <w:r w:rsidRPr="00AC5976">
        <w:rPr>
          <w:sz w:val="24"/>
          <w:szCs w:val="24"/>
        </w:rPr>
        <w:t xml:space="preserve"> </w:t>
      </w:r>
      <w:proofErr w:type="spellStart"/>
      <w:r w:rsidRPr="00AC5976">
        <w:rPr>
          <w:sz w:val="24"/>
          <w:szCs w:val="24"/>
        </w:rPr>
        <w:t>ředitelky</w:t>
      </w:r>
      <w:proofErr w:type="spellEnd"/>
      <w:r w:rsidRPr="00AC5976">
        <w:rPr>
          <w:sz w:val="24"/>
          <w:szCs w:val="24"/>
        </w:rPr>
        <w:t xml:space="preserve"> v </w:t>
      </w:r>
      <w:proofErr w:type="spellStart"/>
      <w:r w:rsidRPr="00AC5976">
        <w:rPr>
          <w:sz w:val="24"/>
          <w:szCs w:val="24"/>
        </w:rPr>
        <w:t>oblasti</w:t>
      </w:r>
      <w:proofErr w:type="spellEnd"/>
      <w:r w:rsidRPr="00AC5976">
        <w:rPr>
          <w:sz w:val="24"/>
          <w:szCs w:val="24"/>
        </w:rPr>
        <w:t xml:space="preserve"> </w:t>
      </w:r>
      <w:proofErr w:type="spellStart"/>
      <w:r w:rsidRPr="00AC5976">
        <w:rPr>
          <w:sz w:val="24"/>
          <w:szCs w:val="24"/>
        </w:rPr>
        <w:t>řízení</w:t>
      </w:r>
      <w:proofErr w:type="spellEnd"/>
      <w:r w:rsidRPr="00AC5976">
        <w:rPr>
          <w:sz w:val="24"/>
          <w:szCs w:val="24"/>
        </w:rPr>
        <w:t xml:space="preserve"> a </w:t>
      </w:r>
      <w:proofErr w:type="spellStart"/>
      <w:r w:rsidRPr="00AC5976">
        <w:rPr>
          <w:sz w:val="24"/>
          <w:szCs w:val="24"/>
        </w:rPr>
        <w:t>práva</w:t>
      </w:r>
      <w:proofErr w:type="spellEnd"/>
      <w:r w:rsidRPr="00AC5976">
        <w:rPr>
          <w:sz w:val="24"/>
          <w:szCs w:val="24"/>
        </w:rPr>
        <w:t xml:space="preserve"> </w:t>
      </w:r>
      <w:proofErr w:type="spellStart"/>
      <w:r w:rsidRPr="00AC5976">
        <w:rPr>
          <w:sz w:val="24"/>
          <w:szCs w:val="24"/>
        </w:rPr>
        <w:t>probíhá</w:t>
      </w:r>
      <w:proofErr w:type="spellEnd"/>
      <w:r w:rsidRPr="00AC5976">
        <w:rPr>
          <w:sz w:val="24"/>
          <w:szCs w:val="24"/>
        </w:rPr>
        <w:t xml:space="preserve"> </w:t>
      </w:r>
      <w:proofErr w:type="spellStart"/>
      <w:r w:rsidRPr="00AC5976">
        <w:rPr>
          <w:sz w:val="24"/>
          <w:szCs w:val="24"/>
        </w:rPr>
        <w:t>formou</w:t>
      </w:r>
      <w:proofErr w:type="spellEnd"/>
      <w:r w:rsidRPr="00AC5976">
        <w:rPr>
          <w:sz w:val="24"/>
          <w:szCs w:val="24"/>
        </w:rPr>
        <w:t xml:space="preserve"> </w:t>
      </w:r>
      <w:proofErr w:type="spellStart"/>
      <w:r w:rsidRPr="00AC5976">
        <w:rPr>
          <w:sz w:val="24"/>
          <w:szCs w:val="24"/>
        </w:rPr>
        <w:t>dalšího</w:t>
      </w:r>
      <w:proofErr w:type="spellEnd"/>
      <w:r w:rsidRPr="00AC5976">
        <w:rPr>
          <w:sz w:val="24"/>
          <w:szCs w:val="24"/>
        </w:rPr>
        <w:t xml:space="preserve"> </w:t>
      </w:r>
      <w:proofErr w:type="spellStart"/>
      <w:r w:rsidRPr="00AC5976">
        <w:rPr>
          <w:sz w:val="24"/>
          <w:szCs w:val="24"/>
        </w:rPr>
        <w:t>vzdělávání</w:t>
      </w:r>
      <w:proofErr w:type="spellEnd"/>
      <w:r w:rsidRPr="00AC5976">
        <w:rPr>
          <w:sz w:val="24"/>
          <w:szCs w:val="24"/>
        </w:rPr>
        <w:t>.</w:t>
      </w:r>
    </w:p>
    <w:p w14:paraId="34D23327" w14:textId="24D99E64" w:rsidR="007E750C" w:rsidRPr="00D6145F" w:rsidRDefault="007E750C" w:rsidP="004A640F">
      <w:pPr>
        <w:spacing w:after="120"/>
        <w:rPr>
          <w:i/>
          <w:iCs/>
          <w:sz w:val="24"/>
          <w:szCs w:val="24"/>
        </w:rPr>
      </w:pPr>
      <w:proofErr w:type="spellStart"/>
      <w:r w:rsidRPr="00D6145F">
        <w:rPr>
          <w:i/>
          <w:iCs/>
          <w:sz w:val="24"/>
          <w:szCs w:val="24"/>
        </w:rPr>
        <w:t>Záměry</w:t>
      </w:r>
      <w:proofErr w:type="spellEnd"/>
      <w:r w:rsidRPr="00D6145F">
        <w:rPr>
          <w:i/>
          <w:iCs/>
          <w:sz w:val="24"/>
          <w:szCs w:val="24"/>
        </w:rPr>
        <w:t>:</w:t>
      </w:r>
    </w:p>
    <w:p w14:paraId="0AEB0F2F" w14:textId="0A16088B" w:rsidR="007E750C" w:rsidRPr="00D6145F" w:rsidRDefault="007E750C" w:rsidP="007E750C">
      <w:pPr>
        <w:pStyle w:val="Odstavecseseznamem"/>
        <w:numPr>
          <w:ilvl w:val="0"/>
          <w:numId w:val="19"/>
        </w:numPr>
        <w:spacing w:after="120"/>
        <w:rPr>
          <w:i/>
          <w:iCs/>
          <w:sz w:val="24"/>
          <w:szCs w:val="24"/>
        </w:rPr>
      </w:pPr>
      <w:proofErr w:type="spellStart"/>
      <w:r w:rsidRPr="00D6145F">
        <w:rPr>
          <w:i/>
          <w:iCs/>
          <w:sz w:val="24"/>
          <w:szCs w:val="24"/>
        </w:rPr>
        <w:t>Absolvování</w:t>
      </w:r>
      <w:proofErr w:type="spellEnd"/>
      <w:r w:rsidRPr="00D6145F">
        <w:rPr>
          <w:i/>
          <w:iCs/>
          <w:sz w:val="24"/>
          <w:szCs w:val="24"/>
        </w:rPr>
        <w:t xml:space="preserve"> </w:t>
      </w:r>
      <w:proofErr w:type="spellStart"/>
      <w:r w:rsidRPr="00D6145F">
        <w:rPr>
          <w:i/>
          <w:iCs/>
          <w:sz w:val="24"/>
          <w:szCs w:val="24"/>
        </w:rPr>
        <w:t>rozšiřujících</w:t>
      </w:r>
      <w:proofErr w:type="spellEnd"/>
      <w:r w:rsidRPr="00D6145F">
        <w:rPr>
          <w:i/>
          <w:iCs/>
          <w:sz w:val="24"/>
          <w:szCs w:val="24"/>
        </w:rPr>
        <w:t xml:space="preserve"> </w:t>
      </w:r>
      <w:proofErr w:type="spellStart"/>
      <w:r w:rsidRPr="00D6145F">
        <w:rPr>
          <w:i/>
          <w:iCs/>
          <w:sz w:val="24"/>
          <w:szCs w:val="24"/>
        </w:rPr>
        <w:t>kurzů</w:t>
      </w:r>
      <w:proofErr w:type="spellEnd"/>
      <w:r w:rsidRPr="00D6145F">
        <w:rPr>
          <w:i/>
          <w:iCs/>
          <w:sz w:val="24"/>
          <w:szCs w:val="24"/>
        </w:rPr>
        <w:t xml:space="preserve"> </w:t>
      </w:r>
      <w:r w:rsidR="00D6145F" w:rsidRPr="00D6145F">
        <w:rPr>
          <w:i/>
          <w:iCs/>
          <w:sz w:val="24"/>
          <w:szCs w:val="24"/>
        </w:rPr>
        <w:t xml:space="preserve">v </w:t>
      </w:r>
      <w:proofErr w:type="spellStart"/>
      <w:r w:rsidR="00D6145F" w:rsidRPr="00D6145F">
        <w:rPr>
          <w:i/>
          <w:iCs/>
          <w:sz w:val="24"/>
          <w:szCs w:val="24"/>
        </w:rPr>
        <w:t>rámci</w:t>
      </w:r>
      <w:proofErr w:type="spellEnd"/>
      <w:r w:rsidR="00D6145F" w:rsidRPr="00D6145F">
        <w:rPr>
          <w:i/>
          <w:iCs/>
          <w:sz w:val="24"/>
          <w:szCs w:val="24"/>
        </w:rPr>
        <w:t xml:space="preserve"> DVPP</w:t>
      </w:r>
    </w:p>
    <w:p w14:paraId="5898870A" w14:textId="77777777" w:rsidR="004A640F" w:rsidRDefault="004A640F" w:rsidP="004A640F">
      <w:pPr>
        <w:pStyle w:val="Nadpis1"/>
      </w:pPr>
      <w:r>
        <w:t xml:space="preserve">Podpora </w:t>
      </w:r>
      <w:proofErr w:type="spellStart"/>
      <w:r>
        <w:t>vzdělávání</w:t>
      </w:r>
      <w:proofErr w:type="spellEnd"/>
      <w:r>
        <w:t xml:space="preserve"> </w:t>
      </w:r>
      <w:proofErr w:type="spellStart"/>
      <w:r>
        <w:t>specifických</w:t>
      </w:r>
      <w:proofErr w:type="spellEnd"/>
      <w:r>
        <w:t xml:space="preserve"> </w:t>
      </w:r>
      <w:proofErr w:type="spellStart"/>
      <w:r>
        <w:t>skupin</w:t>
      </w:r>
      <w:proofErr w:type="spellEnd"/>
      <w:r>
        <w:t xml:space="preserve"> </w:t>
      </w:r>
      <w:proofErr w:type="spellStart"/>
      <w:r>
        <w:t>dětí</w:t>
      </w:r>
      <w:proofErr w:type="spellEnd"/>
    </w:p>
    <w:p w14:paraId="6E817FBE" w14:textId="77777777" w:rsidR="004A640F" w:rsidRDefault="004A640F" w:rsidP="004A640F">
      <w:pPr>
        <w:pStyle w:val="Nadpis2"/>
      </w:pPr>
      <w:proofErr w:type="spellStart"/>
      <w:r>
        <w:t>Děti</w:t>
      </w:r>
      <w:proofErr w:type="spellEnd"/>
      <w:r>
        <w:t xml:space="preserve"> se </w:t>
      </w:r>
      <w:proofErr w:type="spellStart"/>
      <w:r>
        <w:t>speciálními</w:t>
      </w:r>
      <w:proofErr w:type="spellEnd"/>
      <w:r>
        <w:t xml:space="preserve"> </w:t>
      </w:r>
      <w:proofErr w:type="spellStart"/>
      <w:r>
        <w:t>vzdělávacími</w:t>
      </w:r>
      <w:proofErr w:type="spellEnd"/>
      <w:r>
        <w:t xml:space="preserve"> </w:t>
      </w:r>
      <w:proofErr w:type="spellStart"/>
      <w:r>
        <w:t>potřebami</w:t>
      </w:r>
      <w:proofErr w:type="spellEnd"/>
    </w:p>
    <w:p w14:paraId="790E988D" w14:textId="77777777" w:rsidR="004A640F" w:rsidRPr="00D6145F" w:rsidRDefault="004A640F" w:rsidP="004A640F">
      <w:pPr>
        <w:spacing w:after="120"/>
        <w:rPr>
          <w:sz w:val="24"/>
          <w:szCs w:val="24"/>
        </w:rPr>
      </w:pPr>
      <w:proofErr w:type="spellStart"/>
      <w:r w:rsidRPr="00D6145F">
        <w:rPr>
          <w:sz w:val="24"/>
          <w:szCs w:val="24"/>
        </w:rPr>
        <w:t>Vzdělávání</w:t>
      </w:r>
      <w:proofErr w:type="spellEnd"/>
      <w:r w:rsidRPr="00D6145F">
        <w:rPr>
          <w:sz w:val="24"/>
          <w:szCs w:val="24"/>
        </w:rPr>
        <w:t xml:space="preserve"> </w:t>
      </w:r>
      <w:proofErr w:type="spellStart"/>
      <w:r w:rsidRPr="00D6145F">
        <w:rPr>
          <w:sz w:val="24"/>
          <w:szCs w:val="24"/>
        </w:rPr>
        <w:t>dětí</w:t>
      </w:r>
      <w:proofErr w:type="spellEnd"/>
      <w:r w:rsidRPr="00D6145F">
        <w:rPr>
          <w:sz w:val="24"/>
          <w:szCs w:val="24"/>
        </w:rPr>
        <w:t xml:space="preserve"> se SVP je </w:t>
      </w:r>
      <w:proofErr w:type="spellStart"/>
      <w:r w:rsidRPr="00D6145F">
        <w:rPr>
          <w:sz w:val="24"/>
          <w:szCs w:val="24"/>
        </w:rPr>
        <w:t>postaveno</w:t>
      </w:r>
      <w:proofErr w:type="spellEnd"/>
      <w:r w:rsidRPr="00D6145F">
        <w:rPr>
          <w:sz w:val="24"/>
          <w:szCs w:val="24"/>
        </w:rPr>
        <w:t xml:space="preserve"> </w:t>
      </w:r>
      <w:proofErr w:type="spellStart"/>
      <w:r w:rsidRPr="00D6145F">
        <w:rPr>
          <w:sz w:val="24"/>
          <w:szCs w:val="24"/>
        </w:rPr>
        <w:t>na</w:t>
      </w:r>
      <w:proofErr w:type="spellEnd"/>
      <w:r w:rsidRPr="00D6145F">
        <w:rPr>
          <w:sz w:val="24"/>
          <w:szCs w:val="24"/>
        </w:rPr>
        <w:t xml:space="preserve"> </w:t>
      </w:r>
      <w:proofErr w:type="spellStart"/>
      <w:r w:rsidRPr="00D6145F">
        <w:rPr>
          <w:sz w:val="24"/>
          <w:szCs w:val="24"/>
        </w:rPr>
        <w:t>individuálním</w:t>
      </w:r>
      <w:proofErr w:type="spellEnd"/>
      <w:r w:rsidRPr="00D6145F">
        <w:rPr>
          <w:sz w:val="24"/>
          <w:szCs w:val="24"/>
        </w:rPr>
        <w:t xml:space="preserve"> </w:t>
      </w:r>
      <w:proofErr w:type="spellStart"/>
      <w:r w:rsidRPr="00D6145F">
        <w:rPr>
          <w:sz w:val="24"/>
          <w:szCs w:val="24"/>
        </w:rPr>
        <w:t>přístupu</w:t>
      </w:r>
      <w:proofErr w:type="spellEnd"/>
      <w:r w:rsidRPr="00D6145F">
        <w:rPr>
          <w:sz w:val="24"/>
          <w:szCs w:val="24"/>
        </w:rPr>
        <w:t xml:space="preserve">, </w:t>
      </w:r>
      <w:proofErr w:type="spellStart"/>
      <w:r w:rsidRPr="00D6145F">
        <w:rPr>
          <w:sz w:val="24"/>
          <w:szCs w:val="24"/>
        </w:rPr>
        <w:t>úzké</w:t>
      </w:r>
      <w:proofErr w:type="spellEnd"/>
      <w:r w:rsidRPr="00D6145F">
        <w:rPr>
          <w:sz w:val="24"/>
          <w:szCs w:val="24"/>
        </w:rPr>
        <w:t xml:space="preserve"> </w:t>
      </w:r>
      <w:proofErr w:type="spellStart"/>
      <w:r w:rsidRPr="00D6145F">
        <w:rPr>
          <w:sz w:val="24"/>
          <w:szCs w:val="24"/>
        </w:rPr>
        <w:t>spolupráci</w:t>
      </w:r>
      <w:proofErr w:type="spellEnd"/>
      <w:r w:rsidRPr="00D6145F">
        <w:rPr>
          <w:sz w:val="24"/>
          <w:szCs w:val="24"/>
        </w:rPr>
        <w:t xml:space="preserve"> s </w:t>
      </w:r>
      <w:proofErr w:type="spellStart"/>
      <w:r w:rsidRPr="00D6145F">
        <w:rPr>
          <w:sz w:val="24"/>
          <w:szCs w:val="24"/>
        </w:rPr>
        <w:t>rodiči</w:t>
      </w:r>
      <w:proofErr w:type="spellEnd"/>
      <w:r w:rsidRPr="00D6145F">
        <w:rPr>
          <w:sz w:val="24"/>
          <w:szCs w:val="24"/>
        </w:rPr>
        <w:t xml:space="preserve"> </w:t>
      </w:r>
      <w:proofErr w:type="gramStart"/>
      <w:r w:rsidRPr="00D6145F">
        <w:rPr>
          <w:sz w:val="24"/>
          <w:szCs w:val="24"/>
        </w:rPr>
        <w:t>a</w:t>
      </w:r>
      <w:proofErr w:type="gramEnd"/>
      <w:r w:rsidRPr="00D6145F">
        <w:rPr>
          <w:sz w:val="24"/>
          <w:szCs w:val="24"/>
        </w:rPr>
        <w:t xml:space="preserve"> </w:t>
      </w:r>
      <w:proofErr w:type="spellStart"/>
      <w:r w:rsidRPr="00D6145F">
        <w:rPr>
          <w:sz w:val="24"/>
          <w:szCs w:val="24"/>
        </w:rPr>
        <w:t>externími</w:t>
      </w:r>
      <w:proofErr w:type="spellEnd"/>
      <w:r w:rsidRPr="00D6145F">
        <w:rPr>
          <w:sz w:val="24"/>
          <w:szCs w:val="24"/>
        </w:rPr>
        <w:t xml:space="preserve"> </w:t>
      </w:r>
      <w:proofErr w:type="spellStart"/>
      <w:r w:rsidRPr="00D6145F">
        <w:rPr>
          <w:sz w:val="24"/>
          <w:szCs w:val="24"/>
        </w:rPr>
        <w:t>poradenskými</w:t>
      </w:r>
      <w:proofErr w:type="spellEnd"/>
      <w:r w:rsidRPr="00D6145F">
        <w:rPr>
          <w:sz w:val="24"/>
          <w:szCs w:val="24"/>
        </w:rPr>
        <w:t xml:space="preserve"> </w:t>
      </w:r>
      <w:proofErr w:type="spellStart"/>
      <w:r w:rsidRPr="00D6145F">
        <w:rPr>
          <w:sz w:val="24"/>
          <w:szCs w:val="24"/>
        </w:rPr>
        <w:t>pracovišti</w:t>
      </w:r>
      <w:proofErr w:type="spellEnd"/>
      <w:r w:rsidRPr="00D6145F">
        <w:rPr>
          <w:sz w:val="24"/>
          <w:szCs w:val="24"/>
        </w:rPr>
        <w:t xml:space="preserve"> (PPP, SPC). Na </w:t>
      </w:r>
      <w:proofErr w:type="spellStart"/>
      <w:r w:rsidRPr="00D6145F">
        <w:rPr>
          <w:sz w:val="24"/>
          <w:szCs w:val="24"/>
        </w:rPr>
        <w:t>základě</w:t>
      </w:r>
      <w:proofErr w:type="spellEnd"/>
      <w:r w:rsidRPr="00D6145F">
        <w:rPr>
          <w:sz w:val="24"/>
          <w:szCs w:val="24"/>
        </w:rPr>
        <w:t xml:space="preserve"> </w:t>
      </w:r>
      <w:proofErr w:type="spellStart"/>
      <w:r w:rsidRPr="00D6145F">
        <w:rPr>
          <w:sz w:val="24"/>
          <w:szCs w:val="24"/>
        </w:rPr>
        <w:t>pedagogické</w:t>
      </w:r>
      <w:proofErr w:type="spellEnd"/>
      <w:r w:rsidRPr="00D6145F">
        <w:rPr>
          <w:sz w:val="24"/>
          <w:szCs w:val="24"/>
        </w:rPr>
        <w:t xml:space="preserve"> </w:t>
      </w:r>
      <w:proofErr w:type="spellStart"/>
      <w:r w:rsidRPr="00D6145F">
        <w:rPr>
          <w:sz w:val="24"/>
          <w:szCs w:val="24"/>
        </w:rPr>
        <w:t>diagnostiky</w:t>
      </w:r>
      <w:proofErr w:type="spellEnd"/>
      <w:r w:rsidRPr="00D6145F">
        <w:rPr>
          <w:sz w:val="24"/>
          <w:szCs w:val="24"/>
        </w:rPr>
        <w:t xml:space="preserve"> a </w:t>
      </w:r>
      <w:proofErr w:type="spellStart"/>
      <w:r w:rsidRPr="00D6145F">
        <w:rPr>
          <w:sz w:val="24"/>
          <w:szCs w:val="24"/>
        </w:rPr>
        <w:t>doporučení</w:t>
      </w:r>
      <w:proofErr w:type="spellEnd"/>
      <w:r w:rsidRPr="00D6145F">
        <w:rPr>
          <w:sz w:val="24"/>
          <w:szCs w:val="24"/>
        </w:rPr>
        <w:t xml:space="preserve"> </w:t>
      </w:r>
      <w:proofErr w:type="spellStart"/>
      <w:r w:rsidRPr="00D6145F">
        <w:rPr>
          <w:sz w:val="24"/>
          <w:szCs w:val="24"/>
        </w:rPr>
        <w:t>odborníků</w:t>
      </w:r>
      <w:proofErr w:type="spellEnd"/>
      <w:r w:rsidRPr="00D6145F">
        <w:rPr>
          <w:sz w:val="24"/>
          <w:szCs w:val="24"/>
        </w:rPr>
        <w:t xml:space="preserve"> </w:t>
      </w:r>
      <w:proofErr w:type="spellStart"/>
      <w:r w:rsidRPr="00D6145F">
        <w:rPr>
          <w:sz w:val="24"/>
          <w:szCs w:val="24"/>
        </w:rPr>
        <w:t>vytváříme</w:t>
      </w:r>
      <w:proofErr w:type="spellEnd"/>
      <w:r w:rsidRPr="00D6145F">
        <w:rPr>
          <w:sz w:val="24"/>
          <w:szCs w:val="24"/>
        </w:rPr>
        <w:t xml:space="preserve"> </w:t>
      </w:r>
      <w:proofErr w:type="spellStart"/>
      <w:r w:rsidRPr="00D6145F">
        <w:rPr>
          <w:sz w:val="24"/>
          <w:szCs w:val="24"/>
        </w:rPr>
        <w:t>plán</w:t>
      </w:r>
      <w:proofErr w:type="spellEnd"/>
      <w:r w:rsidRPr="00D6145F">
        <w:rPr>
          <w:sz w:val="24"/>
          <w:szCs w:val="24"/>
        </w:rPr>
        <w:t xml:space="preserve"> </w:t>
      </w:r>
      <w:proofErr w:type="spellStart"/>
      <w:r w:rsidRPr="00D6145F">
        <w:rPr>
          <w:sz w:val="24"/>
          <w:szCs w:val="24"/>
        </w:rPr>
        <w:t>pedagogické</w:t>
      </w:r>
      <w:proofErr w:type="spellEnd"/>
      <w:r w:rsidRPr="00D6145F">
        <w:rPr>
          <w:sz w:val="24"/>
          <w:szCs w:val="24"/>
        </w:rPr>
        <w:t xml:space="preserve"> </w:t>
      </w:r>
      <w:proofErr w:type="spellStart"/>
      <w:r w:rsidRPr="00D6145F">
        <w:rPr>
          <w:sz w:val="24"/>
          <w:szCs w:val="24"/>
        </w:rPr>
        <w:t>podpory</w:t>
      </w:r>
      <w:proofErr w:type="spellEnd"/>
      <w:r w:rsidRPr="00D6145F">
        <w:rPr>
          <w:sz w:val="24"/>
          <w:szCs w:val="24"/>
        </w:rPr>
        <w:t xml:space="preserve">, </w:t>
      </w:r>
      <w:proofErr w:type="spellStart"/>
      <w:r w:rsidRPr="00D6145F">
        <w:rPr>
          <w:sz w:val="24"/>
          <w:szCs w:val="24"/>
        </w:rPr>
        <w:t>případně</w:t>
      </w:r>
      <w:proofErr w:type="spellEnd"/>
      <w:r w:rsidRPr="00D6145F">
        <w:rPr>
          <w:sz w:val="24"/>
          <w:szCs w:val="24"/>
        </w:rPr>
        <w:t xml:space="preserve"> </w:t>
      </w:r>
      <w:proofErr w:type="spellStart"/>
      <w:r w:rsidRPr="00D6145F">
        <w:rPr>
          <w:sz w:val="24"/>
          <w:szCs w:val="24"/>
        </w:rPr>
        <w:t>individuální</w:t>
      </w:r>
      <w:proofErr w:type="spellEnd"/>
      <w:r w:rsidRPr="00D6145F">
        <w:rPr>
          <w:sz w:val="24"/>
          <w:szCs w:val="24"/>
        </w:rPr>
        <w:t xml:space="preserve"> </w:t>
      </w:r>
      <w:proofErr w:type="spellStart"/>
      <w:r w:rsidRPr="00D6145F">
        <w:rPr>
          <w:sz w:val="24"/>
          <w:szCs w:val="24"/>
        </w:rPr>
        <w:t>vzdělávací</w:t>
      </w:r>
      <w:proofErr w:type="spellEnd"/>
      <w:r w:rsidRPr="00D6145F">
        <w:rPr>
          <w:sz w:val="24"/>
          <w:szCs w:val="24"/>
        </w:rPr>
        <w:t xml:space="preserve"> </w:t>
      </w:r>
      <w:proofErr w:type="spellStart"/>
      <w:r w:rsidRPr="00D6145F">
        <w:rPr>
          <w:sz w:val="24"/>
          <w:szCs w:val="24"/>
        </w:rPr>
        <w:t>plán</w:t>
      </w:r>
      <w:proofErr w:type="spellEnd"/>
      <w:r w:rsidRPr="00D6145F">
        <w:rPr>
          <w:sz w:val="24"/>
          <w:szCs w:val="24"/>
        </w:rPr>
        <w:t>.</w:t>
      </w:r>
      <w:r w:rsidRPr="00D6145F">
        <w:rPr>
          <w:sz w:val="24"/>
          <w:szCs w:val="24"/>
        </w:rPr>
        <w:br/>
      </w:r>
      <w:proofErr w:type="spellStart"/>
      <w:r w:rsidRPr="00D6145F">
        <w:rPr>
          <w:sz w:val="24"/>
          <w:szCs w:val="24"/>
        </w:rPr>
        <w:t>Třída</w:t>
      </w:r>
      <w:proofErr w:type="spellEnd"/>
      <w:r w:rsidRPr="00D6145F">
        <w:rPr>
          <w:sz w:val="24"/>
          <w:szCs w:val="24"/>
        </w:rPr>
        <w:t xml:space="preserve"> </w:t>
      </w:r>
      <w:proofErr w:type="spellStart"/>
      <w:r w:rsidRPr="00D6145F">
        <w:rPr>
          <w:sz w:val="24"/>
          <w:szCs w:val="24"/>
        </w:rPr>
        <w:t>má</w:t>
      </w:r>
      <w:proofErr w:type="spellEnd"/>
      <w:r w:rsidRPr="00D6145F">
        <w:rPr>
          <w:sz w:val="24"/>
          <w:szCs w:val="24"/>
        </w:rPr>
        <w:t xml:space="preserve"> </w:t>
      </w:r>
      <w:proofErr w:type="spellStart"/>
      <w:r w:rsidRPr="00D6145F">
        <w:rPr>
          <w:sz w:val="24"/>
          <w:szCs w:val="24"/>
        </w:rPr>
        <w:t>malý</w:t>
      </w:r>
      <w:proofErr w:type="spellEnd"/>
      <w:r w:rsidRPr="00D6145F">
        <w:rPr>
          <w:sz w:val="24"/>
          <w:szCs w:val="24"/>
        </w:rPr>
        <w:t xml:space="preserve"> </w:t>
      </w:r>
      <w:proofErr w:type="spellStart"/>
      <w:r w:rsidRPr="00D6145F">
        <w:rPr>
          <w:sz w:val="24"/>
          <w:szCs w:val="24"/>
        </w:rPr>
        <w:t>počet</w:t>
      </w:r>
      <w:proofErr w:type="spellEnd"/>
      <w:r w:rsidRPr="00D6145F">
        <w:rPr>
          <w:sz w:val="24"/>
          <w:szCs w:val="24"/>
        </w:rPr>
        <w:t xml:space="preserve"> </w:t>
      </w:r>
      <w:proofErr w:type="spellStart"/>
      <w:r w:rsidRPr="00D6145F">
        <w:rPr>
          <w:sz w:val="24"/>
          <w:szCs w:val="24"/>
        </w:rPr>
        <w:t>dětí</w:t>
      </w:r>
      <w:proofErr w:type="spellEnd"/>
      <w:r w:rsidRPr="00D6145F">
        <w:rPr>
          <w:sz w:val="24"/>
          <w:szCs w:val="24"/>
        </w:rPr>
        <w:t xml:space="preserve">, </w:t>
      </w:r>
      <w:proofErr w:type="spellStart"/>
      <w:r w:rsidRPr="00D6145F">
        <w:rPr>
          <w:sz w:val="24"/>
          <w:szCs w:val="24"/>
        </w:rPr>
        <w:t>což</w:t>
      </w:r>
      <w:proofErr w:type="spellEnd"/>
      <w:r w:rsidRPr="00D6145F">
        <w:rPr>
          <w:sz w:val="24"/>
          <w:szCs w:val="24"/>
        </w:rPr>
        <w:t xml:space="preserve"> </w:t>
      </w:r>
      <w:proofErr w:type="spellStart"/>
      <w:r w:rsidRPr="00D6145F">
        <w:rPr>
          <w:sz w:val="24"/>
          <w:szCs w:val="24"/>
        </w:rPr>
        <w:t>umožňuje</w:t>
      </w:r>
      <w:proofErr w:type="spellEnd"/>
      <w:r w:rsidRPr="00D6145F">
        <w:rPr>
          <w:sz w:val="24"/>
          <w:szCs w:val="24"/>
        </w:rPr>
        <w:t xml:space="preserve"> </w:t>
      </w:r>
      <w:proofErr w:type="spellStart"/>
      <w:r w:rsidRPr="00D6145F">
        <w:rPr>
          <w:sz w:val="24"/>
          <w:szCs w:val="24"/>
        </w:rPr>
        <w:t>intenzivnější</w:t>
      </w:r>
      <w:proofErr w:type="spellEnd"/>
      <w:r w:rsidRPr="00D6145F">
        <w:rPr>
          <w:sz w:val="24"/>
          <w:szCs w:val="24"/>
        </w:rPr>
        <w:t xml:space="preserve"> </w:t>
      </w:r>
      <w:proofErr w:type="spellStart"/>
      <w:r w:rsidRPr="00D6145F">
        <w:rPr>
          <w:sz w:val="24"/>
          <w:szCs w:val="24"/>
        </w:rPr>
        <w:t>práci</w:t>
      </w:r>
      <w:proofErr w:type="spellEnd"/>
      <w:r w:rsidRPr="00D6145F">
        <w:rPr>
          <w:sz w:val="24"/>
          <w:szCs w:val="24"/>
        </w:rPr>
        <w:t xml:space="preserve"> s </w:t>
      </w:r>
      <w:proofErr w:type="spellStart"/>
      <w:r w:rsidRPr="00D6145F">
        <w:rPr>
          <w:sz w:val="24"/>
          <w:szCs w:val="24"/>
        </w:rPr>
        <w:t>jednotlivci</w:t>
      </w:r>
      <w:proofErr w:type="spellEnd"/>
      <w:r w:rsidRPr="00D6145F">
        <w:rPr>
          <w:sz w:val="24"/>
          <w:szCs w:val="24"/>
        </w:rPr>
        <w:t xml:space="preserve">. </w:t>
      </w:r>
      <w:proofErr w:type="spellStart"/>
      <w:r w:rsidRPr="00D6145F">
        <w:rPr>
          <w:sz w:val="24"/>
          <w:szCs w:val="24"/>
        </w:rPr>
        <w:t>Děti</w:t>
      </w:r>
      <w:proofErr w:type="spellEnd"/>
      <w:r w:rsidRPr="00D6145F">
        <w:rPr>
          <w:sz w:val="24"/>
          <w:szCs w:val="24"/>
        </w:rPr>
        <w:t xml:space="preserve"> </w:t>
      </w:r>
      <w:proofErr w:type="spellStart"/>
      <w:r w:rsidRPr="00D6145F">
        <w:rPr>
          <w:sz w:val="24"/>
          <w:szCs w:val="24"/>
        </w:rPr>
        <w:t>mají</w:t>
      </w:r>
      <w:proofErr w:type="spellEnd"/>
      <w:r w:rsidRPr="00D6145F">
        <w:rPr>
          <w:sz w:val="24"/>
          <w:szCs w:val="24"/>
        </w:rPr>
        <w:t xml:space="preserve"> k </w:t>
      </w:r>
      <w:proofErr w:type="spellStart"/>
      <w:r w:rsidRPr="00D6145F">
        <w:rPr>
          <w:sz w:val="24"/>
          <w:szCs w:val="24"/>
        </w:rPr>
        <w:t>dispozici</w:t>
      </w:r>
      <w:proofErr w:type="spellEnd"/>
      <w:r w:rsidRPr="00D6145F">
        <w:rPr>
          <w:sz w:val="24"/>
          <w:szCs w:val="24"/>
        </w:rPr>
        <w:t xml:space="preserve"> </w:t>
      </w:r>
      <w:proofErr w:type="spellStart"/>
      <w:r w:rsidRPr="00D6145F">
        <w:rPr>
          <w:sz w:val="24"/>
          <w:szCs w:val="24"/>
        </w:rPr>
        <w:t>podpůrné</w:t>
      </w:r>
      <w:proofErr w:type="spellEnd"/>
      <w:r w:rsidRPr="00D6145F">
        <w:rPr>
          <w:sz w:val="24"/>
          <w:szCs w:val="24"/>
        </w:rPr>
        <w:t xml:space="preserve"> </w:t>
      </w:r>
      <w:proofErr w:type="spellStart"/>
      <w:r w:rsidRPr="00D6145F">
        <w:rPr>
          <w:sz w:val="24"/>
          <w:szCs w:val="24"/>
        </w:rPr>
        <w:t>pomůcky</w:t>
      </w:r>
      <w:proofErr w:type="spellEnd"/>
      <w:r w:rsidRPr="00D6145F">
        <w:rPr>
          <w:sz w:val="24"/>
          <w:szCs w:val="24"/>
        </w:rPr>
        <w:t xml:space="preserve">, </w:t>
      </w:r>
      <w:proofErr w:type="spellStart"/>
      <w:r w:rsidRPr="00D6145F">
        <w:rPr>
          <w:sz w:val="24"/>
          <w:szCs w:val="24"/>
        </w:rPr>
        <w:t>prostor</w:t>
      </w:r>
      <w:proofErr w:type="spellEnd"/>
      <w:r w:rsidRPr="00D6145F">
        <w:rPr>
          <w:sz w:val="24"/>
          <w:szCs w:val="24"/>
        </w:rPr>
        <w:t xml:space="preserve"> pro </w:t>
      </w:r>
      <w:proofErr w:type="spellStart"/>
      <w:r w:rsidRPr="00D6145F">
        <w:rPr>
          <w:sz w:val="24"/>
          <w:szCs w:val="24"/>
        </w:rPr>
        <w:t>odpočinek</w:t>
      </w:r>
      <w:proofErr w:type="spellEnd"/>
      <w:r w:rsidRPr="00D6145F">
        <w:rPr>
          <w:sz w:val="24"/>
          <w:szCs w:val="24"/>
        </w:rPr>
        <w:t xml:space="preserve">, </w:t>
      </w:r>
      <w:proofErr w:type="spellStart"/>
      <w:r w:rsidRPr="00D6145F">
        <w:rPr>
          <w:sz w:val="24"/>
          <w:szCs w:val="24"/>
        </w:rPr>
        <w:t>časové</w:t>
      </w:r>
      <w:proofErr w:type="spellEnd"/>
      <w:r w:rsidRPr="00D6145F">
        <w:rPr>
          <w:sz w:val="24"/>
          <w:szCs w:val="24"/>
        </w:rPr>
        <w:t xml:space="preserve"> </w:t>
      </w:r>
      <w:proofErr w:type="spellStart"/>
      <w:r w:rsidRPr="00D6145F">
        <w:rPr>
          <w:sz w:val="24"/>
          <w:szCs w:val="24"/>
        </w:rPr>
        <w:t>záchytné</w:t>
      </w:r>
      <w:proofErr w:type="spellEnd"/>
      <w:r w:rsidRPr="00D6145F">
        <w:rPr>
          <w:sz w:val="24"/>
          <w:szCs w:val="24"/>
        </w:rPr>
        <w:t xml:space="preserve"> body, </w:t>
      </w:r>
      <w:proofErr w:type="spellStart"/>
      <w:r w:rsidRPr="00D6145F">
        <w:rPr>
          <w:sz w:val="24"/>
          <w:szCs w:val="24"/>
        </w:rPr>
        <w:t>vizualizaci</w:t>
      </w:r>
      <w:proofErr w:type="spellEnd"/>
      <w:r w:rsidRPr="00D6145F">
        <w:rPr>
          <w:sz w:val="24"/>
          <w:szCs w:val="24"/>
        </w:rPr>
        <w:t xml:space="preserve"> </w:t>
      </w:r>
      <w:proofErr w:type="spellStart"/>
      <w:r w:rsidRPr="00D6145F">
        <w:rPr>
          <w:sz w:val="24"/>
          <w:szCs w:val="24"/>
        </w:rPr>
        <w:t>dne</w:t>
      </w:r>
      <w:proofErr w:type="spellEnd"/>
      <w:r w:rsidRPr="00D6145F">
        <w:rPr>
          <w:sz w:val="24"/>
          <w:szCs w:val="24"/>
        </w:rPr>
        <w:t xml:space="preserve">, </w:t>
      </w:r>
      <w:proofErr w:type="spellStart"/>
      <w:r w:rsidRPr="00D6145F">
        <w:rPr>
          <w:sz w:val="24"/>
          <w:szCs w:val="24"/>
        </w:rPr>
        <w:t>komunikační</w:t>
      </w:r>
      <w:proofErr w:type="spellEnd"/>
      <w:r w:rsidRPr="00D6145F">
        <w:rPr>
          <w:sz w:val="24"/>
          <w:szCs w:val="24"/>
        </w:rPr>
        <w:t xml:space="preserve"> </w:t>
      </w:r>
      <w:proofErr w:type="spellStart"/>
      <w:r w:rsidRPr="00D6145F">
        <w:rPr>
          <w:sz w:val="24"/>
          <w:szCs w:val="24"/>
        </w:rPr>
        <w:t>piktogramy</w:t>
      </w:r>
      <w:proofErr w:type="spellEnd"/>
      <w:r w:rsidRPr="00D6145F">
        <w:rPr>
          <w:sz w:val="24"/>
          <w:szCs w:val="24"/>
        </w:rPr>
        <w:t xml:space="preserve"> </w:t>
      </w:r>
      <w:proofErr w:type="gramStart"/>
      <w:r w:rsidRPr="00D6145F">
        <w:rPr>
          <w:sz w:val="24"/>
          <w:szCs w:val="24"/>
        </w:rPr>
        <w:t>a</w:t>
      </w:r>
      <w:proofErr w:type="gramEnd"/>
      <w:r w:rsidRPr="00D6145F">
        <w:rPr>
          <w:sz w:val="24"/>
          <w:szCs w:val="24"/>
        </w:rPr>
        <w:t xml:space="preserve"> </w:t>
      </w:r>
      <w:proofErr w:type="spellStart"/>
      <w:r w:rsidRPr="00D6145F">
        <w:rPr>
          <w:sz w:val="24"/>
          <w:szCs w:val="24"/>
        </w:rPr>
        <w:t>alternativní</w:t>
      </w:r>
      <w:proofErr w:type="spellEnd"/>
      <w:r w:rsidRPr="00D6145F">
        <w:rPr>
          <w:sz w:val="24"/>
          <w:szCs w:val="24"/>
        </w:rPr>
        <w:t xml:space="preserve"> </w:t>
      </w:r>
      <w:proofErr w:type="spellStart"/>
      <w:r w:rsidRPr="00D6145F">
        <w:rPr>
          <w:sz w:val="24"/>
          <w:szCs w:val="24"/>
        </w:rPr>
        <w:t>formy</w:t>
      </w:r>
      <w:proofErr w:type="spellEnd"/>
      <w:r w:rsidRPr="00D6145F">
        <w:rPr>
          <w:sz w:val="24"/>
          <w:szCs w:val="24"/>
        </w:rPr>
        <w:t xml:space="preserve"> </w:t>
      </w:r>
      <w:proofErr w:type="spellStart"/>
      <w:r w:rsidRPr="00D6145F">
        <w:rPr>
          <w:sz w:val="24"/>
          <w:szCs w:val="24"/>
        </w:rPr>
        <w:t>komunikace</w:t>
      </w:r>
      <w:proofErr w:type="spellEnd"/>
      <w:r w:rsidRPr="00D6145F">
        <w:rPr>
          <w:sz w:val="24"/>
          <w:szCs w:val="24"/>
        </w:rPr>
        <w:t xml:space="preserve">. </w:t>
      </w:r>
      <w:proofErr w:type="spellStart"/>
      <w:r w:rsidRPr="00D6145F">
        <w:rPr>
          <w:sz w:val="24"/>
          <w:szCs w:val="24"/>
        </w:rPr>
        <w:t>Škola</w:t>
      </w:r>
      <w:proofErr w:type="spellEnd"/>
      <w:r w:rsidRPr="00D6145F">
        <w:rPr>
          <w:sz w:val="24"/>
          <w:szCs w:val="24"/>
        </w:rPr>
        <w:t xml:space="preserve"> </w:t>
      </w:r>
      <w:proofErr w:type="spellStart"/>
      <w:r w:rsidRPr="00D6145F">
        <w:rPr>
          <w:sz w:val="24"/>
          <w:szCs w:val="24"/>
        </w:rPr>
        <w:t>má</w:t>
      </w:r>
      <w:proofErr w:type="spellEnd"/>
      <w:r w:rsidRPr="00D6145F">
        <w:rPr>
          <w:sz w:val="24"/>
          <w:szCs w:val="24"/>
        </w:rPr>
        <w:t xml:space="preserve"> </w:t>
      </w:r>
      <w:proofErr w:type="spellStart"/>
      <w:r w:rsidRPr="00D6145F">
        <w:rPr>
          <w:sz w:val="24"/>
          <w:szCs w:val="24"/>
        </w:rPr>
        <w:t>bezbariérový</w:t>
      </w:r>
      <w:proofErr w:type="spellEnd"/>
      <w:r w:rsidRPr="00D6145F">
        <w:rPr>
          <w:sz w:val="24"/>
          <w:szCs w:val="24"/>
        </w:rPr>
        <w:t xml:space="preserve"> </w:t>
      </w:r>
      <w:proofErr w:type="spellStart"/>
      <w:r w:rsidRPr="00D6145F">
        <w:rPr>
          <w:sz w:val="24"/>
          <w:szCs w:val="24"/>
        </w:rPr>
        <w:t>přístup</w:t>
      </w:r>
      <w:proofErr w:type="spellEnd"/>
      <w:r w:rsidRPr="00D6145F">
        <w:rPr>
          <w:sz w:val="24"/>
          <w:szCs w:val="24"/>
        </w:rPr>
        <w:t>.</w:t>
      </w:r>
    </w:p>
    <w:p w14:paraId="3FFF553B" w14:textId="77777777" w:rsidR="004A640F" w:rsidRDefault="004A640F" w:rsidP="004A640F">
      <w:pPr>
        <w:pStyle w:val="Nadpis2"/>
      </w:pPr>
      <w:proofErr w:type="spellStart"/>
      <w:r>
        <w:t>Děti</w:t>
      </w:r>
      <w:proofErr w:type="spellEnd"/>
      <w:r>
        <w:t xml:space="preserve"> </w:t>
      </w:r>
      <w:proofErr w:type="spellStart"/>
      <w:r>
        <w:t>mimořádně</w:t>
      </w:r>
      <w:proofErr w:type="spellEnd"/>
      <w:r>
        <w:t xml:space="preserve"> </w:t>
      </w:r>
      <w:proofErr w:type="spellStart"/>
      <w:r>
        <w:t>nadané</w:t>
      </w:r>
      <w:proofErr w:type="spellEnd"/>
    </w:p>
    <w:p w14:paraId="41758396" w14:textId="77777777" w:rsidR="004A640F" w:rsidRPr="00B310A8" w:rsidRDefault="004A640F" w:rsidP="004A640F">
      <w:pPr>
        <w:spacing w:after="120"/>
        <w:rPr>
          <w:sz w:val="24"/>
          <w:szCs w:val="24"/>
        </w:rPr>
      </w:pPr>
      <w:proofErr w:type="spellStart"/>
      <w:r w:rsidRPr="00B310A8">
        <w:rPr>
          <w:sz w:val="24"/>
          <w:szCs w:val="24"/>
        </w:rPr>
        <w:t>Dítě</w:t>
      </w:r>
      <w:proofErr w:type="spellEnd"/>
      <w:r w:rsidRPr="00B310A8">
        <w:rPr>
          <w:sz w:val="24"/>
          <w:szCs w:val="24"/>
        </w:rPr>
        <w:t xml:space="preserve">, </w:t>
      </w:r>
      <w:proofErr w:type="spellStart"/>
      <w:r w:rsidRPr="00B310A8">
        <w:rPr>
          <w:sz w:val="24"/>
          <w:szCs w:val="24"/>
        </w:rPr>
        <w:t>které</w:t>
      </w:r>
      <w:proofErr w:type="spellEnd"/>
      <w:r w:rsidRPr="00B310A8">
        <w:rPr>
          <w:sz w:val="24"/>
          <w:szCs w:val="24"/>
        </w:rPr>
        <w:t xml:space="preserve"> je </w:t>
      </w:r>
      <w:proofErr w:type="spellStart"/>
      <w:r w:rsidRPr="00B310A8">
        <w:rPr>
          <w:sz w:val="24"/>
          <w:szCs w:val="24"/>
        </w:rPr>
        <w:t>zvídavé</w:t>
      </w:r>
      <w:proofErr w:type="spellEnd"/>
      <w:r w:rsidRPr="00B310A8">
        <w:rPr>
          <w:sz w:val="24"/>
          <w:szCs w:val="24"/>
        </w:rPr>
        <w:t xml:space="preserve">, </w:t>
      </w:r>
      <w:proofErr w:type="spellStart"/>
      <w:r w:rsidRPr="00B310A8">
        <w:rPr>
          <w:sz w:val="24"/>
          <w:szCs w:val="24"/>
        </w:rPr>
        <w:t>jazykově</w:t>
      </w:r>
      <w:proofErr w:type="spellEnd"/>
      <w:r w:rsidRPr="00B310A8">
        <w:rPr>
          <w:sz w:val="24"/>
          <w:szCs w:val="24"/>
        </w:rPr>
        <w:t xml:space="preserve"> </w:t>
      </w:r>
      <w:proofErr w:type="spellStart"/>
      <w:r w:rsidRPr="00B310A8">
        <w:rPr>
          <w:sz w:val="24"/>
          <w:szCs w:val="24"/>
        </w:rPr>
        <w:t>vyspělé</w:t>
      </w:r>
      <w:proofErr w:type="spellEnd"/>
      <w:r w:rsidRPr="00B310A8">
        <w:rPr>
          <w:sz w:val="24"/>
          <w:szCs w:val="24"/>
        </w:rPr>
        <w:t xml:space="preserve">, </w:t>
      </w:r>
      <w:proofErr w:type="spellStart"/>
      <w:r w:rsidRPr="00B310A8">
        <w:rPr>
          <w:sz w:val="24"/>
          <w:szCs w:val="24"/>
        </w:rPr>
        <w:t>kreativní</w:t>
      </w:r>
      <w:proofErr w:type="spellEnd"/>
      <w:r w:rsidRPr="00B310A8">
        <w:rPr>
          <w:sz w:val="24"/>
          <w:szCs w:val="24"/>
        </w:rPr>
        <w:t xml:space="preserve"> </w:t>
      </w:r>
      <w:proofErr w:type="spellStart"/>
      <w:r w:rsidRPr="00B310A8">
        <w:rPr>
          <w:sz w:val="24"/>
          <w:szCs w:val="24"/>
        </w:rPr>
        <w:t>nebo</w:t>
      </w:r>
      <w:proofErr w:type="spellEnd"/>
      <w:r w:rsidRPr="00B310A8">
        <w:rPr>
          <w:sz w:val="24"/>
          <w:szCs w:val="24"/>
        </w:rPr>
        <w:t xml:space="preserve"> </w:t>
      </w:r>
      <w:proofErr w:type="spellStart"/>
      <w:r w:rsidRPr="00B310A8">
        <w:rPr>
          <w:sz w:val="24"/>
          <w:szCs w:val="24"/>
        </w:rPr>
        <w:t>jinak</w:t>
      </w:r>
      <w:proofErr w:type="spellEnd"/>
      <w:r w:rsidRPr="00B310A8">
        <w:rPr>
          <w:sz w:val="24"/>
          <w:szCs w:val="24"/>
        </w:rPr>
        <w:t xml:space="preserve"> </w:t>
      </w:r>
      <w:proofErr w:type="spellStart"/>
      <w:r w:rsidRPr="00B310A8">
        <w:rPr>
          <w:sz w:val="24"/>
          <w:szCs w:val="24"/>
        </w:rPr>
        <w:t>nadané</w:t>
      </w:r>
      <w:proofErr w:type="spellEnd"/>
      <w:r w:rsidRPr="00B310A8">
        <w:rPr>
          <w:sz w:val="24"/>
          <w:szCs w:val="24"/>
        </w:rPr>
        <w:t xml:space="preserve">, </w:t>
      </w:r>
      <w:proofErr w:type="spellStart"/>
      <w:r w:rsidRPr="00B310A8">
        <w:rPr>
          <w:sz w:val="24"/>
          <w:szCs w:val="24"/>
        </w:rPr>
        <w:t>potřebuje</w:t>
      </w:r>
      <w:proofErr w:type="spellEnd"/>
      <w:r w:rsidRPr="00B310A8">
        <w:rPr>
          <w:sz w:val="24"/>
          <w:szCs w:val="24"/>
        </w:rPr>
        <w:t xml:space="preserve"> </w:t>
      </w:r>
      <w:proofErr w:type="spellStart"/>
      <w:r w:rsidRPr="00B310A8">
        <w:rPr>
          <w:sz w:val="24"/>
          <w:szCs w:val="24"/>
        </w:rPr>
        <w:t>rozšířenou</w:t>
      </w:r>
      <w:proofErr w:type="spellEnd"/>
      <w:r w:rsidRPr="00B310A8">
        <w:rPr>
          <w:sz w:val="24"/>
          <w:szCs w:val="24"/>
        </w:rPr>
        <w:t xml:space="preserve"> </w:t>
      </w:r>
      <w:proofErr w:type="spellStart"/>
      <w:r w:rsidRPr="00B310A8">
        <w:rPr>
          <w:sz w:val="24"/>
          <w:szCs w:val="24"/>
        </w:rPr>
        <w:t>nabídku</w:t>
      </w:r>
      <w:proofErr w:type="spellEnd"/>
      <w:r w:rsidRPr="00B310A8">
        <w:rPr>
          <w:sz w:val="24"/>
          <w:szCs w:val="24"/>
        </w:rPr>
        <w:t xml:space="preserve"> </w:t>
      </w:r>
      <w:proofErr w:type="spellStart"/>
      <w:r w:rsidRPr="00B310A8">
        <w:rPr>
          <w:sz w:val="24"/>
          <w:szCs w:val="24"/>
        </w:rPr>
        <w:t>činností</w:t>
      </w:r>
      <w:proofErr w:type="spellEnd"/>
      <w:r w:rsidRPr="00B310A8">
        <w:rPr>
          <w:sz w:val="24"/>
          <w:szCs w:val="24"/>
        </w:rPr>
        <w:t xml:space="preserve">, </w:t>
      </w:r>
      <w:proofErr w:type="spellStart"/>
      <w:r w:rsidRPr="00B310A8">
        <w:rPr>
          <w:sz w:val="24"/>
          <w:szCs w:val="24"/>
        </w:rPr>
        <w:t>větší</w:t>
      </w:r>
      <w:proofErr w:type="spellEnd"/>
      <w:r w:rsidRPr="00B310A8">
        <w:rPr>
          <w:sz w:val="24"/>
          <w:szCs w:val="24"/>
        </w:rPr>
        <w:t xml:space="preserve"> </w:t>
      </w:r>
      <w:proofErr w:type="spellStart"/>
      <w:r w:rsidRPr="00B310A8">
        <w:rPr>
          <w:sz w:val="24"/>
          <w:szCs w:val="24"/>
        </w:rPr>
        <w:t>prostor</w:t>
      </w:r>
      <w:proofErr w:type="spellEnd"/>
      <w:r w:rsidRPr="00B310A8">
        <w:rPr>
          <w:sz w:val="24"/>
          <w:szCs w:val="24"/>
        </w:rPr>
        <w:t xml:space="preserve"> pro </w:t>
      </w:r>
      <w:proofErr w:type="spellStart"/>
      <w:r w:rsidRPr="00B310A8">
        <w:rPr>
          <w:sz w:val="24"/>
          <w:szCs w:val="24"/>
        </w:rPr>
        <w:t>vlastní</w:t>
      </w:r>
      <w:proofErr w:type="spellEnd"/>
      <w:r w:rsidRPr="00B310A8">
        <w:rPr>
          <w:sz w:val="24"/>
          <w:szCs w:val="24"/>
        </w:rPr>
        <w:t xml:space="preserve"> </w:t>
      </w:r>
      <w:proofErr w:type="spellStart"/>
      <w:r w:rsidRPr="00B310A8">
        <w:rPr>
          <w:sz w:val="24"/>
          <w:szCs w:val="24"/>
        </w:rPr>
        <w:t>otázky</w:t>
      </w:r>
      <w:proofErr w:type="spellEnd"/>
      <w:r w:rsidRPr="00B310A8">
        <w:rPr>
          <w:sz w:val="24"/>
          <w:szCs w:val="24"/>
        </w:rPr>
        <w:t xml:space="preserve"> a </w:t>
      </w:r>
      <w:proofErr w:type="spellStart"/>
      <w:r w:rsidRPr="00B310A8">
        <w:rPr>
          <w:sz w:val="24"/>
          <w:szCs w:val="24"/>
        </w:rPr>
        <w:t>hlubší</w:t>
      </w:r>
      <w:proofErr w:type="spellEnd"/>
      <w:r w:rsidRPr="00B310A8">
        <w:rPr>
          <w:sz w:val="24"/>
          <w:szCs w:val="24"/>
        </w:rPr>
        <w:t xml:space="preserve"> </w:t>
      </w:r>
      <w:proofErr w:type="spellStart"/>
      <w:r w:rsidRPr="00B310A8">
        <w:rPr>
          <w:sz w:val="24"/>
          <w:szCs w:val="24"/>
        </w:rPr>
        <w:t>zkoumání</w:t>
      </w:r>
      <w:proofErr w:type="spellEnd"/>
      <w:r w:rsidRPr="00B310A8">
        <w:rPr>
          <w:sz w:val="24"/>
          <w:szCs w:val="24"/>
        </w:rPr>
        <w:t xml:space="preserve"> </w:t>
      </w:r>
      <w:proofErr w:type="spellStart"/>
      <w:r w:rsidRPr="00B310A8">
        <w:rPr>
          <w:sz w:val="24"/>
          <w:szCs w:val="24"/>
        </w:rPr>
        <w:t>jevů</w:t>
      </w:r>
      <w:proofErr w:type="spellEnd"/>
      <w:r w:rsidRPr="00B310A8">
        <w:rPr>
          <w:sz w:val="24"/>
          <w:szCs w:val="24"/>
        </w:rPr>
        <w:t>.</w:t>
      </w:r>
      <w:r w:rsidRPr="00B310A8">
        <w:rPr>
          <w:sz w:val="24"/>
          <w:szCs w:val="24"/>
        </w:rPr>
        <w:br/>
        <w:t xml:space="preserve">V </w:t>
      </w:r>
      <w:proofErr w:type="spellStart"/>
      <w:r w:rsidRPr="00B310A8">
        <w:rPr>
          <w:sz w:val="24"/>
          <w:szCs w:val="24"/>
        </w:rPr>
        <w:t>rámci</w:t>
      </w:r>
      <w:proofErr w:type="spellEnd"/>
      <w:r w:rsidRPr="00B310A8">
        <w:rPr>
          <w:sz w:val="24"/>
          <w:szCs w:val="24"/>
        </w:rPr>
        <w:t xml:space="preserve"> </w:t>
      </w:r>
      <w:proofErr w:type="spellStart"/>
      <w:r w:rsidRPr="00B310A8">
        <w:rPr>
          <w:sz w:val="24"/>
          <w:szCs w:val="24"/>
        </w:rPr>
        <w:t>běžných</w:t>
      </w:r>
      <w:proofErr w:type="spellEnd"/>
      <w:r w:rsidRPr="00B310A8">
        <w:rPr>
          <w:sz w:val="24"/>
          <w:szCs w:val="24"/>
        </w:rPr>
        <w:t xml:space="preserve"> </w:t>
      </w:r>
      <w:proofErr w:type="spellStart"/>
      <w:r w:rsidRPr="00B310A8">
        <w:rPr>
          <w:sz w:val="24"/>
          <w:szCs w:val="24"/>
        </w:rPr>
        <w:t>činností</w:t>
      </w:r>
      <w:proofErr w:type="spellEnd"/>
      <w:r w:rsidRPr="00B310A8">
        <w:rPr>
          <w:sz w:val="24"/>
          <w:szCs w:val="24"/>
        </w:rPr>
        <w:t xml:space="preserve"> </w:t>
      </w:r>
      <w:proofErr w:type="spellStart"/>
      <w:r w:rsidRPr="00B310A8">
        <w:rPr>
          <w:sz w:val="24"/>
          <w:szCs w:val="24"/>
        </w:rPr>
        <w:t>nabízíme</w:t>
      </w:r>
      <w:proofErr w:type="spellEnd"/>
      <w:r w:rsidRPr="00B310A8">
        <w:rPr>
          <w:sz w:val="24"/>
          <w:szCs w:val="24"/>
        </w:rPr>
        <w:t xml:space="preserve"> </w:t>
      </w:r>
      <w:proofErr w:type="spellStart"/>
      <w:r w:rsidRPr="00B310A8">
        <w:rPr>
          <w:sz w:val="24"/>
          <w:szCs w:val="24"/>
        </w:rPr>
        <w:t>dětem</w:t>
      </w:r>
      <w:proofErr w:type="spellEnd"/>
      <w:r w:rsidRPr="00B310A8">
        <w:rPr>
          <w:sz w:val="24"/>
          <w:szCs w:val="24"/>
        </w:rPr>
        <w:t xml:space="preserve"> </w:t>
      </w:r>
      <w:proofErr w:type="spellStart"/>
      <w:r w:rsidRPr="00B310A8">
        <w:rPr>
          <w:sz w:val="24"/>
          <w:szCs w:val="24"/>
        </w:rPr>
        <w:t>volitelné</w:t>
      </w:r>
      <w:proofErr w:type="spellEnd"/>
      <w:r w:rsidRPr="00B310A8">
        <w:rPr>
          <w:sz w:val="24"/>
          <w:szCs w:val="24"/>
        </w:rPr>
        <w:t xml:space="preserve"> </w:t>
      </w:r>
      <w:proofErr w:type="spellStart"/>
      <w:r w:rsidRPr="00B310A8">
        <w:rPr>
          <w:sz w:val="24"/>
          <w:szCs w:val="24"/>
        </w:rPr>
        <w:t>úrovně</w:t>
      </w:r>
      <w:proofErr w:type="spellEnd"/>
      <w:r w:rsidRPr="00B310A8">
        <w:rPr>
          <w:sz w:val="24"/>
          <w:szCs w:val="24"/>
        </w:rPr>
        <w:t xml:space="preserve"> </w:t>
      </w:r>
      <w:proofErr w:type="spellStart"/>
      <w:r w:rsidRPr="00B310A8">
        <w:rPr>
          <w:sz w:val="24"/>
          <w:szCs w:val="24"/>
        </w:rPr>
        <w:t>úkolů</w:t>
      </w:r>
      <w:proofErr w:type="spellEnd"/>
      <w:r w:rsidRPr="00B310A8">
        <w:rPr>
          <w:sz w:val="24"/>
          <w:szCs w:val="24"/>
        </w:rPr>
        <w:t xml:space="preserve">, </w:t>
      </w:r>
      <w:proofErr w:type="spellStart"/>
      <w:r w:rsidRPr="00B310A8">
        <w:rPr>
          <w:sz w:val="24"/>
          <w:szCs w:val="24"/>
        </w:rPr>
        <w:t>prostor</w:t>
      </w:r>
      <w:proofErr w:type="spellEnd"/>
      <w:r w:rsidRPr="00B310A8">
        <w:rPr>
          <w:sz w:val="24"/>
          <w:szCs w:val="24"/>
        </w:rPr>
        <w:t xml:space="preserve"> pro </w:t>
      </w:r>
      <w:proofErr w:type="spellStart"/>
      <w:r w:rsidRPr="00B310A8">
        <w:rPr>
          <w:sz w:val="24"/>
          <w:szCs w:val="24"/>
        </w:rPr>
        <w:t>samostatné</w:t>
      </w:r>
      <w:proofErr w:type="spellEnd"/>
      <w:r w:rsidRPr="00B310A8">
        <w:rPr>
          <w:sz w:val="24"/>
          <w:szCs w:val="24"/>
        </w:rPr>
        <w:t xml:space="preserve"> </w:t>
      </w:r>
      <w:proofErr w:type="spellStart"/>
      <w:r w:rsidRPr="00B310A8">
        <w:rPr>
          <w:sz w:val="24"/>
          <w:szCs w:val="24"/>
        </w:rPr>
        <w:t>bádání</w:t>
      </w:r>
      <w:proofErr w:type="spellEnd"/>
      <w:r w:rsidRPr="00B310A8">
        <w:rPr>
          <w:sz w:val="24"/>
          <w:szCs w:val="24"/>
        </w:rPr>
        <w:t xml:space="preserve">, </w:t>
      </w:r>
      <w:proofErr w:type="spellStart"/>
      <w:r w:rsidRPr="00B310A8">
        <w:rPr>
          <w:sz w:val="24"/>
          <w:szCs w:val="24"/>
        </w:rPr>
        <w:t>otevřené</w:t>
      </w:r>
      <w:proofErr w:type="spellEnd"/>
      <w:r w:rsidRPr="00B310A8">
        <w:rPr>
          <w:sz w:val="24"/>
          <w:szCs w:val="24"/>
        </w:rPr>
        <w:t xml:space="preserve"> </w:t>
      </w:r>
      <w:proofErr w:type="spellStart"/>
      <w:r w:rsidRPr="00B310A8">
        <w:rPr>
          <w:sz w:val="24"/>
          <w:szCs w:val="24"/>
        </w:rPr>
        <w:t>otázky</w:t>
      </w:r>
      <w:proofErr w:type="spellEnd"/>
      <w:r w:rsidRPr="00B310A8">
        <w:rPr>
          <w:sz w:val="24"/>
          <w:szCs w:val="24"/>
        </w:rPr>
        <w:t xml:space="preserve">, a v </w:t>
      </w:r>
      <w:proofErr w:type="spellStart"/>
      <w:r w:rsidRPr="00B310A8">
        <w:rPr>
          <w:sz w:val="24"/>
          <w:szCs w:val="24"/>
        </w:rPr>
        <w:t>případě</w:t>
      </w:r>
      <w:proofErr w:type="spellEnd"/>
      <w:r w:rsidRPr="00B310A8">
        <w:rPr>
          <w:sz w:val="24"/>
          <w:szCs w:val="24"/>
        </w:rPr>
        <w:t xml:space="preserve"> </w:t>
      </w:r>
      <w:proofErr w:type="spellStart"/>
      <w:r w:rsidRPr="00B310A8">
        <w:rPr>
          <w:sz w:val="24"/>
          <w:szCs w:val="24"/>
        </w:rPr>
        <w:t>potřeby</w:t>
      </w:r>
      <w:proofErr w:type="spellEnd"/>
      <w:r w:rsidRPr="00B310A8">
        <w:rPr>
          <w:sz w:val="24"/>
          <w:szCs w:val="24"/>
        </w:rPr>
        <w:t xml:space="preserve"> </w:t>
      </w:r>
      <w:proofErr w:type="spellStart"/>
      <w:r w:rsidRPr="00B310A8">
        <w:rPr>
          <w:sz w:val="24"/>
          <w:szCs w:val="24"/>
        </w:rPr>
        <w:t>i</w:t>
      </w:r>
      <w:proofErr w:type="spellEnd"/>
      <w:r w:rsidRPr="00B310A8">
        <w:rPr>
          <w:sz w:val="24"/>
          <w:szCs w:val="24"/>
        </w:rPr>
        <w:t xml:space="preserve"> </w:t>
      </w:r>
      <w:proofErr w:type="spellStart"/>
      <w:r w:rsidRPr="00B310A8">
        <w:rPr>
          <w:sz w:val="24"/>
          <w:szCs w:val="24"/>
        </w:rPr>
        <w:t>konzultace</w:t>
      </w:r>
      <w:proofErr w:type="spellEnd"/>
      <w:r w:rsidRPr="00B310A8">
        <w:rPr>
          <w:sz w:val="24"/>
          <w:szCs w:val="24"/>
        </w:rPr>
        <w:t xml:space="preserve"> s </w:t>
      </w:r>
      <w:proofErr w:type="spellStart"/>
      <w:r w:rsidRPr="00B310A8">
        <w:rPr>
          <w:sz w:val="24"/>
          <w:szCs w:val="24"/>
        </w:rPr>
        <w:t>odborníky</w:t>
      </w:r>
      <w:proofErr w:type="spellEnd"/>
      <w:r w:rsidRPr="00B310A8">
        <w:rPr>
          <w:sz w:val="24"/>
          <w:szCs w:val="24"/>
        </w:rPr>
        <w:t xml:space="preserve">. S </w:t>
      </w:r>
      <w:proofErr w:type="spellStart"/>
      <w:r w:rsidRPr="00B310A8">
        <w:rPr>
          <w:sz w:val="24"/>
          <w:szCs w:val="24"/>
        </w:rPr>
        <w:t>rodiči</w:t>
      </w:r>
      <w:proofErr w:type="spellEnd"/>
      <w:r w:rsidRPr="00B310A8">
        <w:rPr>
          <w:sz w:val="24"/>
          <w:szCs w:val="24"/>
        </w:rPr>
        <w:t xml:space="preserve"> </w:t>
      </w:r>
      <w:proofErr w:type="spellStart"/>
      <w:r w:rsidRPr="00B310A8">
        <w:rPr>
          <w:sz w:val="24"/>
          <w:szCs w:val="24"/>
        </w:rPr>
        <w:t>dítěte</w:t>
      </w:r>
      <w:proofErr w:type="spellEnd"/>
      <w:r w:rsidRPr="00B310A8">
        <w:rPr>
          <w:sz w:val="24"/>
          <w:szCs w:val="24"/>
        </w:rPr>
        <w:t xml:space="preserve"> </w:t>
      </w:r>
      <w:proofErr w:type="spellStart"/>
      <w:r w:rsidRPr="00B310A8">
        <w:rPr>
          <w:sz w:val="24"/>
          <w:szCs w:val="24"/>
        </w:rPr>
        <w:t>navrhujeme</w:t>
      </w:r>
      <w:proofErr w:type="spellEnd"/>
      <w:r w:rsidRPr="00B310A8">
        <w:rPr>
          <w:sz w:val="24"/>
          <w:szCs w:val="24"/>
        </w:rPr>
        <w:t xml:space="preserve"> </w:t>
      </w:r>
      <w:proofErr w:type="spellStart"/>
      <w:r w:rsidRPr="00B310A8">
        <w:rPr>
          <w:sz w:val="24"/>
          <w:szCs w:val="24"/>
        </w:rPr>
        <w:t>společnou</w:t>
      </w:r>
      <w:proofErr w:type="spellEnd"/>
      <w:r w:rsidRPr="00B310A8">
        <w:rPr>
          <w:sz w:val="24"/>
          <w:szCs w:val="24"/>
        </w:rPr>
        <w:t xml:space="preserve"> </w:t>
      </w:r>
      <w:proofErr w:type="spellStart"/>
      <w:r w:rsidRPr="00B310A8">
        <w:rPr>
          <w:sz w:val="24"/>
          <w:szCs w:val="24"/>
        </w:rPr>
        <w:t>strategii</w:t>
      </w:r>
      <w:proofErr w:type="spellEnd"/>
      <w:r w:rsidRPr="00B310A8">
        <w:rPr>
          <w:sz w:val="24"/>
          <w:szCs w:val="24"/>
        </w:rPr>
        <w:t xml:space="preserve"> a </w:t>
      </w:r>
      <w:proofErr w:type="spellStart"/>
      <w:r w:rsidRPr="00B310A8">
        <w:rPr>
          <w:sz w:val="24"/>
          <w:szCs w:val="24"/>
        </w:rPr>
        <w:t>přizpůsobujeme</w:t>
      </w:r>
      <w:proofErr w:type="spellEnd"/>
      <w:r w:rsidRPr="00B310A8">
        <w:rPr>
          <w:sz w:val="24"/>
          <w:szCs w:val="24"/>
        </w:rPr>
        <w:t xml:space="preserve"> </w:t>
      </w:r>
      <w:proofErr w:type="spellStart"/>
      <w:r w:rsidRPr="00B310A8">
        <w:rPr>
          <w:sz w:val="24"/>
          <w:szCs w:val="24"/>
        </w:rPr>
        <w:t>vzdělávání</w:t>
      </w:r>
      <w:proofErr w:type="spellEnd"/>
      <w:r w:rsidRPr="00B310A8">
        <w:rPr>
          <w:sz w:val="24"/>
          <w:szCs w:val="24"/>
        </w:rPr>
        <w:t xml:space="preserve"> </w:t>
      </w:r>
      <w:proofErr w:type="spellStart"/>
      <w:r w:rsidRPr="00B310A8">
        <w:rPr>
          <w:sz w:val="24"/>
          <w:szCs w:val="24"/>
        </w:rPr>
        <w:t>tak</w:t>
      </w:r>
      <w:proofErr w:type="spellEnd"/>
      <w:r w:rsidRPr="00B310A8">
        <w:rPr>
          <w:sz w:val="24"/>
          <w:szCs w:val="24"/>
        </w:rPr>
        <w:t xml:space="preserve">, aby </w:t>
      </w:r>
      <w:proofErr w:type="spellStart"/>
      <w:r w:rsidRPr="00B310A8">
        <w:rPr>
          <w:sz w:val="24"/>
          <w:szCs w:val="24"/>
        </w:rPr>
        <w:t>nebylo</w:t>
      </w:r>
      <w:proofErr w:type="spellEnd"/>
      <w:r w:rsidRPr="00B310A8">
        <w:rPr>
          <w:sz w:val="24"/>
          <w:szCs w:val="24"/>
        </w:rPr>
        <w:t xml:space="preserve"> </w:t>
      </w:r>
      <w:proofErr w:type="spellStart"/>
      <w:r w:rsidRPr="00B310A8">
        <w:rPr>
          <w:sz w:val="24"/>
          <w:szCs w:val="24"/>
        </w:rPr>
        <w:t>dítě</w:t>
      </w:r>
      <w:proofErr w:type="spellEnd"/>
      <w:r w:rsidRPr="00B310A8">
        <w:rPr>
          <w:sz w:val="24"/>
          <w:szCs w:val="24"/>
        </w:rPr>
        <w:t xml:space="preserve"> </w:t>
      </w:r>
      <w:proofErr w:type="spellStart"/>
      <w:r w:rsidRPr="00B310A8">
        <w:rPr>
          <w:sz w:val="24"/>
          <w:szCs w:val="24"/>
        </w:rPr>
        <w:t>přetěžováno</w:t>
      </w:r>
      <w:proofErr w:type="spellEnd"/>
      <w:r w:rsidRPr="00B310A8">
        <w:rPr>
          <w:sz w:val="24"/>
          <w:szCs w:val="24"/>
        </w:rPr>
        <w:t xml:space="preserve">, ale </w:t>
      </w:r>
      <w:proofErr w:type="spellStart"/>
      <w:r w:rsidRPr="00B310A8">
        <w:rPr>
          <w:sz w:val="24"/>
          <w:szCs w:val="24"/>
        </w:rPr>
        <w:t>zároveň</w:t>
      </w:r>
      <w:proofErr w:type="spellEnd"/>
      <w:r w:rsidRPr="00B310A8">
        <w:rPr>
          <w:sz w:val="24"/>
          <w:szCs w:val="24"/>
        </w:rPr>
        <w:t xml:space="preserve"> </w:t>
      </w:r>
      <w:proofErr w:type="spellStart"/>
      <w:r w:rsidRPr="00B310A8">
        <w:rPr>
          <w:sz w:val="24"/>
          <w:szCs w:val="24"/>
        </w:rPr>
        <w:t>nebylo</w:t>
      </w:r>
      <w:proofErr w:type="spellEnd"/>
      <w:r w:rsidRPr="00B310A8">
        <w:rPr>
          <w:sz w:val="24"/>
          <w:szCs w:val="24"/>
        </w:rPr>
        <w:t xml:space="preserve"> </w:t>
      </w:r>
      <w:proofErr w:type="spellStart"/>
      <w:r w:rsidRPr="00B310A8">
        <w:rPr>
          <w:sz w:val="24"/>
          <w:szCs w:val="24"/>
        </w:rPr>
        <w:t>brzděno</w:t>
      </w:r>
      <w:proofErr w:type="spellEnd"/>
      <w:r w:rsidRPr="00B310A8">
        <w:rPr>
          <w:sz w:val="24"/>
          <w:szCs w:val="24"/>
        </w:rPr>
        <w:t xml:space="preserve"> </w:t>
      </w:r>
      <w:proofErr w:type="spellStart"/>
      <w:r w:rsidRPr="00B310A8">
        <w:rPr>
          <w:sz w:val="24"/>
          <w:szCs w:val="24"/>
        </w:rPr>
        <w:t>ve</w:t>
      </w:r>
      <w:proofErr w:type="spellEnd"/>
      <w:r w:rsidRPr="00B310A8">
        <w:rPr>
          <w:sz w:val="24"/>
          <w:szCs w:val="24"/>
        </w:rPr>
        <w:t xml:space="preserve"> </w:t>
      </w:r>
      <w:proofErr w:type="spellStart"/>
      <w:r w:rsidRPr="00B310A8">
        <w:rPr>
          <w:sz w:val="24"/>
          <w:szCs w:val="24"/>
        </w:rPr>
        <w:t>svém</w:t>
      </w:r>
      <w:proofErr w:type="spellEnd"/>
      <w:r w:rsidRPr="00B310A8">
        <w:rPr>
          <w:sz w:val="24"/>
          <w:szCs w:val="24"/>
        </w:rPr>
        <w:t xml:space="preserve"> </w:t>
      </w:r>
      <w:proofErr w:type="spellStart"/>
      <w:r w:rsidRPr="00B310A8">
        <w:rPr>
          <w:sz w:val="24"/>
          <w:szCs w:val="24"/>
        </w:rPr>
        <w:t>rozvoji</w:t>
      </w:r>
      <w:proofErr w:type="spellEnd"/>
      <w:r w:rsidRPr="00B310A8">
        <w:rPr>
          <w:sz w:val="24"/>
          <w:szCs w:val="24"/>
        </w:rPr>
        <w:t>.</w:t>
      </w:r>
    </w:p>
    <w:p w14:paraId="5445F273" w14:textId="77777777" w:rsidR="004A640F" w:rsidRDefault="004A640F" w:rsidP="004A640F">
      <w:pPr>
        <w:pStyle w:val="Nadpis2"/>
      </w:pPr>
      <w:proofErr w:type="spellStart"/>
      <w:r>
        <w:lastRenderedPageBreak/>
        <w:t>Děti</w:t>
      </w:r>
      <w:proofErr w:type="spellEnd"/>
      <w:r>
        <w:t xml:space="preserve"> s </w:t>
      </w:r>
      <w:proofErr w:type="spellStart"/>
      <w:r>
        <w:t>odlišným</w:t>
      </w:r>
      <w:proofErr w:type="spellEnd"/>
      <w:r>
        <w:t xml:space="preserve"> </w:t>
      </w:r>
      <w:proofErr w:type="spellStart"/>
      <w:r>
        <w:t>mateřským</w:t>
      </w:r>
      <w:proofErr w:type="spellEnd"/>
      <w:r>
        <w:t xml:space="preserve"> </w:t>
      </w:r>
      <w:proofErr w:type="spellStart"/>
      <w:r>
        <w:t>jazykem</w:t>
      </w:r>
      <w:proofErr w:type="spellEnd"/>
    </w:p>
    <w:p w14:paraId="1A730144" w14:textId="77777777" w:rsidR="004A640F" w:rsidRPr="007F2161" w:rsidRDefault="004A640F" w:rsidP="004A640F">
      <w:pPr>
        <w:spacing w:after="120"/>
        <w:rPr>
          <w:sz w:val="24"/>
          <w:szCs w:val="24"/>
        </w:rPr>
      </w:pPr>
      <w:proofErr w:type="spellStart"/>
      <w:r w:rsidRPr="007F2161">
        <w:rPr>
          <w:sz w:val="24"/>
          <w:szCs w:val="24"/>
        </w:rPr>
        <w:t>Dětem</w:t>
      </w:r>
      <w:proofErr w:type="spellEnd"/>
      <w:r w:rsidRPr="007F2161">
        <w:rPr>
          <w:sz w:val="24"/>
          <w:szCs w:val="24"/>
        </w:rPr>
        <w:t xml:space="preserve">, </w:t>
      </w:r>
      <w:proofErr w:type="spellStart"/>
      <w:r w:rsidRPr="007F2161">
        <w:rPr>
          <w:sz w:val="24"/>
          <w:szCs w:val="24"/>
        </w:rPr>
        <w:t>jejichž</w:t>
      </w:r>
      <w:proofErr w:type="spellEnd"/>
      <w:r w:rsidRPr="007F2161">
        <w:rPr>
          <w:sz w:val="24"/>
          <w:szCs w:val="24"/>
        </w:rPr>
        <w:t xml:space="preserve"> </w:t>
      </w:r>
      <w:proofErr w:type="spellStart"/>
      <w:r w:rsidRPr="007F2161">
        <w:rPr>
          <w:sz w:val="24"/>
          <w:szCs w:val="24"/>
        </w:rPr>
        <w:t>mateřským</w:t>
      </w:r>
      <w:proofErr w:type="spellEnd"/>
      <w:r w:rsidRPr="007F2161">
        <w:rPr>
          <w:sz w:val="24"/>
          <w:szCs w:val="24"/>
        </w:rPr>
        <w:t xml:space="preserve"> </w:t>
      </w:r>
      <w:proofErr w:type="spellStart"/>
      <w:r w:rsidRPr="007F2161">
        <w:rPr>
          <w:sz w:val="24"/>
          <w:szCs w:val="24"/>
        </w:rPr>
        <w:t>jazykem</w:t>
      </w:r>
      <w:proofErr w:type="spellEnd"/>
      <w:r w:rsidRPr="007F2161">
        <w:rPr>
          <w:sz w:val="24"/>
          <w:szCs w:val="24"/>
        </w:rPr>
        <w:t xml:space="preserve"> </w:t>
      </w:r>
      <w:proofErr w:type="spellStart"/>
      <w:r w:rsidRPr="007F2161">
        <w:rPr>
          <w:sz w:val="24"/>
          <w:szCs w:val="24"/>
        </w:rPr>
        <w:t>není</w:t>
      </w:r>
      <w:proofErr w:type="spellEnd"/>
      <w:r w:rsidRPr="007F2161">
        <w:rPr>
          <w:sz w:val="24"/>
          <w:szCs w:val="24"/>
        </w:rPr>
        <w:t xml:space="preserve"> </w:t>
      </w:r>
      <w:proofErr w:type="spellStart"/>
      <w:r w:rsidRPr="007F2161">
        <w:rPr>
          <w:sz w:val="24"/>
          <w:szCs w:val="24"/>
        </w:rPr>
        <w:t>čeština</w:t>
      </w:r>
      <w:proofErr w:type="spellEnd"/>
      <w:r w:rsidRPr="007F2161">
        <w:rPr>
          <w:sz w:val="24"/>
          <w:szCs w:val="24"/>
        </w:rPr>
        <w:t xml:space="preserve">, je </w:t>
      </w:r>
      <w:proofErr w:type="spellStart"/>
      <w:r w:rsidRPr="007F2161">
        <w:rPr>
          <w:sz w:val="24"/>
          <w:szCs w:val="24"/>
        </w:rPr>
        <w:t>poskytována</w:t>
      </w:r>
      <w:proofErr w:type="spellEnd"/>
      <w:r w:rsidRPr="007F2161">
        <w:rPr>
          <w:sz w:val="24"/>
          <w:szCs w:val="24"/>
        </w:rPr>
        <w:t xml:space="preserve"> </w:t>
      </w:r>
      <w:proofErr w:type="spellStart"/>
      <w:r w:rsidRPr="007F2161">
        <w:rPr>
          <w:sz w:val="24"/>
          <w:szCs w:val="24"/>
        </w:rPr>
        <w:t>podpora</w:t>
      </w:r>
      <w:proofErr w:type="spellEnd"/>
      <w:r w:rsidRPr="007F2161">
        <w:rPr>
          <w:sz w:val="24"/>
          <w:szCs w:val="24"/>
        </w:rPr>
        <w:t xml:space="preserve"> v </w:t>
      </w:r>
      <w:proofErr w:type="spellStart"/>
      <w:r w:rsidRPr="007F2161">
        <w:rPr>
          <w:sz w:val="24"/>
          <w:szCs w:val="24"/>
        </w:rPr>
        <w:t>osvojování</w:t>
      </w:r>
      <w:proofErr w:type="spellEnd"/>
      <w:r w:rsidRPr="007F2161">
        <w:rPr>
          <w:sz w:val="24"/>
          <w:szCs w:val="24"/>
        </w:rPr>
        <w:t xml:space="preserve"> </w:t>
      </w:r>
      <w:proofErr w:type="spellStart"/>
      <w:r w:rsidRPr="007F2161">
        <w:rPr>
          <w:sz w:val="24"/>
          <w:szCs w:val="24"/>
        </w:rPr>
        <w:t>češtiny</w:t>
      </w:r>
      <w:proofErr w:type="spellEnd"/>
      <w:r w:rsidRPr="007F2161">
        <w:rPr>
          <w:sz w:val="24"/>
          <w:szCs w:val="24"/>
        </w:rPr>
        <w:t xml:space="preserve"> </w:t>
      </w:r>
      <w:proofErr w:type="spellStart"/>
      <w:r w:rsidRPr="007F2161">
        <w:rPr>
          <w:sz w:val="24"/>
          <w:szCs w:val="24"/>
        </w:rPr>
        <w:t>formou</w:t>
      </w:r>
      <w:proofErr w:type="spellEnd"/>
      <w:r w:rsidRPr="007F2161">
        <w:rPr>
          <w:sz w:val="24"/>
          <w:szCs w:val="24"/>
        </w:rPr>
        <w:t xml:space="preserve"> </w:t>
      </w:r>
      <w:proofErr w:type="spellStart"/>
      <w:r w:rsidRPr="007F2161">
        <w:rPr>
          <w:sz w:val="24"/>
          <w:szCs w:val="24"/>
        </w:rPr>
        <w:t>přizpůsobené</w:t>
      </w:r>
      <w:proofErr w:type="spellEnd"/>
      <w:r w:rsidRPr="007F2161">
        <w:rPr>
          <w:sz w:val="24"/>
          <w:szCs w:val="24"/>
        </w:rPr>
        <w:t xml:space="preserve"> </w:t>
      </w:r>
      <w:proofErr w:type="spellStart"/>
      <w:r w:rsidRPr="007F2161">
        <w:rPr>
          <w:sz w:val="24"/>
          <w:szCs w:val="24"/>
        </w:rPr>
        <w:t>komunikace</w:t>
      </w:r>
      <w:proofErr w:type="spellEnd"/>
      <w:r w:rsidRPr="007F2161">
        <w:rPr>
          <w:sz w:val="24"/>
          <w:szCs w:val="24"/>
        </w:rPr>
        <w:t xml:space="preserve">, </w:t>
      </w:r>
      <w:proofErr w:type="spellStart"/>
      <w:r w:rsidRPr="007F2161">
        <w:rPr>
          <w:sz w:val="24"/>
          <w:szCs w:val="24"/>
        </w:rPr>
        <w:t>cílené</w:t>
      </w:r>
      <w:proofErr w:type="spellEnd"/>
      <w:r w:rsidRPr="007F2161">
        <w:rPr>
          <w:sz w:val="24"/>
          <w:szCs w:val="24"/>
        </w:rPr>
        <w:t xml:space="preserve"> </w:t>
      </w:r>
      <w:proofErr w:type="spellStart"/>
      <w:r w:rsidRPr="007F2161">
        <w:rPr>
          <w:sz w:val="24"/>
          <w:szCs w:val="24"/>
        </w:rPr>
        <w:t>jazykové</w:t>
      </w:r>
      <w:proofErr w:type="spellEnd"/>
      <w:r w:rsidRPr="007F2161">
        <w:rPr>
          <w:sz w:val="24"/>
          <w:szCs w:val="24"/>
        </w:rPr>
        <w:t xml:space="preserve"> </w:t>
      </w:r>
      <w:proofErr w:type="spellStart"/>
      <w:r w:rsidRPr="007F2161">
        <w:rPr>
          <w:sz w:val="24"/>
          <w:szCs w:val="24"/>
        </w:rPr>
        <w:t>stimulace</w:t>
      </w:r>
      <w:proofErr w:type="spellEnd"/>
      <w:r w:rsidRPr="007F2161">
        <w:rPr>
          <w:sz w:val="24"/>
          <w:szCs w:val="24"/>
        </w:rPr>
        <w:t xml:space="preserve"> a </w:t>
      </w:r>
      <w:proofErr w:type="spellStart"/>
      <w:r w:rsidRPr="007F2161">
        <w:rPr>
          <w:sz w:val="24"/>
          <w:szCs w:val="24"/>
        </w:rPr>
        <w:t>případně</w:t>
      </w:r>
      <w:proofErr w:type="spellEnd"/>
      <w:r w:rsidRPr="007F2161">
        <w:rPr>
          <w:sz w:val="24"/>
          <w:szCs w:val="24"/>
        </w:rPr>
        <w:t xml:space="preserve"> </w:t>
      </w:r>
      <w:proofErr w:type="spellStart"/>
      <w:r w:rsidRPr="007F2161">
        <w:rPr>
          <w:sz w:val="24"/>
          <w:szCs w:val="24"/>
        </w:rPr>
        <w:t>zařazením</w:t>
      </w:r>
      <w:proofErr w:type="spellEnd"/>
      <w:r w:rsidRPr="007F2161">
        <w:rPr>
          <w:sz w:val="24"/>
          <w:szCs w:val="24"/>
        </w:rPr>
        <w:t xml:space="preserve"> do </w:t>
      </w:r>
      <w:proofErr w:type="spellStart"/>
      <w:r w:rsidRPr="007F2161">
        <w:rPr>
          <w:sz w:val="24"/>
          <w:szCs w:val="24"/>
        </w:rPr>
        <w:t>jazykové</w:t>
      </w:r>
      <w:proofErr w:type="spellEnd"/>
      <w:r w:rsidRPr="007F2161">
        <w:rPr>
          <w:sz w:val="24"/>
          <w:szCs w:val="24"/>
        </w:rPr>
        <w:t xml:space="preserve"> </w:t>
      </w:r>
      <w:proofErr w:type="spellStart"/>
      <w:r w:rsidRPr="007F2161">
        <w:rPr>
          <w:sz w:val="24"/>
          <w:szCs w:val="24"/>
        </w:rPr>
        <w:t>skupiny</w:t>
      </w:r>
      <w:proofErr w:type="spellEnd"/>
      <w:r w:rsidRPr="007F2161">
        <w:rPr>
          <w:sz w:val="24"/>
          <w:szCs w:val="24"/>
        </w:rPr>
        <w:t xml:space="preserve"> </w:t>
      </w:r>
      <w:proofErr w:type="spellStart"/>
      <w:r w:rsidRPr="007F2161">
        <w:rPr>
          <w:sz w:val="24"/>
          <w:szCs w:val="24"/>
        </w:rPr>
        <w:t>dle</w:t>
      </w:r>
      <w:proofErr w:type="spellEnd"/>
      <w:r w:rsidRPr="007F2161">
        <w:rPr>
          <w:sz w:val="24"/>
          <w:szCs w:val="24"/>
        </w:rPr>
        <w:t xml:space="preserve"> </w:t>
      </w:r>
      <w:proofErr w:type="spellStart"/>
      <w:r w:rsidRPr="007F2161">
        <w:rPr>
          <w:sz w:val="24"/>
          <w:szCs w:val="24"/>
        </w:rPr>
        <w:t>platné</w:t>
      </w:r>
      <w:proofErr w:type="spellEnd"/>
      <w:r w:rsidRPr="007F2161">
        <w:rPr>
          <w:sz w:val="24"/>
          <w:szCs w:val="24"/>
        </w:rPr>
        <w:t xml:space="preserve"> </w:t>
      </w:r>
      <w:proofErr w:type="spellStart"/>
      <w:r w:rsidRPr="007F2161">
        <w:rPr>
          <w:sz w:val="24"/>
          <w:szCs w:val="24"/>
        </w:rPr>
        <w:t>legislativy</w:t>
      </w:r>
      <w:proofErr w:type="spellEnd"/>
      <w:r w:rsidRPr="007F2161">
        <w:rPr>
          <w:sz w:val="24"/>
          <w:szCs w:val="24"/>
        </w:rPr>
        <w:t xml:space="preserve">. </w:t>
      </w:r>
      <w:proofErr w:type="spellStart"/>
      <w:r w:rsidRPr="007F2161">
        <w:rPr>
          <w:sz w:val="24"/>
          <w:szCs w:val="24"/>
        </w:rPr>
        <w:t>Učitelky</w:t>
      </w:r>
      <w:proofErr w:type="spellEnd"/>
      <w:r w:rsidRPr="007F2161">
        <w:rPr>
          <w:sz w:val="24"/>
          <w:szCs w:val="24"/>
        </w:rPr>
        <w:t xml:space="preserve"> </w:t>
      </w:r>
      <w:proofErr w:type="spellStart"/>
      <w:r w:rsidRPr="007F2161">
        <w:rPr>
          <w:sz w:val="24"/>
          <w:szCs w:val="24"/>
        </w:rPr>
        <w:t>pracují</w:t>
      </w:r>
      <w:proofErr w:type="spellEnd"/>
      <w:r w:rsidRPr="007F2161">
        <w:rPr>
          <w:sz w:val="24"/>
          <w:szCs w:val="24"/>
        </w:rPr>
        <w:t xml:space="preserve"> s </w:t>
      </w:r>
      <w:proofErr w:type="spellStart"/>
      <w:r w:rsidRPr="007F2161">
        <w:rPr>
          <w:sz w:val="24"/>
          <w:szCs w:val="24"/>
        </w:rPr>
        <w:t>vizualizací</w:t>
      </w:r>
      <w:proofErr w:type="spellEnd"/>
      <w:r w:rsidRPr="007F2161">
        <w:rPr>
          <w:sz w:val="24"/>
          <w:szCs w:val="24"/>
        </w:rPr>
        <w:t xml:space="preserve">, </w:t>
      </w:r>
      <w:proofErr w:type="spellStart"/>
      <w:r w:rsidRPr="007F2161">
        <w:rPr>
          <w:sz w:val="24"/>
          <w:szCs w:val="24"/>
        </w:rPr>
        <w:t>opakováním</w:t>
      </w:r>
      <w:proofErr w:type="spellEnd"/>
      <w:r w:rsidRPr="007F2161">
        <w:rPr>
          <w:sz w:val="24"/>
          <w:szCs w:val="24"/>
        </w:rPr>
        <w:t xml:space="preserve">, </w:t>
      </w:r>
      <w:proofErr w:type="spellStart"/>
      <w:r w:rsidRPr="007F2161">
        <w:rPr>
          <w:sz w:val="24"/>
          <w:szCs w:val="24"/>
        </w:rPr>
        <w:t>rytmizací</w:t>
      </w:r>
      <w:proofErr w:type="spellEnd"/>
      <w:r w:rsidRPr="007F2161">
        <w:rPr>
          <w:sz w:val="24"/>
          <w:szCs w:val="24"/>
        </w:rPr>
        <w:t xml:space="preserve">, </w:t>
      </w:r>
      <w:proofErr w:type="spellStart"/>
      <w:r w:rsidRPr="007F2161">
        <w:rPr>
          <w:sz w:val="24"/>
          <w:szCs w:val="24"/>
        </w:rPr>
        <w:t>používají</w:t>
      </w:r>
      <w:proofErr w:type="spellEnd"/>
      <w:r w:rsidRPr="007F2161">
        <w:rPr>
          <w:sz w:val="24"/>
          <w:szCs w:val="24"/>
        </w:rPr>
        <w:t xml:space="preserve"> </w:t>
      </w:r>
      <w:proofErr w:type="spellStart"/>
      <w:r w:rsidRPr="007F2161">
        <w:rPr>
          <w:sz w:val="24"/>
          <w:szCs w:val="24"/>
        </w:rPr>
        <w:t>zjednodušené</w:t>
      </w:r>
      <w:proofErr w:type="spellEnd"/>
      <w:r w:rsidRPr="007F2161">
        <w:rPr>
          <w:sz w:val="24"/>
          <w:szCs w:val="24"/>
        </w:rPr>
        <w:t xml:space="preserve"> </w:t>
      </w:r>
      <w:proofErr w:type="spellStart"/>
      <w:r w:rsidRPr="007F2161">
        <w:rPr>
          <w:sz w:val="24"/>
          <w:szCs w:val="24"/>
        </w:rPr>
        <w:t>pokyny</w:t>
      </w:r>
      <w:proofErr w:type="spellEnd"/>
      <w:r w:rsidRPr="007F2161">
        <w:rPr>
          <w:sz w:val="24"/>
          <w:szCs w:val="24"/>
        </w:rPr>
        <w:t xml:space="preserve"> a </w:t>
      </w:r>
      <w:proofErr w:type="spellStart"/>
      <w:r w:rsidRPr="007F2161">
        <w:rPr>
          <w:sz w:val="24"/>
          <w:szCs w:val="24"/>
        </w:rPr>
        <w:t>výrazovou</w:t>
      </w:r>
      <w:proofErr w:type="spellEnd"/>
      <w:r w:rsidRPr="007F2161">
        <w:rPr>
          <w:sz w:val="24"/>
          <w:szCs w:val="24"/>
        </w:rPr>
        <w:t xml:space="preserve"> </w:t>
      </w:r>
      <w:proofErr w:type="spellStart"/>
      <w:r w:rsidRPr="007F2161">
        <w:rPr>
          <w:sz w:val="24"/>
          <w:szCs w:val="24"/>
        </w:rPr>
        <w:t>mimiku</w:t>
      </w:r>
      <w:proofErr w:type="spellEnd"/>
      <w:r w:rsidRPr="007F2161">
        <w:rPr>
          <w:sz w:val="24"/>
          <w:szCs w:val="24"/>
        </w:rPr>
        <w:t>.</w:t>
      </w:r>
      <w:r w:rsidRPr="007F2161">
        <w:rPr>
          <w:sz w:val="24"/>
          <w:szCs w:val="24"/>
        </w:rPr>
        <w:br/>
      </w:r>
      <w:proofErr w:type="spellStart"/>
      <w:r w:rsidRPr="007F2161">
        <w:rPr>
          <w:sz w:val="24"/>
          <w:szCs w:val="24"/>
        </w:rPr>
        <w:t>Pokud</w:t>
      </w:r>
      <w:proofErr w:type="spellEnd"/>
      <w:r w:rsidRPr="007F2161">
        <w:rPr>
          <w:sz w:val="24"/>
          <w:szCs w:val="24"/>
        </w:rPr>
        <w:t xml:space="preserve"> je </w:t>
      </w:r>
      <w:proofErr w:type="spellStart"/>
      <w:r w:rsidRPr="007F2161">
        <w:rPr>
          <w:sz w:val="24"/>
          <w:szCs w:val="24"/>
        </w:rPr>
        <w:t>počet</w:t>
      </w:r>
      <w:proofErr w:type="spellEnd"/>
      <w:r w:rsidRPr="007F2161">
        <w:rPr>
          <w:sz w:val="24"/>
          <w:szCs w:val="24"/>
        </w:rPr>
        <w:t xml:space="preserve"> </w:t>
      </w:r>
      <w:proofErr w:type="spellStart"/>
      <w:r w:rsidRPr="007F2161">
        <w:rPr>
          <w:sz w:val="24"/>
          <w:szCs w:val="24"/>
        </w:rPr>
        <w:t>dětí</w:t>
      </w:r>
      <w:proofErr w:type="spellEnd"/>
      <w:r w:rsidRPr="007F2161">
        <w:rPr>
          <w:sz w:val="24"/>
          <w:szCs w:val="24"/>
        </w:rPr>
        <w:t xml:space="preserve"> s OMJ </w:t>
      </w:r>
      <w:proofErr w:type="spellStart"/>
      <w:r w:rsidRPr="007F2161">
        <w:rPr>
          <w:sz w:val="24"/>
          <w:szCs w:val="24"/>
        </w:rPr>
        <w:t>ve</w:t>
      </w:r>
      <w:proofErr w:type="spellEnd"/>
      <w:r w:rsidRPr="007F2161">
        <w:rPr>
          <w:sz w:val="24"/>
          <w:szCs w:val="24"/>
        </w:rPr>
        <w:t xml:space="preserve"> </w:t>
      </w:r>
      <w:proofErr w:type="spellStart"/>
      <w:r w:rsidRPr="007F2161">
        <w:rPr>
          <w:sz w:val="24"/>
          <w:szCs w:val="24"/>
        </w:rPr>
        <w:t>třídě</w:t>
      </w:r>
      <w:proofErr w:type="spellEnd"/>
      <w:r w:rsidRPr="007F2161">
        <w:rPr>
          <w:sz w:val="24"/>
          <w:szCs w:val="24"/>
        </w:rPr>
        <w:t xml:space="preserve"> </w:t>
      </w:r>
      <w:proofErr w:type="spellStart"/>
      <w:r w:rsidRPr="007F2161">
        <w:rPr>
          <w:sz w:val="24"/>
          <w:szCs w:val="24"/>
        </w:rPr>
        <w:t>vyšší</w:t>
      </w:r>
      <w:proofErr w:type="spellEnd"/>
      <w:r w:rsidRPr="007F2161">
        <w:rPr>
          <w:sz w:val="24"/>
          <w:szCs w:val="24"/>
        </w:rPr>
        <w:t xml:space="preserve"> (4 a </w:t>
      </w:r>
      <w:proofErr w:type="spellStart"/>
      <w:r w:rsidRPr="007F2161">
        <w:rPr>
          <w:sz w:val="24"/>
          <w:szCs w:val="24"/>
        </w:rPr>
        <w:t>více</w:t>
      </w:r>
      <w:proofErr w:type="spellEnd"/>
      <w:r w:rsidRPr="007F2161">
        <w:rPr>
          <w:sz w:val="24"/>
          <w:szCs w:val="24"/>
        </w:rPr>
        <w:t xml:space="preserve">), </w:t>
      </w:r>
      <w:proofErr w:type="spellStart"/>
      <w:r w:rsidRPr="007F2161">
        <w:rPr>
          <w:sz w:val="24"/>
          <w:szCs w:val="24"/>
        </w:rPr>
        <w:t>škola</w:t>
      </w:r>
      <w:proofErr w:type="spellEnd"/>
      <w:r w:rsidRPr="007F2161">
        <w:rPr>
          <w:sz w:val="24"/>
          <w:szCs w:val="24"/>
        </w:rPr>
        <w:t xml:space="preserve"> </w:t>
      </w:r>
      <w:proofErr w:type="spellStart"/>
      <w:r w:rsidRPr="007F2161">
        <w:rPr>
          <w:sz w:val="24"/>
          <w:szCs w:val="24"/>
        </w:rPr>
        <w:t>zajišťuje</w:t>
      </w:r>
      <w:proofErr w:type="spellEnd"/>
      <w:r w:rsidRPr="007F2161">
        <w:rPr>
          <w:sz w:val="24"/>
          <w:szCs w:val="24"/>
        </w:rPr>
        <w:t xml:space="preserve"> </w:t>
      </w:r>
      <w:proofErr w:type="spellStart"/>
      <w:r w:rsidRPr="007F2161">
        <w:rPr>
          <w:sz w:val="24"/>
          <w:szCs w:val="24"/>
        </w:rPr>
        <w:t>skupinu</w:t>
      </w:r>
      <w:proofErr w:type="spellEnd"/>
      <w:r w:rsidRPr="007F2161">
        <w:rPr>
          <w:sz w:val="24"/>
          <w:szCs w:val="24"/>
        </w:rPr>
        <w:t xml:space="preserve"> pro </w:t>
      </w:r>
      <w:proofErr w:type="spellStart"/>
      <w:r w:rsidRPr="007F2161">
        <w:rPr>
          <w:sz w:val="24"/>
          <w:szCs w:val="24"/>
        </w:rPr>
        <w:t>bezplatnou</w:t>
      </w:r>
      <w:proofErr w:type="spellEnd"/>
      <w:r w:rsidRPr="007F2161">
        <w:rPr>
          <w:sz w:val="24"/>
          <w:szCs w:val="24"/>
        </w:rPr>
        <w:t xml:space="preserve"> </w:t>
      </w:r>
      <w:proofErr w:type="spellStart"/>
      <w:r w:rsidRPr="007F2161">
        <w:rPr>
          <w:sz w:val="24"/>
          <w:szCs w:val="24"/>
        </w:rPr>
        <w:t>jazykovou</w:t>
      </w:r>
      <w:proofErr w:type="spellEnd"/>
      <w:r w:rsidRPr="007F2161">
        <w:rPr>
          <w:sz w:val="24"/>
          <w:szCs w:val="24"/>
        </w:rPr>
        <w:t xml:space="preserve"> </w:t>
      </w:r>
      <w:proofErr w:type="spellStart"/>
      <w:r w:rsidRPr="007F2161">
        <w:rPr>
          <w:sz w:val="24"/>
          <w:szCs w:val="24"/>
        </w:rPr>
        <w:t>přípravu</w:t>
      </w:r>
      <w:proofErr w:type="spellEnd"/>
      <w:r w:rsidRPr="007F2161">
        <w:rPr>
          <w:sz w:val="24"/>
          <w:szCs w:val="24"/>
        </w:rPr>
        <w:t xml:space="preserve"> v </w:t>
      </w:r>
      <w:proofErr w:type="spellStart"/>
      <w:r w:rsidRPr="007F2161">
        <w:rPr>
          <w:sz w:val="24"/>
          <w:szCs w:val="24"/>
        </w:rPr>
        <w:t>souladu</w:t>
      </w:r>
      <w:proofErr w:type="spellEnd"/>
      <w:r w:rsidRPr="007F2161">
        <w:rPr>
          <w:sz w:val="24"/>
          <w:szCs w:val="24"/>
        </w:rPr>
        <w:t xml:space="preserve"> s </w:t>
      </w:r>
      <w:proofErr w:type="spellStart"/>
      <w:r w:rsidRPr="007F2161">
        <w:rPr>
          <w:sz w:val="24"/>
          <w:szCs w:val="24"/>
        </w:rPr>
        <w:t>platnou</w:t>
      </w:r>
      <w:proofErr w:type="spellEnd"/>
      <w:r w:rsidRPr="007F2161">
        <w:rPr>
          <w:sz w:val="24"/>
          <w:szCs w:val="24"/>
        </w:rPr>
        <w:t xml:space="preserve"> </w:t>
      </w:r>
      <w:proofErr w:type="spellStart"/>
      <w:r w:rsidRPr="007F2161">
        <w:rPr>
          <w:sz w:val="24"/>
          <w:szCs w:val="24"/>
        </w:rPr>
        <w:t>legislativou</w:t>
      </w:r>
      <w:proofErr w:type="spellEnd"/>
      <w:r w:rsidRPr="007F2161">
        <w:rPr>
          <w:sz w:val="24"/>
          <w:szCs w:val="24"/>
        </w:rPr>
        <w:t xml:space="preserve">. </w:t>
      </w:r>
      <w:proofErr w:type="spellStart"/>
      <w:r w:rsidRPr="007F2161">
        <w:rPr>
          <w:sz w:val="24"/>
          <w:szCs w:val="24"/>
        </w:rPr>
        <w:t>Opíráme</w:t>
      </w:r>
      <w:proofErr w:type="spellEnd"/>
      <w:r w:rsidRPr="007F2161">
        <w:rPr>
          <w:sz w:val="24"/>
          <w:szCs w:val="24"/>
        </w:rPr>
        <w:t xml:space="preserve"> se o </w:t>
      </w:r>
      <w:proofErr w:type="spellStart"/>
      <w:r w:rsidRPr="007F2161">
        <w:rPr>
          <w:sz w:val="24"/>
          <w:szCs w:val="24"/>
        </w:rPr>
        <w:t>metodiku</w:t>
      </w:r>
      <w:proofErr w:type="spellEnd"/>
      <w:r w:rsidRPr="007F2161">
        <w:rPr>
          <w:sz w:val="24"/>
          <w:szCs w:val="24"/>
        </w:rPr>
        <w:t xml:space="preserve"> </w:t>
      </w:r>
      <w:proofErr w:type="spellStart"/>
      <w:r w:rsidRPr="007F2161">
        <w:rPr>
          <w:sz w:val="24"/>
          <w:szCs w:val="24"/>
        </w:rPr>
        <w:t>Kurikula</w:t>
      </w:r>
      <w:proofErr w:type="spellEnd"/>
      <w:r w:rsidRPr="007F2161">
        <w:rPr>
          <w:sz w:val="24"/>
          <w:szCs w:val="24"/>
        </w:rPr>
        <w:t xml:space="preserve"> </w:t>
      </w:r>
      <w:proofErr w:type="spellStart"/>
      <w:r w:rsidRPr="007F2161">
        <w:rPr>
          <w:sz w:val="24"/>
          <w:szCs w:val="24"/>
        </w:rPr>
        <w:t>češtiny</w:t>
      </w:r>
      <w:proofErr w:type="spellEnd"/>
      <w:r w:rsidRPr="007F2161">
        <w:rPr>
          <w:sz w:val="24"/>
          <w:szCs w:val="24"/>
        </w:rPr>
        <w:t xml:space="preserve"> </w:t>
      </w:r>
      <w:proofErr w:type="spellStart"/>
      <w:r w:rsidRPr="007F2161">
        <w:rPr>
          <w:sz w:val="24"/>
          <w:szCs w:val="24"/>
        </w:rPr>
        <w:t>jako</w:t>
      </w:r>
      <w:proofErr w:type="spellEnd"/>
      <w:r w:rsidRPr="007F2161">
        <w:rPr>
          <w:sz w:val="24"/>
          <w:szCs w:val="24"/>
        </w:rPr>
        <w:t xml:space="preserve"> </w:t>
      </w:r>
      <w:proofErr w:type="spellStart"/>
      <w:r w:rsidRPr="007F2161">
        <w:rPr>
          <w:sz w:val="24"/>
          <w:szCs w:val="24"/>
        </w:rPr>
        <w:t>druhého</w:t>
      </w:r>
      <w:proofErr w:type="spellEnd"/>
      <w:r w:rsidRPr="007F2161">
        <w:rPr>
          <w:sz w:val="24"/>
          <w:szCs w:val="24"/>
        </w:rPr>
        <w:t xml:space="preserve"> </w:t>
      </w:r>
      <w:proofErr w:type="spellStart"/>
      <w:r w:rsidRPr="007F2161">
        <w:rPr>
          <w:sz w:val="24"/>
          <w:szCs w:val="24"/>
        </w:rPr>
        <w:t>jazyka</w:t>
      </w:r>
      <w:proofErr w:type="spellEnd"/>
      <w:r w:rsidRPr="007F2161">
        <w:rPr>
          <w:sz w:val="24"/>
          <w:szCs w:val="24"/>
        </w:rPr>
        <w:t xml:space="preserve"> a </w:t>
      </w:r>
      <w:proofErr w:type="spellStart"/>
      <w:r w:rsidRPr="007F2161">
        <w:rPr>
          <w:sz w:val="24"/>
          <w:szCs w:val="24"/>
        </w:rPr>
        <w:t>průběžně</w:t>
      </w:r>
      <w:proofErr w:type="spellEnd"/>
      <w:r w:rsidRPr="007F2161">
        <w:rPr>
          <w:sz w:val="24"/>
          <w:szCs w:val="24"/>
        </w:rPr>
        <w:t xml:space="preserve"> </w:t>
      </w:r>
      <w:proofErr w:type="spellStart"/>
      <w:r w:rsidRPr="007F2161">
        <w:rPr>
          <w:sz w:val="24"/>
          <w:szCs w:val="24"/>
        </w:rPr>
        <w:t>vyhodnocujeme</w:t>
      </w:r>
      <w:proofErr w:type="spellEnd"/>
      <w:r w:rsidRPr="007F2161">
        <w:rPr>
          <w:sz w:val="24"/>
          <w:szCs w:val="24"/>
        </w:rPr>
        <w:t xml:space="preserve">, jak </w:t>
      </w:r>
      <w:proofErr w:type="spellStart"/>
      <w:r w:rsidRPr="007F2161">
        <w:rPr>
          <w:sz w:val="24"/>
          <w:szCs w:val="24"/>
        </w:rPr>
        <w:t>dítě</w:t>
      </w:r>
      <w:proofErr w:type="spellEnd"/>
      <w:r w:rsidRPr="007F2161">
        <w:rPr>
          <w:sz w:val="24"/>
          <w:szCs w:val="24"/>
        </w:rPr>
        <w:t xml:space="preserve"> </w:t>
      </w:r>
      <w:proofErr w:type="spellStart"/>
      <w:r w:rsidRPr="007F2161">
        <w:rPr>
          <w:sz w:val="24"/>
          <w:szCs w:val="24"/>
        </w:rPr>
        <w:t>pokročilo</w:t>
      </w:r>
      <w:proofErr w:type="spellEnd"/>
      <w:r w:rsidRPr="007F2161">
        <w:rPr>
          <w:sz w:val="24"/>
          <w:szCs w:val="24"/>
        </w:rPr>
        <w:t>.</w:t>
      </w:r>
    </w:p>
    <w:p w14:paraId="49045F3A" w14:textId="77777777" w:rsidR="004A640F" w:rsidRDefault="004A640F" w:rsidP="004A640F">
      <w:pPr>
        <w:pStyle w:val="Nadpis2"/>
      </w:pPr>
      <w:proofErr w:type="spellStart"/>
      <w:r>
        <w:t>Děti</w:t>
      </w:r>
      <w:proofErr w:type="spellEnd"/>
      <w:r>
        <w:t xml:space="preserve"> </w:t>
      </w:r>
      <w:proofErr w:type="spellStart"/>
      <w:r>
        <w:t>mladší</w:t>
      </w:r>
      <w:proofErr w:type="spellEnd"/>
      <w:r>
        <w:t xml:space="preserve"> </w:t>
      </w:r>
      <w:proofErr w:type="spellStart"/>
      <w:r>
        <w:t>tří</w:t>
      </w:r>
      <w:proofErr w:type="spellEnd"/>
      <w:r>
        <w:t xml:space="preserve"> let</w:t>
      </w:r>
    </w:p>
    <w:p w14:paraId="47C5FF86" w14:textId="77777777" w:rsidR="004A640F" w:rsidRPr="00230C03" w:rsidRDefault="004A640F" w:rsidP="004A640F">
      <w:pPr>
        <w:spacing w:after="120"/>
        <w:rPr>
          <w:sz w:val="24"/>
          <w:szCs w:val="24"/>
        </w:rPr>
      </w:pPr>
      <w:proofErr w:type="spellStart"/>
      <w:r w:rsidRPr="00230C03">
        <w:rPr>
          <w:sz w:val="24"/>
          <w:szCs w:val="24"/>
        </w:rPr>
        <w:t>Dvouleté</w:t>
      </w:r>
      <w:proofErr w:type="spellEnd"/>
      <w:r w:rsidRPr="00230C03">
        <w:rPr>
          <w:sz w:val="24"/>
          <w:szCs w:val="24"/>
        </w:rPr>
        <w:t xml:space="preserve"> </w:t>
      </w:r>
      <w:proofErr w:type="spellStart"/>
      <w:r w:rsidRPr="00230C03">
        <w:rPr>
          <w:sz w:val="24"/>
          <w:szCs w:val="24"/>
        </w:rPr>
        <w:t>děti</w:t>
      </w:r>
      <w:proofErr w:type="spellEnd"/>
      <w:r w:rsidRPr="00230C03">
        <w:rPr>
          <w:sz w:val="24"/>
          <w:szCs w:val="24"/>
        </w:rPr>
        <w:t xml:space="preserve"> </w:t>
      </w:r>
      <w:proofErr w:type="spellStart"/>
      <w:r w:rsidRPr="00230C03">
        <w:rPr>
          <w:sz w:val="24"/>
          <w:szCs w:val="24"/>
        </w:rPr>
        <w:t>jsou</w:t>
      </w:r>
      <w:proofErr w:type="spellEnd"/>
      <w:r w:rsidRPr="00230C03">
        <w:rPr>
          <w:sz w:val="24"/>
          <w:szCs w:val="24"/>
        </w:rPr>
        <w:t xml:space="preserve"> </w:t>
      </w:r>
      <w:proofErr w:type="spellStart"/>
      <w:r w:rsidRPr="00230C03">
        <w:rPr>
          <w:sz w:val="24"/>
          <w:szCs w:val="24"/>
        </w:rPr>
        <w:t>specifickou</w:t>
      </w:r>
      <w:proofErr w:type="spellEnd"/>
      <w:r w:rsidRPr="00230C03">
        <w:rPr>
          <w:sz w:val="24"/>
          <w:szCs w:val="24"/>
        </w:rPr>
        <w:t xml:space="preserve"> </w:t>
      </w:r>
      <w:proofErr w:type="spellStart"/>
      <w:r w:rsidRPr="00230C03">
        <w:rPr>
          <w:sz w:val="24"/>
          <w:szCs w:val="24"/>
        </w:rPr>
        <w:t>skupinou</w:t>
      </w:r>
      <w:proofErr w:type="spellEnd"/>
      <w:r w:rsidRPr="00230C03">
        <w:rPr>
          <w:sz w:val="24"/>
          <w:szCs w:val="24"/>
        </w:rPr>
        <w:t xml:space="preserve">, </w:t>
      </w:r>
      <w:proofErr w:type="spellStart"/>
      <w:r w:rsidRPr="00230C03">
        <w:rPr>
          <w:sz w:val="24"/>
          <w:szCs w:val="24"/>
        </w:rPr>
        <w:t>která</w:t>
      </w:r>
      <w:proofErr w:type="spellEnd"/>
      <w:r w:rsidRPr="00230C03">
        <w:rPr>
          <w:sz w:val="24"/>
          <w:szCs w:val="24"/>
        </w:rPr>
        <w:t xml:space="preserve"> </w:t>
      </w:r>
      <w:proofErr w:type="spellStart"/>
      <w:r w:rsidRPr="00230C03">
        <w:rPr>
          <w:sz w:val="24"/>
          <w:szCs w:val="24"/>
        </w:rPr>
        <w:t>potřebuje</w:t>
      </w:r>
      <w:proofErr w:type="spellEnd"/>
      <w:r w:rsidRPr="00230C03">
        <w:rPr>
          <w:sz w:val="24"/>
          <w:szCs w:val="24"/>
        </w:rPr>
        <w:t xml:space="preserve"> </w:t>
      </w:r>
      <w:proofErr w:type="spellStart"/>
      <w:r w:rsidRPr="00230C03">
        <w:rPr>
          <w:sz w:val="24"/>
          <w:szCs w:val="24"/>
        </w:rPr>
        <w:t>především</w:t>
      </w:r>
      <w:proofErr w:type="spellEnd"/>
      <w:r w:rsidRPr="00230C03">
        <w:rPr>
          <w:sz w:val="24"/>
          <w:szCs w:val="24"/>
        </w:rPr>
        <w:t xml:space="preserve"> </w:t>
      </w:r>
      <w:proofErr w:type="spellStart"/>
      <w:r w:rsidRPr="00230C03">
        <w:rPr>
          <w:sz w:val="24"/>
          <w:szCs w:val="24"/>
        </w:rPr>
        <w:t>bezpečné</w:t>
      </w:r>
      <w:proofErr w:type="spellEnd"/>
      <w:r w:rsidRPr="00230C03">
        <w:rPr>
          <w:sz w:val="24"/>
          <w:szCs w:val="24"/>
        </w:rPr>
        <w:t xml:space="preserve"> a </w:t>
      </w:r>
      <w:proofErr w:type="spellStart"/>
      <w:r w:rsidRPr="00230C03">
        <w:rPr>
          <w:sz w:val="24"/>
          <w:szCs w:val="24"/>
        </w:rPr>
        <w:t>citově</w:t>
      </w:r>
      <w:proofErr w:type="spellEnd"/>
      <w:r w:rsidRPr="00230C03">
        <w:rPr>
          <w:sz w:val="24"/>
          <w:szCs w:val="24"/>
        </w:rPr>
        <w:t xml:space="preserve"> </w:t>
      </w:r>
      <w:proofErr w:type="spellStart"/>
      <w:r w:rsidRPr="00230C03">
        <w:rPr>
          <w:sz w:val="24"/>
          <w:szCs w:val="24"/>
        </w:rPr>
        <w:t>stabilní</w:t>
      </w:r>
      <w:proofErr w:type="spellEnd"/>
      <w:r w:rsidRPr="00230C03">
        <w:rPr>
          <w:sz w:val="24"/>
          <w:szCs w:val="24"/>
        </w:rPr>
        <w:t xml:space="preserve"> </w:t>
      </w:r>
      <w:proofErr w:type="spellStart"/>
      <w:r w:rsidRPr="00230C03">
        <w:rPr>
          <w:sz w:val="24"/>
          <w:szCs w:val="24"/>
        </w:rPr>
        <w:t>prostředí</w:t>
      </w:r>
      <w:proofErr w:type="spellEnd"/>
      <w:r w:rsidRPr="00230C03">
        <w:rPr>
          <w:sz w:val="24"/>
          <w:szCs w:val="24"/>
        </w:rPr>
        <w:t xml:space="preserve">. </w:t>
      </w:r>
      <w:proofErr w:type="spellStart"/>
      <w:r w:rsidRPr="00230C03">
        <w:rPr>
          <w:sz w:val="24"/>
          <w:szCs w:val="24"/>
        </w:rPr>
        <w:t>Naším</w:t>
      </w:r>
      <w:proofErr w:type="spellEnd"/>
      <w:r w:rsidRPr="00230C03">
        <w:rPr>
          <w:sz w:val="24"/>
          <w:szCs w:val="24"/>
        </w:rPr>
        <w:t xml:space="preserve"> </w:t>
      </w:r>
      <w:proofErr w:type="spellStart"/>
      <w:r w:rsidRPr="00230C03">
        <w:rPr>
          <w:sz w:val="24"/>
          <w:szCs w:val="24"/>
        </w:rPr>
        <w:t>cílem</w:t>
      </w:r>
      <w:proofErr w:type="spellEnd"/>
      <w:r w:rsidRPr="00230C03">
        <w:rPr>
          <w:sz w:val="24"/>
          <w:szCs w:val="24"/>
        </w:rPr>
        <w:t xml:space="preserve"> </w:t>
      </w:r>
      <w:proofErr w:type="spellStart"/>
      <w:r w:rsidRPr="00230C03">
        <w:rPr>
          <w:sz w:val="24"/>
          <w:szCs w:val="24"/>
        </w:rPr>
        <w:t>není</w:t>
      </w:r>
      <w:proofErr w:type="spellEnd"/>
      <w:r w:rsidRPr="00230C03">
        <w:rPr>
          <w:sz w:val="24"/>
          <w:szCs w:val="24"/>
        </w:rPr>
        <w:t xml:space="preserve"> </w:t>
      </w:r>
      <w:proofErr w:type="spellStart"/>
      <w:r w:rsidRPr="00230C03">
        <w:rPr>
          <w:sz w:val="24"/>
          <w:szCs w:val="24"/>
        </w:rPr>
        <w:t>uspokojit</w:t>
      </w:r>
      <w:proofErr w:type="spellEnd"/>
      <w:r w:rsidRPr="00230C03">
        <w:rPr>
          <w:sz w:val="24"/>
          <w:szCs w:val="24"/>
        </w:rPr>
        <w:t xml:space="preserve"> </w:t>
      </w:r>
      <w:proofErr w:type="spellStart"/>
      <w:r w:rsidRPr="00230C03">
        <w:rPr>
          <w:sz w:val="24"/>
          <w:szCs w:val="24"/>
        </w:rPr>
        <w:t>výkonové</w:t>
      </w:r>
      <w:proofErr w:type="spellEnd"/>
      <w:r w:rsidRPr="00230C03">
        <w:rPr>
          <w:sz w:val="24"/>
          <w:szCs w:val="24"/>
        </w:rPr>
        <w:t xml:space="preserve"> </w:t>
      </w:r>
      <w:proofErr w:type="spellStart"/>
      <w:r w:rsidRPr="00230C03">
        <w:rPr>
          <w:sz w:val="24"/>
          <w:szCs w:val="24"/>
        </w:rPr>
        <w:t>požadavky</w:t>
      </w:r>
      <w:proofErr w:type="spellEnd"/>
      <w:r w:rsidRPr="00230C03">
        <w:rPr>
          <w:sz w:val="24"/>
          <w:szCs w:val="24"/>
        </w:rPr>
        <w:t xml:space="preserve">, ale </w:t>
      </w:r>
      <w:proofErr w:type="spellStart"/>
      <w:r w:rsidRPr="00230C03">
        <w:rPr>
          <w:sz w:val="24"/>
          <w:szCs w:val="24"/>
        </w:rPr>
        <w:t>podpořit</w:t>
      </w:r>
      <w:proofErr w:type="spellEnd"/>
      <w:r w:rsidRPr="00230C03">
        <w:rPr>
          <w:sz w:val="24"/>
          <w:szCs w:val="24"/>
        </w:rPr>
        <w:t xml:space="preserve"> </w:t>
      </w:r>
      <w:proofErr w:type="spellStart"/>
      <w:r w:rsidRPr="00230C03">
        <w:rPr>
          <w:sz w:val="24"/>
          <w:szCs w:val="24"/>
        </w:rPr>
        <w:t>základní</w:t>
      </w:r>
      <w:proofErr w:type="spellEnd"/>
      <w:r w:rsidRPr="00230C03">
        <w:rPr>
          <w:sz w:val="24"/>
          <w:szCs w:val="24"/>
        </w:rPr>
        <w:t xml:space="preserve"> </w:t>
      </w:r>
      <w:proofErr w:type="spellStart"/>
      <w:r w:rsidRPr="00230C03">
        <w:rPr>
          <w:sz w:val="24"/>
          <w:szCs w:val="24"/>
        </w:rPr>
        <w:t>návyky</w:t>
      </w:r>
      <w:proofErr w:type="spellEnd"/>
      <w:r w:rsidRPr="00230C03">
        <w:rPr>
          <w:sz w:val="24"/>
          <w:szCs w:val="24"/>
        </w:rPr>
        <w:t xml:space="preserve">, </w:t>
      </w:r>
      <w:proofErr w:type="spellStart"/>
      <w:r w:rsidRPr="00230C03">
        <w:rPr>
          <w:sz w:val="24"/>
          <w:szCs w:val="24"/>
        </w:rPr>
        <w:t>sebeobsluhu</w:t>
      </w:r>
      <w:proofErr w:type="spellEnd"/>
      <w:r w:rsidRPr="00230C03">
        <w:rPr>
          <w:sz w:val="24"/>
          <w:szCs w:val="24"/>
        </w:rPr>
        <w:t xml:space="preserve">, </w:t>
      </w:r>
      <w:proofErr w:type="spellStart"/>
      <w:r w:rsidRPr="00230C03">
        <w:rPr>
          <w:sz w:val="24"/>
          <w:szCs w:val="24"/>
        </w:rPr>
        <w:t>orientaci</w:t>
      </w:r>
      <w:proofErr w:type="spellEnd"/>
      <w:r w:rsidRPr="00230C03">
        <w:rPr>
          <w:sz w:val="24"/>
          <w:szCs w:val="24"/>
        </w:rPr>
        <w:t xml:space="preserve"> v </w:t>
      </w:r>
      <w:proofErr w:type="spellStart"/>
      <w:r w:rsidRPr="00230C03">
        <w:rPr>
          <w:sz w:val="24"/>
          <w:szCs w:val="24"/>
        </w:rPr>
        <w:t>prostředí</w:t>
      </w:r>
      <w:proofErr w:type="spellEnd"/>
      <w:r w:rsidRPr="00230C03">
        <w:rPr>
          <w:sz w:val="24"/>
          <w:szCs w:val="24"/>
        </w:rPr>
        <w:t xml:space="preserve"> a </w:t>
      </w:r>
      <w:proofErr w:type="spellStart"/>
      <w:r w:rsidRPr="00230C03">
        <w:rPr>
          <w:sz w:val="24"/>
          <w:szCs w:val="24"/>
        </w:rPr>
        <w:t>vztah</w:t>
      </w:r>
      <w:proofErr w:type="spellEnd"/>
      <w:r w:rsidRPr="00230C03">
        <w:rPr>
          <w:sz w:val="24"/>
          <w:szCs w:val="24"/>
        </w:rPr>
        <w:t xml:space="preserve"> k </w:t>
      </w:r>
      <w:proofErr w:type="spellStart"/>
      <w:r w:rsidRPr="00230C03">
        <w:rPr>
          <w:sz w:val="24"/>
          <w:szCs w:val="24"/>
        </w:rPr>
        <w:t>druhým</w:t>
      </w:r>
      <w:proofErr w:type="spellEnd"/>
      <w:r w:rsidRPr="00230C03">
        <w:rPr>
          <w:sz w:val="24"/>
          <w:szCs w:val="24"/>
        </w:rPr>
        <w:t xml:space="preserve"> </w:t>
      </w:r>
      <w:proofErr w:type="spellStart"/>
      <w:r w:rsidRPr="00230C03">
        <w:rPr>
          <w:sz w:val="24"/>
          <w:szCs w:val="24"/>
        </w:rPr>
        <w:t>lidem</w:t>
      </w:r>
      <w:proofErr w:type="spellEnd"/>
      <w:r w:rsidRPr="00230C03">
        <w:rPr>
          <w:sz w:val="24"/>
          <w:szCs w:val="24"/>
        </w:rPr>
        <w:t>.</w:t>
      </w:r>
      <w:r w:rsidRPr="00230C03">
        <w:rPr>
          <w:sz w:val="24"/>
          <w:szCs w:val="24"/>
        </w:rPr>
        <w:br/>
      </w:r>
      <w:proofErr w:type="spellStart"/>
      <w:r w:rsidRPr="00230C03">
        <w:rPr>
          <w:sz w:val="24"/>
          <w:szCs w:val="24"/>
        </w:rPr>
        <w:t>Denní</w:t>
      </w:r>
      <w:proofErr w:type="spellEnd"/>
      <w:r w:rsidRPr="00230C03">
        <w:rPr>
          <w:sz w:val="24"/>
          <w:szCs w:val="24"/>
        </w:rPr>
        <w:t xml:space="preserve"> </w:t>
      </w:r>
      <w:proofErr w:type="spellStart"/>
      <w:r w:rsidRPr="00230C03">
        <w:rPr>
          <w:sz w:val="24"/>
          <w:szCs w:val="24"/>
        </w:rPr>
        <w:t>režim</w:t>
      </w:r>
      <w:proofErr w:type="spellEnd"/>
      <w:r w:rsidRPr="00230C03">
        <w:rPr>
          <w:sz w:val="24"/>
          <w:szCs w:val="24"/>
        </w:rPr>
        <w:t xml:space="preserve"> je </w:t>
      </w:r>
      <w:proofErr w:type="spellStart"/>
      <w:r w:rsidRPr="00230C03">
        <w:rPr>
          <w:sz w:val="24"/>
          <w:szCs w:val="24"/>
        </w:rPr>
        <w:t>flexibilní</w:t>
      </w:r>
      <w:proofErr w:type="spellEnd"/>
      <w:r w:rsidRPr="00230C03">
        <w:rPr>
          <w:sz w:val="24"/>
          <w:szCs w:val="24"/>
        </w:rPr>
        <w:t xml:space="preserve">, </w:t>
      </w:r>
      <w:proofErr w:type="spellStart"/>
      <w:r w:rsidRPr="00230C03">
        <w:rPr>
          <w:sz w:val="24"/>
          <w:szCs w:val="24"/>
        </w:rPr>
        <w:t>činnosti</w:t>
      </w:r>
      <w:proofErr w:type="spellEnd"/>
      <w:r w:rsidRPr="00230C03">
        <w:rPr>
          <w:sz w:val="24"/>
          <w:szCs w:val="24"/>
        </w:rPr>
        <w:t xml:space="preserve"> </w:t>
      </w:r>
      <w:proofErr w:type="spellStart"/>
      <w:r w:rsidRPr="00230C03">
        <w:rPr>
          <w:sz w:val="24"/>
          <w:szCs w:val="24"/>
        </w:rPr>
        <w:t>jsou</w:t>
      </w:r>
      <w:proofErr w:type="spellEnd"/>
      <w:r w:rsidRPr="00230C03">
        <w:rPr>
          <w:sz w:val="24"/>
          <w:szCs w:val="24"/>
        </w:rPr>
        <w:t xml:space="preserve"> </w:t>
      </w:r>
      <w:proofErr w:type="spellStart"/>
      <w:r w:rsidRPr="00230C03">
        <w:rPr>
          <w:sz w:val="24"/>
          <w:szCs w:val="24"/>
        </w:rPr>
        <w:t>kratší</w:t>
      </w:r>
      <w:proofErr w:type="spellEnd"/>
      <w:r w:rsidRPr="00230C03">
        <w:rPr>
          <w:sz w:val="24"/>
          <w:szCs w:val="24"/>
        </w:rPr>
        <w:t xml:space="preserve">, </w:t>
      </w:r>
      <w:proofErr w:type="spellStart"/>
      <w:r w:rsidRPr="00230C03">
        <w:rPr>
          <w:sz w:val="24"/>
          <w:szCs w:val="24"/>
        </w:rPr>
        <w:t>střídají</w:t>
      </w:r>
      <w:proofErr w:type="spellEnd"/>
      <w:r w:rsidRPr="00230C03">
        <w:rPr>
          <w:sz w:val="24"/>
          <w:szCs w:val="24"/>
        </w:rPr>
        <w:t xml:space="preserve"> se </w:t>
      </w:r>
      <w:proofErr w:type="spellStart"/>
      <w:r w:rsidRPr="00230C03">
        <w:rPr>
          <w:sz w:val="24"/>
          <w:szCs w:val="24"/>
        </w:rPr>
        <w:t>aktivní</w:t>
      </w:r>
      <w:proofErr w:type="spellEnd"/>
      <w:r w:rsidRPr="00230C03">
        <w:rPr>
          <w:sz w:val="24"/>
          <w:szCs w:val="24"/>
        </w:rPr>
        <w:t xml:space="preserve"> </w:t>
      </w:r>
      <w:proofErr w:type="spellStart"/>
      <w:r w:rsidRPr="00230C03">
        <w:rPr>
          <w:sz w:val="24"/>
          <w:szCs w:val="24"/>
        </w:rPr>
        <w:t>i</w:t>
      </w:r>
      <w:proofErr w:type="spellEnd"/>
      <w:r w:rsidRPr="00230C03">
        <w:rPr>
          <w:sz w:val="24"/>
          <w:szCs w:val="24"/>
        </w:rPr>
        <w:t xml:space="preserve"> </w:t>
      </w:r>
      <w:proofErr w:type="spellStart"/>
      <w:r w:rsidRPr="00230C03">
        <w:rPr>
          <w:sz w:val="24"/>
          <w:szCs w:val="24"/>
        </w:rPr>
        <w:t>klidové</w:t>
      </w:r>
      <w:proofErr w:type="spellEnd"/>
      <w:r w:rsidRPr="00230C03">
        <w:rPr>
          <w:sz w:val="24"/>
          <w:szCs w:val="24"/>
        </w:rPr>
        <w:t xml:space="preserve"> </w:t>
      </w:r>
      <w:proofErr w:type="spellStart"/>
      <w:r w:rsidRPr="00230C03">
        <w:rPr>
          <w:sz w:val="24"/>
          <w:szCs w:val="24"/>
        </w:rPr>
        <w:t>bloky</w:t>
      </w:r>
      <w:proofErr w:type="spellEnd"/>
      <w:r w:rsidRPr="00230C03">
        <w:rPr>
          <w:sz w:val="24"/>
          <w:szCs w:val="24"/>
        </w:rPr>
        <w:t xml:space="preserve">. </w:t>
      </w:r>
      <w:proofErr w:type="spellStart"/>
      <w:r w:rsidRPr="00230C03">
        <w:rPr>
          <w:sz w:val="24"/>
          <w:szCs w:val="24"/>
        </w:rPr>
        <w:t>Učitelky</w:t>
      </w:r>
      <w:proofErr w:type="spellEnd"/>
      <w:r w:rsidRPr="00230C03">
        <w:rPr>
          <w:sz w:val="24"/>
          <w:szCs w:val="24"/>
        </w:rPr>
        <w:t xml:space="preserve"> </w:t>
      </w:r>
      <w:proofErr w:type="spellStart"/>
      <w:r w:rsidRPr="00230C03">
        <w:rPr>
          <w:sz w:val="24"/>
          <w:szCs w:val="24"/>
        </w:rPr>
        <w:t>pracují</w:t>
      </w:r>
      <w:proofErr w:type="spellEnd"/>
      <w:r w:rsidRPr="00230C03">
        <w:rPr>
          <w:sz w:val="24"/>
          <w:szCs w:val="24"/>
        </w:rPr>
        <w:t xml:space="preserve"> s </w:t>
      </w:r>
      <w:proofErr w:type="spellStart"/>
      <w:r w:rsidRPr="00230C03">
        <w:rPr>
          <w:sz w:val="24"/>
          <w:szCs w:val="24"/>
        </w:rPr>
        <w:t>mimoverbální</w:t>
      </w:r>
      <w:proofErr w:type="spellEnd"/>
      <w:r w:rsidRPr="00230C03">
        <w:rPr>
          <w:sz w:val="24"/>
          <w:szCs w:val="24"/>
        </w:rPr>
        <w:t xml:space="preserve"> </w:t>
      </w:r>
      <w:proofErr w:type="spellStart"/>
      <w:r w:rsidRPr="00230C03">
        <w:rPr>
          <w:sz w:val="24"/>
          <w:szCs w:val="24"/>
        </w:rPr>
        <w:t>komunikací</w:t>
      </w:r>
      <w:proofErr w:type="spellEnd"/>
      <w:r w:rsidRPr="00230C03">
        <w:rPr>
          <w:sz w:val="24"/>
          <w:szCs w:val="24"/>
        </w:rPr>
        <w:t xml:space="preserve">, </w:t>
      </w:r>
      <w:proofErr w:type="spellStart"/>
      <w:r w:rsidRPr="00230C03">
        <w:rPr>
          <w:sz w:val="24"/>
          <w:szCs w:val="24"/>
        </w:rPr>
        <w:t>posilují</w:t>
      </w:r>
      <w:proofErr w:type="spellEnd"/>
      <w:r w:rsidRPr="00230C03">
        <w:rPr>
          <w:sz w:val="24"/>
          <w:szCs w:val="24"/>
        </w:rPr>
        <w:t xml:space="preserve"> </w:t>
      </w:r>
      <w:proofErr w:type="spellStart"/>
      <w:r w:rsidRPr="00230C03">
        <w:rPr>
          <w:sz w:val="24"/>
          <w:szCs w:val="24"/>
        </w:rPr>
        <w:t>rutiny</w:t>
      </w:r>
      <w:proofErr w:type="spellEnd"/>
      <w:r w:rsidRPr="00230C03">
        <w:rPr>
          <w:sz w:val="24"/>
          <w:szCs w:val="24"/>
        </w:rPr>
        <w:t xml:space="preserve"> a </w:t>
      </w:r>
      <w:proofErr w:type="spellStart"/>
      <w:r w:rsidRPr="00230C03">
        <w:rPr>
          <w:sz w:val="24"/>
          <w:szCs w:val="24"/>
        </w:rPr>
        <w:t>poskytují</w:t>
      </w:r>
      <w:proofErr w:type="spellEnd"/>
      <w:r w:rsidRPr="00230C03">
        <w:rPr>
          <w:sz w:val="24"/>
          <w:szCs w:val="24"/>
        </w:rPr>
        <w:t xml:space="preserve"> </w:t>
      </w:r>
      <w:proofErr w:type="spellStart"/>
      <w:r w:rsidRPr="00230C03">
        <w:rPr>
          <w:sz w:val="24"/>
          <w:szCs w:val="24"/>
        </w:rPr>
        <w:t>jasné</w:t>
      </w:r>
      <w:proofErr w:type="spellEnd"/>
      <w:r w:rsidRPr="00230C03">
        <w:rPr>
          <w:sz w:val="24"/>
          <w:szCs w:val="24"/>
        </w:rPr>
        <w:t xml:space="preserve"> </w:t>
      </w:r>
      <w:proofErr w:type="spellStart"/>
      <w:r w:rsidRPr="00230C03">
        <w:rPr>
          <w:sz w:val="24"/>
          <w:szCs w:val="24"/>
        </w:rPr>
        <w:t>hranice</w:t>
      </w:r>
      <w:proofErr w:type="spellEnd"/>
      <w:r w:rsidRPr="00230C03">
        <w:rPr>
          <w:sz w:val="24"/>
          <w:szCs w:val="24"/>
        </w:rPr>
        <w:t xml:space="preserve">. </w:t>
      </w:r>
      <w:proofErr w:type="spellStart"/>
      <w:r w:rsidRPr="00230C03">
        <w:rPr>
          <w:sz w:val="24"/>
          <w:szCs w:val="24"/>
        </w:rPr>
        <w:t>Dítě</w:t>
      </w:r>
      <w:proofErr w:type="spellEnd"/>
      <w:r w:rsidRPr="00230C03">
        <w:rPr>
          <w:sz w:val="24"/>
          <w:szCs w:val="24"/>
        </w:rPr>
        <w:t xml:space="preserve"> </w:t>
      </w:r>
      <w:proofErr w:type="spellStart"/>
      <w:r w:rsidRPr="00230C03">
        <w:rPr>
          <w:sz w:val="24"/>
          <w:szCs w:val="24"/>
        </w:rPr>
        <w:t>má</w:t>
      </w:r>
      <w:proofErr w:type="spellEnd"/>
      <w:r w:rsidRPr="00230C03">
        <w:rPr>
          <w:sz w:val="24"/>
          <w:szCs w:val="24"/>
        </w:rPr>
        <w:t xml:space="preserve"> </w:t>
      </w:r>
      <w:proofErr w:type="spellStart"/>
      <w:r w:rsidRPr="00230C03">
        <w:rPr>
          <w:sz w:val="24"/>
          <w:szCs w:val="24"/>
        </w:rPr>
        <w:t>dostatek</w:t>
      </w:r>
      <w:proofErr w:type="spellEnd"/>
      <w:r w:rsidRPr="00230C03">
        <w:rPr>
          <w:sz w:val="24"/>
          <w:szCs w:val="24"/>
        </w:rPr>
        <w:t xml:space="preserve"> </w:t>
      </w:r>
      <w:proofErr w:type="spellStart"/>
      <w:r w:rsidRPr="00230C03">
        <w:rPr>
          <w:sz w:val="24"/>
          <w:szCs w:val="24"/>
        </w:rPr>
        <w:t>volného</w:t>
      </w:r>
      <w:proofErr w:type="spellEnd"/>
      <w:r w:rsidRPr="00230C03">
        <w:rPr>
          <w:sz w:val="24"/>
          <w:szCs w:val="24"/>
        </w:rPr>
        <w:t xml:space="preserve"> </w:t>
      </w:r>
      <w:proofErr w:type="spellStart"/>
      <w:r w:rsidRPr="00230C03">
        <w:rPr>
          <w:sz w:val="24"/>
          <w:szCs w:val="24"/>
        </w:rPr>
        <w:t>pohybu</w:t>
      </w:r>
      <w:proofErr w:type="spellEnd"/>
      <w:r w:rsidRPr="00230C03">
        <w:rPr>
          <w:sz w:val="24"/>
          <w:szCs w:val="24"/>
        </w:rPr>
        <w:t xml:space="preserve">, </w:t>
      </w:r>
      <w:proofErr w:type="spellStart"/>
      <w:r w:rsidRPr="00230C03">
        <w:rPr>
          <w:sz w:val="24"/>
          <w:szCs w:val="24"/>
        </w:rPr>
        <w:t>hry</w:t>
      </w:r>
      <w:proofErr w:type="spellEnd"/>
      <w:r w:rsidRPr="00230C03">
        <w:rPr>
          <w:sz w:val="24"/>
          <w:szCs w:val="24"/>
        </w:rPr>
        <w:t xml:space="preserve"> a </w:t>
      </w:r>
      <w:proofErr w:type="spellStart"/>
      <w:r w:rsidRPr="00230C03">
        <w:rPr>
          <w:sz w:val="24"/>
          <w:szCs w:val="24"/>
        </w:rPr>
        <w:t>laskavého</w:t>
      </w:r>
      <w:proofErr w:type="spellEnd"/>
      <w:r w:rsidRPr="00230C03">
        <w:rPr>
          <w:sz w:val="24"/>
          <w:szCs w:val="24"/>
        </w:rPr>
        <w:t xml:space="preserve"> </w:t>
      </w:r>
      <w:proofErr w:type="spellStart"/>
      <w:r w:rsidRPr="00230C03">
        <w:rPr>
          <w:sz w:val="24"/>
          <w:szCs w:val="24"/>
        </w:rPr>
        <w:t>vedení</w:t>
      </w:r>
      <w:proofErr w:type="spellEnd"/>
      <w:r w:rsidRPr="00230C03">
        <w:rPr>
          <w:sz w:val="24"/>
          <w:szCs w:val="24"/>
        </w:rPr>
        <w:t xml:space="preserve">. </w:t>
      </w:r>
      <w:proofErr w:type="spellStart"/>
      <w:r w:rsidRPr="00230C03">
        <w:rPr>
          <w:sz w:val="24"/>
          <w:szCs w:val="24"/>
        </w:rPr>
        <w:t>Úzce</w:t>
      </w:r>
      <w:proofErr w:type="spellEnd"/>
      <w:r w:rsidRPr="00230C03">
        <w:rPr>
          <w:sz w:val="24"/>
          <w:szCs w:val="24"/>
        </w:rPr>
        <w:t xml:space="preserve"> </w:t>
      </w:r>
      <w:proofErr w:type="spellStart"/>
      <w:r w:rsidRPr="00230C03">
        <w:rPr>
          <w:sz w:val="24"/>
          <w:szCs w:val="24"/>
        </w:rPr>
        <w:t>spolupracujeme</w:t>
      </w:r>
      <w:proofErr w:type="spellEnd"/>
      <w:r w:rsidRPr="00230C03">
        <w:rPr>
          <w:sz w:val="24"/>
          <w:szCs w:val="24"/>
        </w:rPr>
        <w:t xml:space="preserve"> s </w:t>
      </w:r>
      <w:proofErr w:type="spellStart"/>
      <w:r w:rsidRPr="00230C03">
        <w:rPr>
          <w:sz w:val="24"/>
          <w:szCs w:val="24"/>
        </w:rPr>
        <w:t>rodinou</w:t>
      </w:r>
      <w:proofErr w:type="spellEnd"/>
      <w:r w:rsidRPr="00230C03">
        <w:rPr>
          <w:sz w:val="24"/>
          <w:szCs w:val="24"/>
        </w:rPr>
        <w:t xml:space="preserve"> a </w:t>
      </w:r>
      <w:proofErr w:type="spellStart"/>
      <w:r w:rsidRPr="00230C03">
        <w:rPr>
          <w:sz w:val="24"/>
          <w:szCs w:val="24"/>
        </w:rPr>
        <w:t>zajišťujeme</w:t>
      </w:r>
      <w:proofErr w:type="spellEnd"/>
      <w:r w:rsidRPr="00230C03">
        <w:rPr>
          <w:sz w:val="24"/>
          <w:szCs w:val="24"/>
        </w:rPr>
        <w:t xml:space="preserve"> </w:t>
      </w:r>
      <w:proofErr w:type="spellStart"/>
      <w:r w:rsidRPr="00230C03">
        <w:rPr>
          <w:sz w:val="24"/>
          <w:szCs w:val="24"/>
        </w:rPr>
        <w:t>bezpečné</w:t>
      </w:r>
      <w:proofErr w:type="spellEnd"/>
      <w:r w:rsidRPr="00230C03">
        <w:rPr>
          <w:sz w:val="24"/>
          <w:szCs w:val="24"/>
        </w:rPr>
        <w:t xml:space="preserve"> </w:t>
      </w:r>
      <w:proofErr w:type="spellStart"/>
      <w:r w:rsidRPr="00230C03">
        <w:rPr>
          <w:sz w:val="24"/>
          <w:szCs w:val="24"/>
        </w:rPr>
        <w:t>klima</w:t>
      </w:r>
      <w:proofErr w:type="spellEnd"/>
      <w:r w:rsidRPr="00230C03">
        <w:rPr>
          <w:sz w:val="24"/>
          <w:szCs w:val="24"/>
        </w:rPr>
        <w:t xml:space="preserve"> pro </w:t>
      </w:r>
      <w:proofErr w:type="spellStart"/>
      <w:r w:rsidRPr="00230C03">
        <w:rPr>
          <w:sz w:val="24"/>
          <w:szCs w:val="24"/>
        </w:rPr>
        <w:t>nejmladší</w:t>
      </w:r>
      <w:proofErr w:type="spellEnd"/>
      <w:r w:rsidRPr="00230C03">
        <w:rPr>
          <w:sz w:val="24"/>
          <w:szCs w:val="24"/>
        </w:rPr>
        <w:t xml:space="preserve"> </w:t>
      </w:r>
      <w:proofErr w:type="spellStart"/>
      <w:r w:rsidRPr="00230C03">
        <w:rPr>
          <w:sz w:val="24"/>
          <w:szCs w:val="24"/>
        </w:rPr>
        <w:t>děti</w:t>
      </w:r>
      <w:proofErr w:type="spellEnd"/>
      <w:r w:rsidRPr="00230C03">
        <w:rPr>
          <w:sz w:val="24"/>
          <w:szCs w:val="24"/>
        </w:rPr>
        <w:t>.</w:t>
      </w:r>
    </w:p>
    <w:p w14:paraId="085C15D6" w14:textId="77777777" w:rsidR="004A640F" w:rsidRDefault="004A640F" w:rsidP="004A640F">
      <w:pPr>
        <w:pStyle w:val="Nadpis1"/>
      </w:pPr>
      <w:r>
        <w:t xml:space="preserve">5. </w:t>
      </w:r>
      <w:proofErr w:type="spellStart"/>
      <w:r>
        <w:t>Organizace</w:t>
      </w:r>
      <w:proofErr w:type="spellEnd"/>
      <w:r>
        <w:t xml:space="preserve"> </w:t>
      </w:r>
      <w:proofErr w:type="spellStart"/>
      <w:r>
        <w:t>vzdělávání</w:t>
      </w:r>
      <w:proofErr w:type="spellEnd"/>
    </w:p>
    <w:p w14:paraId="4FBE6AA3" w14:textId="77777777" w:rsidR="004A640F" w:rsidRPr="00230C03" w:rsidRDefault="004A640F" w:rsidP="004A640F">
      <w:pPr>
        <w:spacing w:after="120"/>
        <w:rPr>
          <w:sz w:val="24"/>
          <w:szCs w:val="24"/>
        </w:rPr>
      </w:pPr>
      <w:proofErr w:type="spellStart"/>
      <w:r w:rsidRPr="00230C03">
        <w:rPr>
          <w:sz w:val="24"/>
          <w:szCs w:val="24"/>
        </w:rPr>
        <w:t>Děti</w:t>
      </w:r>
      <w:proofErr w:type="spellEnd"/>
      <w:r w:rsidRPr="00230C03">
        <w:rPr>
          <w:sz w:val="24"/>
          <w:szCs w:val="24"/>
        </w:rPr>
        <w:t xml:space="preserve"> </w:t>
      </w:r>
      <w:proofErr w:type="spellStart"/>
      <w:r w:rsidRPr="00230C03">
        <w:rPr>
          <w:sz w:val="24"/>
          <w:szCs w:val="24"/>
        </w:rPr>
        <w:t>jsou</w:t>
      </w:r>
      <w:proofErr w:type="spellEnd"/>
      <w:r w:rsidRPr="00230C03">
        <w:rPr>
          <w:sz w:val="24"/>
          <w:szCs w:val="24"/>
        </w:rPr>
        <w:t xml:space="preserve"> do MŠ </w:t>
      </w:r>
      <w:proofErr w:type="spellStart"/>
      <w:r w:rsidRPr="00230C03">
        <w:rPr>
          <w:sz w:val="24"/>
          <w:szCs w:val="24"/>
        </w:rPr>
        <w:t>přijímány</w:t>
      </w:r>
      <w:proofErr w:type="spellEnd"/>
      <w:r w:rsidRPr="00230C03">
        <w:rPr>
          <w:sz w:val="24"/>
          <w:szCs w:val="24"/>
        </w:rPr>
        <w:t xml:space="preserve"> </w:t>
      </w:r>
      <w:proofErr w:type="spellStart"/>
      <w:r w:rsidRPr="00230C03">
        <w:rPr>
          <w:sz w:val="24"/>
          <w:szCs w:val="24"/>
        </w:rPr>
        <w:t>ředitelkou</w:t>
      </w:r>
      <w:proofErr w:type="spellEnd"/>
      <w:r w:rsidRPr="00230C03">
        <w:rPr>
          <w:sz w:val="24"/>
          <w:szCs w:val="24"/>
        </w:rPr>
        <w:t xml:space="preserve"> </w:t>
      </w:r>
      <w:proofErr w:type="spellStart"/>
      <w:r w:rsidRPr="00230C03">
        <w:rPr>
          <w:sz w:val="24"/>
          <w:szCs w:val="24"/>
        </w:rPr>
        <w:t>školy</w:t>
      </w:r>
      <w:proofErr w:type="spellEnd"/>
      <w:r w:rsidRPr="00230C03">
        <w:rPr>
          <w:sz w:val="24"/>
          <w:szCs w:val="24"/>
        </w:rPr>
        <w:t xml:space="preserve"> v </w:t>
      </w:r>
      <w:proofErr w:type="spellStart"/>
      <w:r w:rsidRPr="00230C03">
        <w:rPr>
          <w:sz w:val="24"/>
          <w:szCs w:val="24"/>
        </w:rPr>
        <w:t>souladu</w:t>
      </w:r>
      <w:proofErr w:type="spellEnd"/>
      <w:r w:rsidRPr="00230C03">
        <w:rPr>
          <w:sz w:val="24"/>
          <w:szCs w:val="24"/>
        </w:rPr>
        <w:t xml:space="preserve"> se </w:t>
      </w:r>
      <w:proofErr w:type="spellStart"/>
      <w:r w:rsidRPr="00230C03">
        <w:rPr>
          <w:sz w:val="24"/>
          <w:szCs w:val="24"/>
        </w:rPr>
        <w:t>zákonem</w:t>
      </w:r>
      <w:proofErr w:type="spellEnd"/>
      <w:r w:rsidRPr="00230C03">
        <w:rPr>
          <w:sz w:val="24"/>
          <w:szCs w:val="24"/>
        </w:rPr>
        <w:t xml:space="preserve"> č. 561/2004 Sb., o </w:t>
      </w:r>
      <w:proofErr w:type="spellStart"/>
      <w:r w:rsidRPr="00230C03">
        <w:rPr>
          <w:sz w:val="24"/>
          <w:szCs w:val="24"/>
        </w:rPr>
        <w:t>předškolním</w:t>
      </w:r>
      <w:proofErr w:type="spellEnd"/>
      <w:r w:rsidRPr="00230C03">
        <w:rPr>
          <w:sz w:val="24"/>
          <w:szCs w:val="24"/>
        </w:rPr>
        <w:t xml:space="preserve">, </w:t>
      </w:r>
      <w:proofErr w:type="spellStart"/>
      <w:r w:rsidRPr="00230C03">
        <w:rPr>
          <w:sz w:val="24"/>
          <w:szCs w:val="24"/>
        </w:rPr>
        <w:t>základním</w:t>
      </w:r>
      <w:proofErr w:type="spellEnd"/>
      <w:r w:rsidRPr="00230C03">
        <w:rPr>
          <w:sz w:val="24"/>
          <w:szCs w:val="24"/>
        </w:rPr>
        <w:t xml:space="preserve">, </w:t>
      </w:r>
      <w:proofErr w:type="spellStart"/>
      <w:r w:rsidRPr="00230C03">
        <w:rPr>
          <w:sz w:val="24"/>
          <w:szCs w:val="24"/>
        </w:rPr>
        <w:t>středním</w:t>
      </w:r>
      <w:proofErr w:type="spellEnd"/>
      <w:r w:rsidRPr="00230C03">
        <w:rPr>
          <w:sz w:val="24"/>
          <w:szCs w:val="24"/>
        </w:rPr>
        <w:t xml:space="preserve">, </w:t>
      </w:r>
      <w:proofErr w:type="spellStart"/>
      <w:r w:rsidRPr="00230C03">
        <w:rPr>
          <w:sz w:val="24"/>
          <w:szCs w:val="24"/>
        </w:rPr>
        <w:t>vyšším</w:t>
      </w:r>
      <w:proofErr w:type="spellEnd"/>
      <w:r w:rsidRPr="00230C03">
        <w:rPr>
          <w:sz w:val="24"/>
          <w:szCs w:val="24"/>
        </w:rPr>
        <w:t xml:space="preserve"> </w:t>
      </w:r>
      <w:proofErr w:type="spellStart"/>
      <w:r w:rsidRPr="00230C03">
        <w:rPr>
          <w:sz w:val="24"/>
          <w:szCs w:val="24"/>
        </w:rPr>
        <w:t>odborném</w:t>
      </w:r>
      <w:proofErr w:type="spellEnd"/>
      <w:r w:rsidRPr="00230C03">
        <w:rPr>
          <w:sz w:val="24"/>
          <w:szCs w:val="24"/>
        </w:rPr>
        <w:t xml:space="preserve"> a </w:t>
      </w:r>
      <w:proofErr w:type="spellStart"/>
      <w:r w:rsidRPr="00230C03">
        <w:rPr>
          <w:sz w:val="24"/>
          <w:szCs w:val="24"/>
        </w:rPr>
        <w:t>jiném</w:t>
      </w:r>
      <w:proofErr w:type="spellEnd"/>
      <w:r w:rsidRPr="00230C03">
        <w:rPr>
          <w:sz w:val="24"/>
          <w:szCs w:val="24"/>
        </w:rPr>
        <w:t xml:space="preserve"> </w:t>
      </w:r>
      <w:proofErr w:type="spellStart"/>
      <w:r w:rsidRPr="00230C03">
        <w:rPr>
          <w:sz w:val="24"/>
          <w:szCs w:val="24"/>
        </w:rPr>
        <w:t>vzdělávání</w:t>
      </w:r>
      <w:proofErr w:type="spellEnd"/>
      <w:r w:rsidRPr="00230C03">
        <w:rPr>
          <w:sz w:val="24"/>
          <w:szCs w:val="24"/>
        </w:rPr>
        <w:t xml:space="preserve"> (</w:t>
      </w:r>
      <w:proofErr w:type="spellStart"/>
      <w:r w:rsidRPr="00230C03">
        <w:rPr>
          <w:sz w:val="24"/>
          <w:szCs w:val="24"/>
        </w:rPr>
        <w:t>školský</w:t>
      </w:r>
      <w:proofErr w:type="spellEnd"/>
      <w:r w:rsidRPr="00230C03">
        <w:rPr>
          <w:sz w:val="24"/>
          <w:szCs w:val="24"/>
        </w:rPr>
        <w:t xml:space="preserve"> </w:t>
      </w:r>
      <w:proofErr w:type="spellStart"/>
      <w:r w:rsidRPr="00230C03">
        <w:rPr>
          <w:sz w:val="24"/>
          <w:szCs w:val="24"/>
        </w:rPr>
        <w:t>zákon</w:t>
      </w:r>
      <w:proofErr w:type="spellEnd"/>
      <w:r w:rsidRPr="00230C03">
        <w:rPr>
          <w:sz w:val="24"/>
          <w:szCs w:val="24"/>
        </w:rPr>
        <w:t xml:space="preserve">), a </w:t>
      </w:r>
      <w:proofErr w:type="spellStart"/>
      <w:r w:rsidRPr="00230C03">
        <w:rPr>
          <w:sz w:val="24"/>
          <w:szCs w:val="24"/>
        </w:rPr>
        <w:t>vyhláškou</w:t>
      </w:r>
      <w:proofErr w:type="spellEnd"/>
      <w:r w:rsidRPr="00230C03">
        <w:rPr>
          <w:sz w:val="24"/>
          <w:szCs w:val="24"/>
        </w:rPr>
        <w:t xml:space="preserve"> č. 14/2005 Sb., o </w:t>
      </w:r>
      <w:proofErr w:type="spellStart"/>
      <w:r w:rsidRPr="00230C03">
        <w:rPr>
          <w:sz w:val="24"/>
          <w:szCs w:val="24"/>
        </w:rPr>
        <w:t>předškolním</w:t>
      </w:r>
      <w:proofErr w:type="spellEnd"/>
      <w:r w:rsidRPr="00230C03">
        <w:rPr>
          <w:sz w:val="24"/>
          <w:szCs w:val="24"/>
        </w:rPr>
        <w:t xml:space="preserve"> </w:t>
      </w:r>
      <w:proofErr w:type="spellStart"/>
      <w:r w:rsidRPr="00230C03">
        <w:rPr>
          <w:sz w:val="24"/>
          <w:szCs w:val="24"/>
        </w:rPr>
        <w:t>vzdělávání</w:t>
      </w:r>
      <w:proofErr w:type="spellEnd"/>
      <w:r w:rsidRPr="00230C03">
        <w:rPr>
          <w:sz w:val="24"/>
          <w:szCs w:val="24"/>
        </w:rPr>
        <w:t xml:space="preserve">, </w:t>
      </w:r>
      <w:proofErr w:type="spellStart"/>
      <w:r w:rsidRPr="00230C03">
        <w:rPr>
          <w:sz w:val="24"/>
          <w:szCs w:val="24"/>
        </w:rPr>
        <w:t>ve</w:t>
      </w:r>
      <w:proofErr w:type="spellEnd"/>
      <w:r w:rsidRPr="00230C03">
        <w:rPr>
          <w:sz w:val="24"/>
          <w:szCs w:val="24"/>
        </w:rPr>
        <w:t xml:space="preserve"> </w:t>
      </w:r>
      <w:proofErr w:type="spellStart"/>
      <w:r w:rsidRPr="00230C03">
        <w:rPr>
          <w:sz w:val="24"/>
          <w:szCs w:val="24"/>
        </w:rPr>
        <w:t>znění</w:t>
      </w:r>
      <w:proofErr w:type="spellEnd"/>
      <w:r w:rsidRPr="00230C03">
        <w:rPr>
          <w:sz w:val="24"/>
          <w:szCs w:val="24"/>
        </w:rPr>
        <w:t xml:space="preserve"> </w:t>
      </w:r>
      <w:proofErr w:type="spellStart"/>
      <w:r w:rsidRPr="00230C03">
        <w:rPr>
          <w:sz w:val="24"/>
          <w:szCs w:val="24"/>
        </w:rPr>
        <w:t>pozdějších</w:t>
      </w:r>
      <w:proofErr w:type="spellEnd"/>
      <w:r w:rsidRPr="00230C03">
        <w:rPr>
          <w:sz w:val="24"/>
          <w:szCs w:val="24"/>
        </w:rPr>
        <w:t xml:space="preserve"> </w:t>
      </w:r>
      <w:proofErr w:type="spellStart"/>
      <w:r w:rsidRPr="00230C03">
        <w:rPr>
          <w:sz w:val="24"/>
          <w:szCs w:val="24"/>
        </w:rPr>
        <w:t>předpisů</w:t>
      </w:r>
      <w:proofErr w:type="spellEnd"/>
      <w:r w:rsidRPr="00230C03">
        <w:rPr>
          <w:sz w:val="24"/>
          <w:szCs w:val="24"/>
        </w:rPr>
        <w:t>.</w:t>
      </w:r>
    </w:p>
    <w:p w14:paraId="570DDC62" w14:textId="77777777" w:rsidR="004A640F" w:rsidRDefault="004A640F" w:rsidP="004A640F">
      <w:pPr>
        <w:pStyle w:val="Nadpis2"/>
      </w:pPr>
      <w:proofErr w:type="spellStart"/>
      <w:r>
        <w:t>Kritéria</w:t>
      </w:r>
      <w:proofErr w:type="spellEnd"/>
      <w:r>
        <w:t xml:space="preserve"> pro </w:t>
      </w:r>
      <w:proofErr w:type="spellStart"/>
      <w:r>
        <w:t>přijetí</w:t>
      </w:r>
      <w:proofErr w:type="spellEnd"/>
      <w:r>
        <w:t xml:space="preserve"> </w:t>
      </w:r>
      <w:proofErr w:type="spellStart"/>
      <w:r>
        <w:t>dítěte</w:t>
      </w:r>
      <w:proofErr w:type="spellEnd"/>
      <w:r>
        <w:t xml:space="preserve"> do MŠ</w:t>
      </w:r>
    </w:p>
    <w:p w14:paraId="49CC8E64" w14:textId="77777777" w:rsidR="004A640F" w:rsidRPr="00230C03" w:rsidRDefault="004A640F" w:rsidP="004A640F">
      <w:pPr>
        <w:spacing w:after="120"/>
        <w:rPr>
          <w:sz w:val="24"/>
          <w:szCs w:val="24"/>
        </w:rPr>
      </w:pPr>
      <w:r>
        <w:br/>
      </w:r>
      <w:r w:rsidRPr="00230C03">
        <w:rPr>
          <w:sz w:val="24"/>
          <w:szCs w:val="24"/>
        </w:rPr>
        <w:t xml:space="preserve">• </w:t>
      </w:r>
      <w:proofErr w:type="spellStart"/>
      <w:r w:rsidRPr="00230C03">
        <w:rPr>
          <w:sz w:val="24"/>
          <w:szCs w:val="24"/>
        </w:rPr>
        <w:t>Přednostně</w:t>
      </w:r>
      <w:proofErr w:type="spellEnd"/>
      <w:r w:rsidRPr="00230C03">
        <w:rPr>
          <w:sz w:val="24"/>
          <w:szCs w:val="24"/>
        </w:rPr>
        <w:t xml:space="preserve"> </w:t>
      </w:r>
      <w:proofErr w:type="spellStart"/>
      <w:r w:rsidRPr="00230C03">
        <w:rPr>
          <w:sz w:val="24"/>
          <w:szCs w:val="24"/>
        </w:rPr>
        <w:t>jsou</w:t>
      </w:r>
      <w:proofErr w:type="spellEnd"/>
      <w:r w:rsidRPr="00230C03">
        <w:rPr>
          <w:sz w:val="24"/>
          <w:szCs w:val="24"/>
        </w:rPr>
        <w:t xml:space="preserve"> </w:t>
      </w:r>
      <w:proofErr w:type="spellStart"/>
      <w:r w:rsidRPr="00230C03">
        <w:rPr>
          <w:sz w:val="24"/>
          <w:szCs w:val="24"/>
        </w:rPr>
        <w:t>přijímány</w:t>
      </w:r>
      <w:proofErr w:type="spellEnd"/>
      <w:r w:rsidRPr="00230C03">
        <w:rPr>
          <w:sz w:val="24"/>
          <w:szCs w:val="24"/>
        </w:rPr>
        <w:t xml:space="preserve"> </w:t>
      </w:r>
      <w:proofErr w:type="spellStart"/>
      <w:r w:rsidRPr="00230C03">
        <w:rPr>
          <w:sz w:val="24"/>
          <w:szCs w:val="24"/>
        </w:rPr>
        <w:t>děti</w:t>
      </w:r>
      <w:proofErr w:type="spellEnd"/>
      <w:r w:rsidRPr="00230C03">
        <w:rPr>
          <w:sz w:val="24"/>
          <w:szCs w:val="24"/>
        </w:rPr>
        <w:t xml:space="preserve"> v </w:t>
      </w:r>
      <w:proofErr w:type="spellStart"/>
      <w:r w:rsidRPr="00230C03">
        <w:rPr>
          <w:sz w:val="24"/>
          <w:szCs w:val="24"/>
        </w:rPr>
        <w:t>posledním</w:t>
      </w:r>
      <w:proofErr w:type="spellEnd"/>
      <w:r w:rsidRPr="00230C03">
        <w:rPr>
          <w:sz w:val="24"/>
          <w:szCs w:val="24"/>
        </w:rPr>
        <w:t xml:space="preserve"> </w:t>
      </w:r>
      <w:proofErr w:type="spellStart"/>
      <w:r w:rsidRPr="00230C03">
        <w:rPr>
          <w:sz w:val="24"/>
          <w:szCs w:val="24"/>
        </w:rPr>
        <w:t>roce</w:t>
      </w:r>
      <w:proofErr w:type="spellEnd"/>
      <w:r w:rsidRPr="00230C03">
        <w:rPr>
          <w:sz w:val="24"/>
          <w:szCs w:val="24"/>
        </w:rPr>
        <w:t xml:space="preserve"> </w:t>
      </w:r>
      <w:proofErr w:type="spellStart"/>
      <w:r w:rsidRPr="00230C03">
        <w:rPr>
          <w:sz w:val="24"/>
          <w:szCs w:val="24"/>
        </w:rPr>
        <w:t>před</w:t>
      </w:r>
      <w:proofErr w:type="spellEnd"/>
      <w:r w:rsidRPr="00230C03">
        <w:rPr>
          <w:sz w:val="24"/>
          <w:szCs w:val="24"/>
        </w:rPr>
        <w:t xml:space="preserve"> </w:t>
      </w:r>
      <w:proofErr w:type="spellStart"/>
      <w:r w:rsidRPr="00230C03">
        <w:rPr>
          <w:sz w:val="24"/>
          <w:szCs w:val="24"/>
        </w:rPr>
        <w:t>zahájením</w:t>
      </w:r>
      <w:proofErr w:type="spellEnd"/>
      <w:r w:rsidRPr="00230C03">
        <w:rPr>
          <w:sz w:val="24"/>
          <w:szCs w:val="24"/>
        </w:rPr>
        <w:t xml:space="preserve"> </w:t>
      </w:r>
      <w:proofErr w:type="spellStart"/>
      <w:r w:rsidRPr="00230C03">
        <w:rPr>
          <w:sz w:val="24"/>
          <w:szCs w:val="24"/>
        </w:rPr>
        <w:t>povinné</w:t>
      </w:r>
      <w:proofErr w:type="spellEnd"/>
      <w:r w:rsidRPr="00230C03">
        <w:rPr>
          <w:sz w:val="24"/>
          <w:szCs w:val="24"/>
        </w:rPr>
        <w:t xml:space="preserve"> </w:t>
      </w:r>
      <w:proofErr w:type="spellStart"/>
      <w:r w:rsidRPr="00230C03">
        <w:rPr>
          <w:sz w:val="24"/>
          <w:szCs w:val="24"/>
        </w:rPr>
        <w:t>školní</w:t>
      </w:r>
      <w:proofErr w:type="spellEnd"/>
      <w:r w:rsidRPr="00230C03">
        <w:rPr>
          <w:sz w:val="24"/>
          <w:szCs w:val="24"/>
        </w:rPr>
        <w:t xml:space="preserve"> </w:t>
      </w:r>
      <w:proofErr w:type="spellStart"/>
      <w:r w:rsidRPr="00230C03">
        <w:rPr>
          <w:sz w:val="24"/>
          <w:szCs w:val="24"/>
        </w:rPr>
        <w:t>docházky</w:t>
      </w:r>
      <w:proofErr w:type="spellEnd"/>
      <w:r w:rsidRPr="00230C03">
        <w:rPr>
          <w:sz w:val="24"/>
          <w:szCs w:val="24"/>
        </w:rPr>
        <w:t xml:space="preserve"> </w:t>
      </w:r>
      <w:proofErr w:type="spellStart"/>
      <w:r w:rsidRPr="00230C03">
        <w:rPr>
          <w:sz w:val="24"/>
          <w:szCs w:val="24"/>
        </w:rPr>
        <w:t>dle</w:t>
      </w:r>
      <w:proofErr w:type="spellEnd"/>
      <w:r w:rsidRPr="00230C03">
        <w:rPr>
          <w:sz w:val="24"/>
          <w:szCs w:val="24"/>
        </w:rPr>
        <w:t xml:space="preserve"> § 34 </w:t>
      </w:r>
      <w:proofErr w:type="spellStart"/>
      <w:r w:rsidRPr="00230C03">
        <w:rPr>
          <w:sz w:val="24"/>
          <w:szCs w:val="24"/>
        </w:rPr>
        <w:t>odst</w:t>
      </w:r>
      <w:proofErr w:type="spellEnd"/>
      <w:r w:rsidRPr="00230C03">
        <w:rPr>
          <w:sz w:val="24"/>
          <w:szCs w:val="24"/>
        </w:rPr>
        <w:t xml:space="preserve">. 4 </w:t>
      </w:r>
      <w:proofErr w:type="spellStart"/>
      <w:r w:rsidRPr="00230C03">
        <w:rPr>
          <w:sz w:val="24"/>
          <w:szCs w:val="24"/>
        </w:rPr>
        <w:t>školského</w:t>
      </w:r>
      <w:proofErr w:type="spellEnd"/>
      <w:r w:rsidRPr="00230C03">
        <w:rPr>
          <w:sz w:val="24"/>
          <w:szCs w:val="24"/>
        </w:rPr>
        <w:t xml:space="preserve"> </w:t>
      </w:r>
      <w:proofErr w:type="spellStart"/>
      <w:r w:rsidRPr="00230C03">
        <w:rPr>
          <w:sz w:val="24"/>
          <w:szCs w:val="24"/>
        </w:rPr>
        <w:t>zákona</w:t>
      </w:r>
      <w:proofErr w:type="spellEnd"/>
      <w:r w:rsidRPr="00230C03">
        <w:rPr>
          <w:sz w:val="24"/>
          <w:szCs w:val="24"/>
        </w:rPr>
        <w:t>.</w:t>
      </w:r>
      <w:r w:rsidRPr="00230C03">
        <w:rPr>
          <w:sz w:val="24"/>
          <w:szCs w:val="24"/>
        </w:rPr>
        <w:br/>
        <w:t xml:space="preserve">• </w:t>
      </w:r>
      <w:proofErr w:type="spellStart"/>
      <w:r w:rsidRPr="00230C03">
        <w:rPr>
          <w:sz w:val="24"/>
          <w:szCs w:val="24"/>
        </w:rPr>
        <w:t>Podle</w:t>
      </w:r>
      <w:proofErr w:type="spellEnd"/>
      <w:r w:rsidRPr="00230C03">
        <w:rPr>
          <w:sz w:val="24"/>
          <w:szCs w:val="24"/>
        </w:rPr>
        <w:t xml:space="preserve"> § 50 </w:t>
      </w:r>
      <w:proofErr w:type="spellStart"/>
      <w:r w:rsidRPr="00230C03">
        <w:rPr>
          <w:sz w:val="24"/>
          <w:szCs w:val="24"/>
        </w:rPr>
        <w:t>zákona</w:t>
      </w:r>
      <w:proofErr w:type="spellEnd"/>
      <w:r w:rsidRPr="00230C03">
        <w:rPr>
          <w:sz w:val="24"/>
          <w:szCs w:val="24"/>
        </w:rPr>
        <w:t xml:space="preserve"> č. 258/2000 Sb., o </w:t>
      </w:r>
      <w:proofErr w:type="spellStart"/>
      <w:r w:rsidRPr="00230C03">
        <w:rPr>
          <w:sz w:val="24"/>
          <w:szCs w:val="24"/>
        </w:rPr>
        <w:t>ochraně</w:t>
      </w:r>
      <w:proofErr w:type="spellEnd"/>
      <w:r w:rsidRPr="00230C03">
        <w:rPr>
          <w:sz w:val="24"/>
          <w:szCs w:val="24"/>
        </w:rPr>
        <w:t xml:space="preserve"> </w:t>
      </w:r>
      <w:proofErr w:type="spellStart"/>
      <w:r w:rsidRPr="00230C03">
        <w:rPr>
          <w:sz w:val="24"/>
          <w:szCs w:val="24"/>
        </w:rPr>
        <w:t>veřejného</w:t>
      </w:r>
      <w:proofErr w:type="spellEnd"/>
      <w:r w:rsidRPr="00230C03">
        <w:rPr>
          <w:sz w:val="24"/>
          <w:szCs w:val="24"/>
        </w:rPr>
        <w:t xml:space="preserve"> </w:t>
      </w:r>
      <w:proofErr w:type="spellStart"/>
      <w:r w:rsidRPr="00230C03">
        <w:rPr>
          <w:sz w:val="24"/>
          <w:szCs w:val="24"/>
        </w:rPr>
        <w:t>zdraví</w:t>
      </w:r>
      <w:proofErr w:type="spellEnd"/>
      <w:r w:rsidRPr="00230C03">
        <w:rPr>
          <w:sz w:val="24"/>
          <w:szCs w:val="24"/>
        </w:rPr>
        <w:t xml:space="preserve">, </w:t>
      </w:r>
      <w:proofErr w:type="spellStart"/>
      <w:r w:rsidRPr="00230C03">
        <w:rPr>
          <w:sz w:val="24"/>
          <w:szCs w:val="24"/>
        </w:rPr>
        <w:t>může</w:t>
      </w:r>
      <w:proofErr w:type="spellEnd"/>
      <w:r w:rsidRPr="00230C03">
        <w:rPr>
          <w:sz w:val="24"/>
          <w:szCs w:val="24"/>
        </w:rPr>
        <w:t xml:space="preserve"> </w:t>
      </w:r>
      <w:proofErr w:type="spellStart"/>
      <w:r w:rsidRPr="00230C03">
        <w:rPr>
          <w:sz w:val="24"/>
          <w:szCs w:val="24"/>
        </w:rPr>
        <w:t>být</w:t>
      </w:r>
      <w:proofErr w:type="spellEnd"/>
      <w:r w:rsidRPr="00230C03">
        <w:rPr>
          <w:sz w:val="24"/>
          <w:szCs w:val="24"/>
        </w:rPr>
        <w:t xml:space="preserve"> </w:t>
      </w:r>
      <w:proofErr w:type="spellStart"/>
      <w:r w:rsidRPr="00230C03">
        <w:rPr>
          <w:sz w:val="24"/>
          <w:szCs w:val="24"/>
        </w:rPr>
        <w:t>přijato</w:t>
      </w:r>
      <w:proofErr w:type="spellEnd"/>
      <w:r w:rsidRPr="00230C03">
        <w:rPr>
          <w:sz w:val="24"/>
          <w:szCs w:val="24"/>
        </w:rPr>
        <w:t xml:space="preserve"> </w:t>
      </w:r>
      <w:proofErr w:type="spellStart"/>
      <w:r w:rsidRPr="00230C03">
        <w:rPr>
          <w:sz w:val="24"/>
          <w:szCs w:val="24"/>
        </w:rPr>
        <w:t>pouze</w:t>
      </w:r>
      <w:proofErr w:type="spellEnd"/>
      <w:r w:rsidRPr="00230C03">
        <w:rPr>
          <w:sz w:val="24"/>
          <w:szCs w:val="24"/>
        </w:rPr>
        <w:t xml:space="preserve"> </w:t>
      </w:r>
      <w:proofErr w:type="spellStart"/>
      <w:r w:rsidRPr="00230C03">
        <w:rPr>
          <w:sz w:val="24"/>
          <w:szCs w:val="24"/>
        </w:rPr>
        <w:t>dítě</w:t>
      </w:r>
      <w:proofErr w:type="spellEnd"/>
      <w:r w:rsidRPr="00230C03">
        <w:rPr>
          <w:sz w:val="24"/>
          <w:szCs w:val="24"/>
        </w:rPr>
        <w:t xml:space="preserve">, </w:t>
      </w:r>
      <w:proofErr w:type="spellStart"/>
      <w:r w:rsidRPr="00230C03">
        <w:rPr>
          <w:sz w:val="24"/>
          <w:szCs w:val="24"/>
        </w:rPr>
        <w:t>které</w:t>
      </w:r>
      <w:proofErr w:type="spellEnd"/>
      <w:r w:rsidRPr="00230C03">
        <w:rPr>
          <w:sz w:val="24"/>
          <w:szCs w:val="24"/>
        </w:rPr>
        <w:t xml:space="preserve"> se </w:t>
      </w:r>
      <w:proofErr w:type="spellStart"/>
      <w:r w:rsidRPr="00230C03">
        <w:rPr>
          <w:sz w:val="24"/>
          <w:szCs w:val="24"/>
        </w:rPr>
        <w:t>podrobilo</w:t>
      </w:r>
      <w:proofErr w:type="spellEnd"/>
      <w:r w:rsidRPr="00230C03">
        <w:rPr>
          <w:sz w:val="24"/>
          <w:szCs w:val="24"/>
        </w:rPr>
        <w:t xml:space="preserve"> </w:t>
      </w:r>
      <w:proofErr w:type="spellStart"/>
      <w:r w:rsidRPr="00230C03">
        <w:rPr>
          <w:sz w:val="24"/>
          <w:szCs w:val="24"/>
        </w:rPr>
        <w:t>stanoveným</w:t>
      </w:r>
      <w:proofErr w:type="spellEnd"/>
      <w:r w:rsidRPr="00230C03">
        <w:rPr>
          <w:sz w:val="24"/>
          <w:szCs w:val="24"/>
        </w:rPr>
        <w:t xml:space="preserve"> </w:t>
      </w:r>
      <w:proofErr w:type="spellStart"/>
      <w:r w:rsidRPr="00230C03">
        <w:rPr>
          <w:sz w:val="24"/>
          <w:szCs w:val="24"/>
        </w:rPr>
        <w:t>očkováním</w:t>
      </w:r>
      <w:proofErr w:type="spellEnd"/>
      <w:r w:rsidRPr="00230C03">
        <w:rPr>
          <w:sz w:val="24"/>
          <w:szCs w:val="24"/>
        </w:rPr>
        <w:t xml:space="preserve">, je </w:t>
      </w:r>
      <w:proofErr w:type="spellStart"/>
      <w:r w:rsidRPr="00230C03">
        <w:rPr>
          <w:sz w:val="24"/>
          <w:szCs w:val="24"/>
        </w:rPr>
        <w:t>imunní</w:t>
      </w:r>
      <w:proofErr w:type="spellEnd"/>
      <w:r w:rsidRPr="00230C03">
        <w:rPr>
          <w:sz w:val="24"/>
          <w:szCs w:val="24"/>
        </w:rPr>
        <w:t xml:space="preserve"> </w:t>
      </w:r>
      <w:proofErr w:type="spellStart"/>
      <w:r w:rsidRPr="00230C03">
        <w:rPr>
          <w:sz w:val="24"/>
          <w:szCs w:val="24"/>
        </w:rPr>
        <w:t>nebo</w:t>
      </w:r>
      <w:proofErr w:type="spellEnd"/>
      <w:r w:rsidRPr="00230C03">
        <w:rPr>
          <w:sz w:val="24"/>
          <w:szCs w:val="24"/>
        </w:rPr>
        <w:t xml:space="preserve"> </w:t>
      </w:r>
      <w:proofErr w:type="spellStart"/>
      <w:r w:rsidRPr="00230C03">
        <w:rPr>
          <w:sz w:val="24"/>
          <w:szCs w:val="24"/>
        </w:rPr>
        <w:t>má</w:t>
      </w:r>
      <w:proofErr w:type="spellEnd"/>
      <w:r w:rsidRPr="00230C03">
        <w:rPr>
          <w:sz w:val="24"/>
          <w:szCs w:val="24"/>
        </w:rPr>
        <w:t xml:space="preserve"> </w:t>
      </w:r>
      <w:proofErr w:type="spellStart"/>
      <w:r w:rsidRPr="00230C03">
        <w:rPr>
          <w:sz w:val="24"/>
          <w:szCs w:val="24"/>
        </w:rPr>
        <w:t>potvrzenou</w:t>
      </w:r>
      <w:proofErr w:type="spellEnd"/>
      <w:r w:rsidRPr="00230C03">
        <w:rPr>
          <w:sz w:val="24"/>
          <w:szCs w:val="24"/>
        </w:rPr>
        <w:t xml:space="preserve"> </w:t>
      </w:r>
      <w:proofErr w:type="spellStart"/>
      <w:r w:rsidRPr="00230C03">
        <w:rPr>
          <w:sz w:val="24"/>
          <w:szCs w:val="24"/>
        </w:rPr>
        <w:t>trvalou</w:t>
      </w:r>
      <w:proofErr w:type="spellEnd"/>
      <w:r w:rsidRPr="00230C03">
        <w:rPr>
          <w:sz w:val="24"/>
          <w:szCs w:val="24"/>
        </w:rPr>
        <w:t xml:space="preserve"> </w:t>
      </w:r>
      <w:proofErr w:type="spellStart"/>
      <w:r w:rsidRPr="00230C03">
        <w:rPr>
          <w:sz w:val="24"/>
          <w:szCs w:val="24"/>
        </w:rPr>
        <w:t>kontraindikaci</w:t>
      </w:r>
      <w:proofErr w:type="spellEnd"/>
      <w:r w:rsidRPr="00230C03">
        <w:rPr>
          <w:sz w:val="24"/>
          <w:szCs w:val="24"/>
        </w:rPr>
        <w:t>.</w:t>
      </w:r>
      <w:r w:rsidRPr="00230C03">
        <w:rPr>
          <w:sz w:val="24"/>
          <w:szCs w:val="24"/>
        </w:rPr>
        <w:br/>
        <w:t xml:space="preserve">• </w:t>
      </w:r>
      <w:proofErr w:type="spellStart"/>
      <w:r w:rsidRPr="00230C03">
        <w:rPr>
          <w:sz w:val="24"/>
          <w:szCs w:val="24"/>
        </w:rPr>
        <w:t>Přijímány</w:t>
      </w:r>
      <w:proofErr w:type="spellEnd"/>
      <w:r w:rsidRPr="00230C03">
        <w:rPr>
          <w:sz w:val="24"/>
          <w:szCs w:val="24"/>
        </w:rPr>
        <w:t xml:space="preserve"> </w:t>
      </w:r>
      <w:proofErr w:type="spellStart"/>
      <w:r w:rsidRPr="00230C03">
        <w:rPr>
          <w:sz w:val="24"/>
          <w:szCs w:val="24"/>
        </w:rPr>
        <w:t>jsou</w:t>
      </w:r>
      <w:proofErr w:type="spellEnd"/>
      <w:r w:rsidRPr="00230C03">
        <w:rPr>
          <w:sz w:val="24"/>
          <w:szCs w:val="24"/>
        </w:rPr>
        <w:t xml:space="preserve"> </w:t>
      </w:r>
      <w:proofErr w:type="spellStart"/>
      <w:r w:rsidRPr="00230C03">
        <w:rPr>
          <w:sz w:val="24"/>
          <w:szCs w:val="24"/>
        </w:rPr>
        <w:t>děti</w:t>
      </w:r>
      <w:proofErr w:type="spellEnd"/>
      <w:r w:rsidRPr="00230C03">
        <w:rPr>
          <w:sz w:val="24"/>
          <w:szCs w:val="24"/>
        </w:rPr>
        <w:t xml:space="preserve">, </w:t>
      </w:r>
      <w:proofErr w:type="spellStart"/>
      <w:r w:rsidRPr="00230C03">
        <w:rPr>
          <w:sz w:val="24"/>
          <w:szCs w:val="24"/>
        </w:rPr>
        <w:t>které</w:t>
      </w:r>
      <w:proofErr w:type="spellEnd"/>
      <w:r w:rsidRPr="00230C03">
        <w:rPr>
          <w:sz w:val="24"/>
          <w:szCs w:val="24"/>
        </w:rPr>
        <w:t xml:space="preserve"> </w:t>
      </w:r>
      <w:proofErr w:type="spellStart"/>
      <w:r w:rsidRPr="00230C03">
        <w:rPr>
          <w:sz w:val="24"/>
          <w:szCs w:val="24"/>
        </w:rPr>
        <w:t>jsou</w:t>
      </w:r>
      <w:proofErr w:type="spellEnd"/>
      <w:r w:rsidRPr="00230C03">
        <w:rPr>
          <w:sz w:val="24"/>
          <w:szCs w:val="24"/>
        </w:rPr>
        <w:t xml:space="preserve"> </w:t>
      </w:r>
      <w:proofErr w:type="spellStart"/>
      <w:r w:rsidRPr="00230C03">
        <w:rPr>
          <w:sz w:val="24"/>
          <w:szCs w:val="24"/>
        </w:rPr>
        <w:t>zralé</w:t>
      </w:r>
      <w:proofErr w:type="spellEnd"/>
      <w:r w:rsidRPr="00230C03">
        <w:rPr>
          <w:sz w:val="24"/>
          <w:szCs w:val="24"/>
        </w:rPr>
        <w:t xml:space="preserve"> pro </w:t>
      </w:r>
      <w:proofErr w:type="spellStart"/>
      <w:r w:rsidRPr="00230C03">
        <w:rPr>
          <w:sz w:val="24"/>
          <w:szCs w:val="24"/>
        </w:rPr>
        <w:t>socializaci</w:t>
      </w:r>
      <w:proofErr w:type="spellEnd"/>
      <w:r w:rsidRPr="00230C03">
        <w:rPr>
          <w:sz w:val="24"/>
          <w:szCs w:val="24"/>
        </w:rPr>
        <w:t xml:space="preserve"> a </w:t>
      </w:r>
      <w:proofErr w:type="spellStart"/>
      <w:r w:rsidRPr="00230C03">
        <w:rPr>
          <w:sz w:val="24"/>
          <w:szCs w:val="24"/>
        </w:rPr>
        <w:t>zvládají</w:t>
      </w:r>
      <w:proofErr w:type="spellEnd"/>
      <w:r w:rsidRPr="00230C03">
        <w:rPr>
          <w:sz w:val="24"/>
          <w:szCs w:val="24"/>
        </w:rPr>
        <w:t xml:space="preserve"> </w:t>
      </w:r>
      <w:proofErr w:type="spellStart"/>
      <w:r w:rsidRPr="00230C03">
        <w:rPr>
          <w:sz w:val="24"/>
          <w:szCs w:val="24"/>
        </w:rPr>
        <w:t>základní</w:t>
      </w:r>
      <w:proofErr w:type="spellEnd"/>
      <w:r w:rsidRPr="00230C03">
        <w:rPr>
          <w:sz w:val="24"/>
          <w:szCs w:val="24"/>
        </w:rPr>
        <w:t xml:space="preserve"> </w:t>
      </w:r>
      <w:proofErr w:type="spellStart"/>
      <w:r w:rsidRPr="00230C03">
        <w:rPr>
          <w:sz w:val="24"/>
          <w:szCs w:val="24"/>
        </w:rPr>
        <w:t>hygienické</w:t>
      </w:r>
      <w:proofErr w:type="spellEnd"/>
      <w:r w:rsidRPr="00230C03">
        <w:rPr>
          <w:sz w:val="24"/>
          <w:szCs w:val="24"/>
        </w:rPr>
        <w:t xml:space="preserve"> </w:t>
      </w:r>
      <w:proofErr w:type="spellStart"/>
      <w:r w:rsidRPr="00230C03">
        <w:rPr>
          <w:sz w:val="24"/>
          <w:szCs w:val="24"/>
        </w:rPr>
        <w:t>návyky</w:t>
      </w:r>
      <w:proofErr w:type="spellEnd"/>
      <w:r w:rsidRPr="00230C03">
        <w:rPr>
          <w:sz w:val="24"/>
          <w:szCs w:val="24"/>
        </w:rPr>
        <w:t xml:space="preserve"> (</w:t>
      </w:r>
      <w:proofErr w:type="spellStart"/>
      <w:r w:rsidRPr="00230C03">
        <w:rPr>
          <w:sz w:val="24"/>
          <w:szCs w:val="24"/>
        </w:rPr>
        <w:t>používání</w:t>
      </w:r>
      <w:proofErr w:type="spellEnd"/>
      <w:r w:rsidRPr="00230C03">
        <w:rPr>
          <w:sz w:val="24"/>
          <w:szCs w:val="24"/>
        </w:rPr>
        <w:t xml:space="preserve"> </w:t>
      </w:r>
      <w:proofErr w:type="spellStart"/>
      <w:r w:rsidRPr="00230C03">
        <w:rPr>
          <w:sz w:val="24"/>
          <w:szCs w:val="24"/>
        </w:rPr>
        <w:t>toalety</w:t>
      </w:r>
      <w:proofErr w:type="spellEnd"/>
      <w:r w:rsidRPr="00230C03">
        <w:rPr>
          <w:sz w:val="24"/>
          <w:szCs w:val="24"/>
        </w:rPr>
        <w:t>).</w:t>
      </w:r>
      <w:r w:rsidRPr="00230C03">
        <w:rPr>
          <w:sz w:val="24"/>
          <w:szCs w:val="24"/>
        </w:rPr>
        <w:br/>
        <w:t xml:space="preserve">• </w:t>
      </w:r>
      <w:proofErr w:type="spellStart"/>
      <w:r w:rsidRPr="00230C03">
        <w:rPr>
          <w:sz w:val="24"/>
          <w:szCs w:val="24"/>
        </w:rPr>
        <w:t>Přijímány</w:t>
      </w:r>
      <w:proofErr w:type="spellEnd"/>
      <w:r w:rsidRPr="00230C03">
        <w:rPr>
          <w:sz w:val="24"/>
          <w:szCs w:val="24"/>
        </w:rPr>
        <w:t xml:space="preserve"> </w:t>
      </w:r>
      <w:proofErr w:type="spellStart"/>
      <w:r w:rsidRPr="00230C03">
        <w:rPr>
          <w:sz w:val="24"/>
          <w:szCs w:val="24"/>
        </w:rPr>
        <w:t>mohou</w:t>
      </w:r>
      <w:proofErr w:type="spellEnd"/>
      <w:r w:rsidRPr="00230C03">
        <w:rPr>
          <w:sz w:val="24"/>
          <w:szCs w:val="24"/>
        </w:rPr>
        <w:t xml:space="preserve"> </w:t>
      </w:r>
      <w:proofErr w:type="spellStart"/>
      <w:r w:rsidRPr="00230C03">
        <w:rPr>
          <w:sz w:val="24"/>
          <w:szCs w:val="24"/>
        </w:rPr>
        <w:t>být</w:t>
      </w:r>
      <w:proofErr w:type="spellEnd"/>
      <w:r w:rsidRPr="00230C03">
        <w:rPr>
          <w:sz w:val="24"/>
          <w:szCs w:val="24"/>
        </w:rPr>
        <w:t xml:space="preserve"> </w:t>
      </w:r>
      <w:proofErr w:type="spellStart"/>
      <w:r w:rsidRPr="00230C03">
        <w:rPr>
          <w:sz w:val="24"/>
          <w:szCs w:val="24"/>
        </w:rPr>
        <w:t>také</w:t>
      </w:r>
      <w:proofErr w:type="spellEnd"/>
      <w:r w:rsidRPr="00230C03">
        <w:rPr>
          <w:sz w:val="24"/>
          <w:szCs w:val="24"/>
        </w:rPr>
        <w:t xml:space="preserve"> </w:t>
      </w:r>
      <w:proofErr w:type="spellStart"/>
      <w:r w:rsidRPr="00230C03">
        <w:rPr>
          <w:sz w:val="24"/>
          <w:szCs w:val="24"/>
        </w:rPr>
        <w:t>děti</w:t>
      </w:r>
      <w:proofErr w:type="spellEnd"/>
      <w:r w:rsidRPr="00230C03">
        <w:rPr>
          <w:sz w:val="24"/>
          <w:szCs w:val="24"/>
        </w:rPr>
        <w:t xml:space="preserve"> se </w:t>
      </w:r>
      <w:proofErr w:type="spellStart"/>
      <w:r w:rsidRPr="00230C03">
        <w:rPr>
          <w:sz w:val="24"/>
          <w:szCs w:val="24"/>
        </w:rPr>
        <w:t>speciálními</w:t>
      </w:r>
      <w:proofErr w:type="spellEnd"/>
      <w:r w:rsidRPr="00230C03">
        <w:rPr>
          <w:sz w:val="24"/>
          <w:szCs w:val="24"/>
        </w:rPr>
        <w:t xml:space="preserve"> </w:t>
      </w:r>
      <w:proofErr w:type="spellStart"/>
      <w:r w:rsidRPr="00230C03">
        <w:rPr>
          <w:sz w:val="24"/>
          <w:szCs w:val="24"/>
        </w:rPr>
        <w:t>vzdělávacími</w:t>
      </w:r>
      <w:proofErr w:type="spellEnd"/>
      <w:r w:rsidRPr="00230C03">
        <w:rPr>
          <w:sz w:val="24"/>
          <w:szCs w:val="24"/>
        </w:rPr>
        <w:t xml:space="preserve"> </w:t>
      </w:r>
      <w:proofErr w:type="spellStart"/>
      <w:r w:rsidRPr="00230C03">
        <w:rPr>
          <w:sz w:val="24"/>
          <w:szCs w:val="24"/>
        </w:rPr>
        <w:t>potřebami</w:t>
      </w:r>
      <w:proofErr w:type="spellEnd"/>
      <w:r w:rsidRPr="00230C03">
        <w:rPr>
          <w:sz w:val="24"/>
          <w:szCs w:val="24"/>
        </w:rPr>
        <w:t xml:space="preserve">, </w:t>
      </w:r>
      <w:proofErr w:type="spellStart"/>
      <w:r w:rsidRPr="00230C03">
        <w:rPr>
          <w:sz w:val="24"/>
          <w:szCs w:val="24"/>
        </w:rPr>
        <w:t>pokud</w:t>
      </w:r>
      <w:proofErr w:type="spellEnd"/>
      <w:r w:rsidRPr="00230C03">
        <w:rPr>
          <w:sz w:val="24"/>
          <w:szCs w:val="24"/>
        </w:rPr>
        <w:t xml:space="preserve"> </w:t>
      </w:r>
      <w:proofErr w:type="spellStart"/>
      <w:r w:rsidRPr="00230C03">
        <w:rPr>
          <w:sz w:val="24"/>
          <w:szCs w:val="24"/>
        </w:rPr>
        <w:t>škola</w:t>
      </w:r>
      <w:proofErr w:type="spellEnd"/>
      <w:r w:rsidRPr="00230C03">
        <w:rPr>
          <w:sz w:val="24"/>
          <w:szCs w:val="24"/>
        </w:rPr>
        <w:t xml:space="preserve"> </w:t>
      </w:r>
      <w:proofErr w:type="spellStart"/>
      <w:r w:rsidRPr="00230C03">
        <w:rPr>
          <w:sz w:val="24"/>
          <w:szCs w:val="24"/>
        </w:rPr>
        <w:t>může</w:t>
      </w:r>
      <w:proofErr w:type="spellEnd"/>
      <w:r w:rsidRPr="00230C03">
        <w:rPr>
          <w:sz w:val="24"/>
          <w:szCs w:val="24"/>
        </w:rPr>
        <w:t xml:space="preserve"> </w:t>
      </w:r>
      <w:proofErr w:type="spellStart"/>
      <w:r w:rsidRPr="00230C03">
        <w:rPr>
          <w:sz w:val="24"/>
          <w:szCs w:val="24"/>
        </w:rPr>
        <w:t>zajistit</w:t>
      </w:r>
      <w:proofErr w:type="spellEnd"/>
      <w:r w:rsidRPr="00230C03">
        <w:rPr>
          <w:sz w:val="24"/>
          <w:szCs w:val="24"/>
        </w:rPr>
        <w:t xml:space="preserve"> </w:t>
      </w:r>
      <w:proofErr w:type="spellStart"/>
      <w:r w:rsidRPr="00230C03">
        <w:rPr>
          <w:sz w:val="24"/>
          <w:szCs w:val="24"/>
        </w:rPr>
        <w:t>odpovídající</w:t>
      </w:r>
      <w:proofErr w:type="spellEnd"/>
      <w:r w:rsidRPr="00230C03">
        <w:rPr>
          <w:sz w:val="24"/>
          <w:szCs w:val="24"/>
        </w:rPr>
        <w:t xml:space="preserve"> </w:t>
      </w:r>
      <w:proofErr w:type="spellStart"/>
      <w:r w:rsidRPr="00230C03">
        <w:rPr>
          <w:sz w:val="24"/>
          <w:szCs w:val="24"/>
        </w:rPr>
        <w:t>podmínky</w:t>
      </w:r>
      <w:proofErr w:type="spellEnd"/>
      <w:r w:rsidRPr="00230C03">
        <w:rPr>
          <w:sz w:val="24"/>
          <w:szCs w:val="24"/>
        </w:rPr>
        <w:t>.</w:t>
      </w:r>
      <w:r w:rsidRPr="00230C03">
        <w:rPr>
          <w:sz w:val="24"/>
          <w:szCs w:val="24"/>
        </w:rPr>
        <w:br/>
      </w:r>
    </w:p>
    <w:p w14:paraId="477F76A8" w14:textId="77777777" w:rsidR="004A640F" w:rsidRPr="00230C03" w:rsidRDefault="004A640F" w:rsidP="004A640F">
      <w:pPr>
        <w:spacing w:after="120"/>
        <w:rPr>
          <w:sz w:val="24"/>
          <w:szCs w:val="24"/>
        </w:rPr>
      </w:pPr>
      <w:proofErr w:type="spellStart"/>
      <w:r w:rsidRPr="00230C03">
        <w:rPr>
          <w:sz w:val="24"/>
          <w:szCs w:val="24"/>
        </w:rPr>
        <w:lastRenderedPageBreak/>
        <w:t>Dítě</w:t>
      </w:r>
      <w:proofErr w:type="spellEnd"/>
      <w:r w:rsidRPr="00230C03">
        <w:rPr>
          <w:sz w:val="24"/>
          <w:szCs w:val="24"/>
        </w:rPr>
        <w:t xml:space="preserve"> </w:t>
      </w:r>
      <w:proofErr w:type="spellStart"/>
      <w:r w:rsidRPr="00230C03">
        <w:rPr>
          <w:sz w:val="24"/>
          <w:szCs w:val="24"/>
        </w:rPr>
        <w:t>může</w:t>
      </w:r>
      <w:proofErr w:type="spellEnd"/>
      <w:r w:rsidRPr="00230C03">
        <w:rPr>
          <w:sz w:val="24"/>
          <w:szCs w:val="24"/>
        </w:rPr>
        <w:t xml:space="preserve"> </w:t>
      </w:r>
      <w:proofErr w:type="spellStart"/>
      <w:r w:rsidRPr="00230C03">
        <w:rPr>
          <w:sz w:val="24"/>
          <w:szCs w:val="24"/>
        </w:rPr>
        <w:t>být</w:t>
      </w:r>
      <w:proofErr w:type="spellEnd"/>
      <w:r w:rsidRPr="00230C03">
        <w:rPr>
          <w:sz w:val="24"/>
          <w:szCs w:val="24"/>
        </w:rPr>
        <w:t xml:space="preserve"> </w:t>
      </w:r>
      <w:proofErr w:type="spellStart"/>
      <w:r w:rsidRPr="00230C03">
        <w:rPr>
          <w:sz w:val="24"/>
          <w:szCs w:val="24"/>
        </w:rPr>
        <w:t>přijato</w:t>
      </w:r>
      <w:proofErr w:type="spellEnd"/>
      <w:r w:rsidRPr="00230C03">
        <w:rPr>
          <w:sz w:val="24"/>
          <w:szCs w:val="24"/>
        </w:rPr>
        <w:t xml:space="preserve"> </w:t>
      </w:r>
      <w:proofErr w:type="spellStart"/>
      <w:r w:rsidRPr="00230C03">
        <w:rPr>
          <w:sz w:val="24"/>
          <w:szCs w:val="24"/>
        </w:rPr>
        <w:t>i</w:t>
      </w:r>
      <w:proofErr w:type="spellEnd"/>
      <w:r w:rsidRPr="00230C03">
        <w:rPr>
          <w:sz w:val="24"/>
          <w:szCs w:val="24"/>
        </w:rPr>
        <w:t xml:space="preserve"> </w:t>
      </w:r>
      <w:proofErr w:type="spellStart"/>
      <w:r w:rsidRPr="00230C03">
        <w:rPr>
          <w:sz w:val="24"/>
          <w:szCs w:val="24"/>
        </w:rPr>
        <w:t>mimo</w:t>
      </w:r>
      <w:proofErr w:type="spellEnd"/>
      <w:r w:rsidRPr="00230C03">
        <w:rPr>
          <w:sz w:val="24"/>
          <w:szCs w:val="24"/>
        </w:rPr>
        <w:t xml:space="preserve"> </w:t>
      </w:r>
      <w:proofErr w:type="spellStart"/>
      <w:r w:rsidRPr="00230C03">
        <w:rPr>
          <w:sz w:val="24"/>
          <w:szCs w:val="24"/>
        </w:rPr>
        <w:t>hlavní</w:t>
      </w:r>
      <w:proofErr w:type="spellEnd"/>
      <w:r w:rsidRPr="00230C03">
        <w:rPr>
          <w:sz w:val="24"/>
          <w:szCs w:val="24"/>
        </w:rPr>
        <w:t xml:space="preserve"> </w:t>
      </w:r>
      <w:proofErr w:type="spellStart"/>
      <w:r w:rsidRPr="00230C03">
        <w:rPr>
          <w:sz w:val="24"/>
          <w:szCs w:val="24"/>
        </w:rPr>
        <w:t>zápis</w:t>
      </w:r>
      <w:proofErr w:type="spellEnd"/>
      <w:r w:rsidRPr="00230C03">
        <w:rPr>
          <w:sz w:val="24"/>
          <w:szCs w:val="24"/>
        </w:rPr>
        <w:t xml:space="preserve">, </w:t>
      </w:r>
      <w:proofErr w:type="spellStart"/>
      <w:r w:rsidRPr="00230C03">
        <w:rPr>
          <w:sz w:val="24"/>
          <w:szCs w:val="24"/>
        </w:rPr>
        <w:t>kdykoli</w:t>
      </w:r>
      <w:proofErr w:type="spellEnd"/>
      <w:r w:rsidRPr="00230C03">
        <w:rPr>
          <w:sz w:val="24"/>
          <w:szCs w:val="24"/>
        </w:rPr>
        <w:t xml:space="preserve"> v </w:t>
      </w:r>
      <w:proofErr w:type="spellStart"/>
      <w:r w:rsidRPr="00230C03">
        <w:rPr>
          <w:sz w:val="24"/>
          <w:szCs w:val="24"/>
        </w:rPr>
        <w:t>průběhu</w:t>
      </w:r>
      <w:proofErr w:type="spellEnd"/>
      <w:r w:rsidRPr="00230C03">
        <w:rPr>
          <w:sz w:val="24"/>
          <w:szCs w:val="24"/>
        </w:rPr>
        <w:t xml:space="preserve"> </w:t>
      </w:r>
      <w:proofErr w:type="spellStart"/>
      <w:r w:rsidRPr="00230C03">
        <w:rPr>
          <w:sz w:val="24"/>
          <w:szCs w:val="24"/>
        </w:rPr>
        <w:t>školního</w:t>
      </w:r>
      <w:proofErr w:type="spellEnd"/>
      <w:r w:rsidRPr="00230C03">
        <w:rPr>
          <w:sz w:val="24"/>
          <w:szCs w:val="24"/>
        </w:rPr>
        <w:t xml:space="preserve"> </w:t>
      </w:r>
      <w:proofErr w:type="spellStart"/>
      <w:r w:rsidRPr="00230C03">
        <w:rPr>
          <w:sz w:val="24"/>
          <w:szCs w:val="24"/>
        </w:rPr>
        <w:t>roku</w:t>
      </w:r>
      <w:proofErr w:type="spellEnd"/>
      <w:r w:rsidRPr="00230C03">
        <w:rPr>
          <w:sz w:val="24"/>
          <w:szCs w:val="24"/>
        </w:rPr>
        <w:t xml:space="preserve">, </w:t>
      </w:r>
      <w:proofErr w:type="spellStart"/>
      <w:r w:rsidRPr="00230C03">
        <w:rPr>
          <w:sz w:val="24"/>
          <w:szCs w:val="24"/>
        </w:rPr>
        <w:t>pokud</w:t>
      </w:r>
      <w:proofErr w:type="spellEnd"/>
      <w:r w:rsidRPr="00230C03">
        <w:rPr>
          <w:sz w:val="24"/>
          <w:szCs w:val="24"/>
        </w:rPr>
        <w:t xml:space="preserve"> to </w:t>
      </w:r>
      <w:proofErr w:type="spellStart"/>
      <w:r w:rsidRPr="00230C03">
        <w:rPr>
          <w:sz w:val="24"/>
          <w:szCs w:val="24"/>
        </w:rPr>
        <w:t>kapacita</w:t>
      </w:r>
      <w:proofErr w:type="spellEnd"/>
      <w:r w:rsidRPr="00230C03">
        <w:rPr>
          <w:sz w:val="24"/>
          <w:szCs w:val="24"/>
        </w:rPr>
        <w:t xml:space="preserve"> </w:t>
      </w:r>
      <w:proofErr w:type="spellStart"/>
      <w:r w:rsidRPr="00230C03">
        <w:rPr>
          <w:sz w:val="24"/>
          <w:szCs w:val="24"/>
        </w:rPr>
        <w:t>školy</w:t>
      </w:r>
      <w:proofErr w:type="spellEnd"/>
      <w:r w:rsidRPr="00230C03">
        <w:rPr>
          <w:sz w:val="24"/>
          <w:szCs w:val="24"/>
        </w:rPr>
        <w:t xml:space="preserve"> </w:t>
      </w:r>
      <w:proofErr w:type="spellStart"/>
      <w:r w:rsidRPr="00230C03">
        <w:rPr>
          <w:sz w:val="24"/>
          <w:szCs w:val="24"/>
        </w:rPr>
        <w:t>umožňuje</w:t>
      </w:r>
      <w:proofErr w:type="spellEnd"/>
      <w:r w:rsidRPr="00230C03">
        <w:rPr>
          <w:sz w:val="24"/>
          <w:szCs w:val="24"/>
        </w:rPr>
        <w:t>.</w:t>
      </w:r>
    </w:p>
    <w:p w14:paraId="7FF7ED2F" w14:textId="77777777" w:rsidR="004A640F" w:rsidRDefault="004A640F" w:rsidP="004A640F">
      <w:pPr>
        <w:pStyle w:val="Nadpis2"/>
      </w:pPr>
      <w:proofErr w:type="spellStart"/>
      <w:r>
        <w:t>Individuální</w:t>
      </w:r>
      <w:proofErr w:type="spellEnd"/>
      <w:r>
        <w:t xml:space="preserve"> </w:t>
      </w:r>
      <w:proofErr w:type="spellStart"/>
      <w:r>
        <w:t>vzdělávání</w:t>
      </w:r>
      <w:proofErr w:type="spellEnd"/>
    </w:p>
    <w:p w14:paraId="65532254" w14:textId="77777777" w:rsidR="004A640F" w:rsidRDefault="004A640F" w:rsidP="004A640F">
      <w:pPr>
        <w:spacing w:after="120"/>
      </w:pPr>
      <w:proofErr w:type="spellStart"/>
      <w:r w:rsidRPr="004C6213">
        <w:rPr>
          <w:sz w:val="24"/>
          <w:szCs w:val="24"/>
        </w:rPr>
        <w:t>Dětem</w:t>
      </w:r>
      <w:proofErr w:type="spellEnd"/>
      <w:r w:rsidRPr="004C6213">
        <w:rPr>
          <w:sz w:val="24"/>
          <w:szCs w:val="24"/>
        </w:rPr>
        <w:t xml:space="preserve"> v </w:t>
      </w:r>
      <w:proofErr w:type="spellStart"/>
      <w:r w:rsidRPr="004C6213">
        <w:rPr>
          <w:sz w:val="24"/>
          <w:szCs w:val="24"/>
        </w:rPr>
        <w:t>posledním</w:t>
      </w:r>
      <w:proofErr w:type="spellEnd"/>
      <w:r w:rsidRPr="004C6213">
        <w:rPr>
          <w:sz w:val="24"/>
          <w:szCs w:val="24"/>
        </w:rPr>
        <w:t xml:space="preserve"> </w:t>
      </w:r>
      <w:proofErr w:type="spellStart"/>
      <w:r w:rsidRPr="004C6213">
        <w:rPr>
          <w:sz w:val="24"/>
          <w:szCs w:val="24"/>
        </w:rPr>
        <w:t>roce</w:t>
      </w:r>
      <w:proofErr w:type="spellEnd"/>
      <w:r w:rsidRPr="004C6213">
        <w:rPr>
          <w:sz w:val="24"/>
          <w:szCs w:val="24"/>
        </w:rPr>
        <w:t xml:space="preserve"> </w:t>
      </w:r>
      <w:proofErr w:type="spellStart"/>
      <w:r w:rsidRPr="004C6213">
        <w:rPr>
          <w:sz w:val="24"/>
          <w:szCs w:val="24"/>
        </w:rPr>
        <w:t>předškolního</w:t>
      </w:r>
      <w:proofErr w:type="spellEnd"/>
      <w:r w:rsidRPr="004C6213">
        <w:rPr>
          <w:sz w:val="24"/>
          <w:szCs w:val="24"/>
        </w:rPr>
        <w:t xml:space="preserve"> </w:t>
      </w:r>
      <w:proofErr w:type="spellStart"/>
      <w:r w:rsidRPr="004C6213">
        <w:rPr>
          <w:sz w:val="24"/>
          <w:szCs w:val="24"/>
        </w:rPr>
        <w:t>vzdělávání</w:t>
      </w:r>
      <w:proofErr w:type="spellEnd"/>
      <w:r w:rsidRPr="004C6213">
        <w:rPr>
          <w:sz w:val="24"/>
          <w:szCs w:val="24"/>
        </w:rPr>
        <w:t xml:space="preserve"> </w:t>
      </w:r>
      <w:proofErr w:type="spellStart"/>
      <w:r w:rsidRPr="004C6213">
        <w:rPr>
          <w:sz w:val="24"/>
          <w:szCs w:val="24"/>
        </w:rPr>
        <w:t>může</w:t>
      </w:r>
      <w:proofErr w:type="spellEnd"/>
      <w:r w:rsidRPr="004C6213">
        <w:rPr>
          <w:sz w:val="24"/>
          <w:szCs w:val="24"/>
        </w:rPr>
        <w:t xml:space="preserve"> </w:t>
      </w:r>
      <w:proofErr w:type="spellStart"/>
      <w:r w:rsidRPr="004C6213">
        <w:rPr>
          <w:sz w:val="24"/>
          <w:szCs w:val="24"/>
        </w:rPr>
        <w:t>být</w:t>
      </w:r>
      <w:proofErr w:type="spellEnd"/>
      <w:r w:rsidRPr="004C6213">
        <w:rPr>
          <w:sz w:val="24"/>
          <w:szCs w:val="24"/>
        </w:rPr>
        <w:t xml:space="preserve"> </w:t>
      </w:r>
      <w:proofErr w:type="spellStart"/>
      <w:r w:rsidRPr="004C6213">
        <w:rPr>
          <w:sz w:val="24"/>
          <w:szCs w:val="24"/>
        </w:rPr>
        <w:t>umožněna</w:t>
      </w:r>
      <w:proofErr w:type="spellEnd"/>
      <w:r w:rsidRPr="004C6213">
        <w:rPr>
          <w:sz w:val="24"/>
          <w:szCs w:val="24"/>
        </w:rPr>
        <w:t xml:space="preserve"> forma </w:t>
      </w:r>
      <w:proofErr w:type="spellStart"/>
      <w:r w:rsidRPr="004C6213">
        <w:rPr>
          <w:sz w:val="24"/>
          <w:szCs w:val="24"/>
        </w:rPr>
        <w:t>individuálního</w:t>
      </w:r>
      <w:proofErr w:type="spellEnd"/>
      <w:r w:rsidRPr="004C6213">
        <w:rPr>
          <w:sz w:val="24"/>
          <w:szCs w:val="24"/>
        </w:rPr>
        <w:t xml:space="preserve"> </w:t>
      </w:r>
      <w:proofErr w:type="spellStart"/>
      <w:r w:rsidRPr="004C6213">
        <w:rPr>
          <w:sz w:val="24"/>
          <w:szCs w:val="24"/>
        </w:rPr>
        <w:t>vzdělávání</w:t>
      </w:r>
      <w:proofErr w:type="spellEnd"/>
      <w:r w:rsidRPr="004C6213">
        <w:rPr>
          <w:sz w:val="24"/>
          <w:szCs w:val="24"/>
        </w:rPr>
        <w:t xml:space="preserve"> bez </w:t>
      </w:r>
      <w:proofErr w:type="spellStart"/>
      <w:r w:rsidRPr="004C6213">
        <w:rPr>
          <w:sz w:val="24"/>
          <w:szCs w:val="24"/>
        </w:rPr>
        <w:t>pravidelné</w:t>
      </w:r>
      <w:proofErr w:type="spellEnd"/>
      <w:r w:rsidRPr="004C6213">
        <w:rPr>
          <w:sz w:val="24"/>
          <w:szCs w:val="24"/>
        </w:rPr>
        <w:t xml:space="preserve"> </w:t>
      </w:r>
      <w:proofErr w:type="spellStart"/>
      <w:r w:rsidRPr="004C6213">
        <w:rPr>
          <w:sz w:val="24"/>
          <w:szCs w:val="24"/>
        </w:rPr>
        <w:t>docházky</w:t>
      </w:r>
      <w:proofErr w:type="spellEnd"/>
      <w:r w:rsidRPr="004C6213">
        <w:rPr>
          <w:sz w:val="24"/>
          <w:szCs w:val="24"/>
        </w:rPr>
        <w:t xml:space="preserve"> do MŠ. </w:t>
      </w:r>
      <w:proofErr w:type="spellStart"/>
      <w:r w:rsidRPr="004C6213">
        <w:rPr>
          <w:sz w:val="24"/>
          <w:szCs w:val="24"/>
        </w:rPr>
        <w:t>Dítě</w:t>
      </w:r>
      <w:proofErr w:type="spellEnd"/>
      <w:r w:rsidRPr="004C6213">
        <w:rPr>
          <w:sz w:val="24"/>
          <w:szCs w:val="24"/>
        </w:rPr>
        <w:t xml:space="preserve"> se v </w:t>
      </w:r>
      <w:proofErr w:type="spellStart"/>
      <w:r w:rsidRPr="004C6213">
        <w:rPr>
          <w:sz w:val="24"/>
          <w:szCs w:val="24"/>
        </w:rPr>
        <w:t>tomto</w:t>
      </w:r>
      <w:proofErr w:type="spellEnd"/>
      <w:r w:rsidRPr="004C6213">
        <w:rPr>
          <w:sz w:val="24"/>
          <w:szCs w:val="24"/>
        </w:rPr>
        <w:t xml:space="preserve"> </w:t>
      </w:r>
      <w:proofErr w:type="spellStart"/>
      <w:r w:rsidRPr="004C6213">
        <w:rPr>
          <w:sz w:val="24"/>
          <w:szCs w:val="24"/>
        </w:rPr>
        <w:t>režimu</w:t>
      </w:r>
      <w:proofErr w:type="spellEnd"/>
      <w:r w:rsidRPr="004C6213">
        <w:rPr>
          <w:sz w:val="24"/>
          <w:szCs w:val="24"/>
        </w:rPr>
        <w:t xml:space="preserve"> </w:t>
      </w:r>
      <w:proofErr w:type="spellStart"/>
      <w:r w:rsidRPr="004C6213">
        <w:rPr>
          <w:sz w:val="24"/>
          <w:szCs w:val="24"/>
        </w:rPr>
        <w:t>neúčastní</w:t>
      </w:r>
      <w:proofErr w:type="spellEnd"/>
      <w:r w:rsidRPr="004C6213">
        <w:rPr>
          <w:sz w:val="24"/>
          <w:szCs w:val="24"/>
        </w:rPr>
        <w:t xml:space="preserve"> </w:t>
      </w:r>
      <w:proofErr w:type="spellStart"/>
      <w:r w:rsidRPr="004C6213">
        <w:rPr>
          <w:sz w:val="24"/>
          <w:szCs w:val="24"/>
        </w:rPr>
        <w:t>běžného</w:t>
      </w:r>
      <w:proofErr w:type="spellEnd"/>
      <w:r w:rsidRPr="004C6213">
        <w:rPr>
          <w:sz w:val="24"/>
          <w:szCs w:val="24"/>
        </w:rPr>
        <w:t xml:space="preserve"> </w:t>
      </w:r>
      <w:proofErr w:type="spellStart"/>
      <w:r w:rsidRPr="004C6213">
        <w:rPr>
          <w:sz w:val="24"/>
          <w:szCs w:val="24"/>
        </w:rPr>
        <w:t>programu</w:t>
      </w:r>
      <w:proofErr w:type="spellEnd"/>
      <w:r w:rsidRPr="004C6213">
        <w:rPr>
          <w:sz w:val="24"/>
          <w:szCs w:val="24"/>
        </w:rPr>
        <w:t xml:space="preserve"> </w:t>
      </w:r>
      <w:proofErr w:type="spellStart"/>
      <w:r w:rsidRPr="004C6213">
        <w:rPr>
          <w:sz w:val="24"/>
          <w:szCs w:val="24"/>
        </w:rPr>
        <w:t>školy</w:t>
      </w:r>
      <w:proofErr w:type="spellEnd"/>
      <w:r w:rsidRPr="004C6213">
        <w:rPr>
          <w:sz w:val="24"/>
          <w:szCs w:val="24"/>
        </w:rPr>
        <w:t xml:space="preserve"> a </w:t>
      </w:r>
      <w:proofErr w:type="spellStart"/>
      <w:r w:rsidRPr="004C6213">
        <w:rPr>
          <w:sz w:val="24"/>
          <w:szCs w:val="24"/>
        </w:rPr>
        <w:t>jeho</w:t>
      </w:r>
      <w:proofErr w:type="spellEnd"/>
      <w:r w:rsidRPr="004C6213">
        <w:rPr>
          <w:sz w:val="24"/>
          <w:szCs w:val="24"/>
        </w:rPr>
        <w:t xml:space="preserve"> </w:t>
      </w:r>
      <w:proofErr w:type="spellStart"/>
      <w:r w:rsidRPr="004C6213">
        <w:rPr>
          <w:sz w:val="24"/>
          <w:szCs w:val="24"/>
        </w:rPr>
        <w:t>vzdělávání</w:t>
      </w:r>
      <w:proofErr w:type="spellEnd"/>
      <w:r w:rsidRPr="004C6213">
        <w:rPr>
          <w:sz w:val="24"/>
          <w:szCs w:val="24"/>
        </w:rPr>
        <w:t xml:space="preserve"> </w:t>
      </w:r>
      <w:proofErr w:type="spellStart"/>
      <w:r w:rsidRPr="004C6213">
        <w:rPr>
          <w:sz w:val="24"/>
          <w:szCs w:val="24"/>
        </w:rPr>
        <w:t>zajišťují</w:t>
      </w:r>
      <w:proofErr w:type="spellEnd"/>
      <w:r w:rsidRPr="004C6213">
        <w:rPr>
          <w:sz w:val="24"/>
          <w:szCs w:val="24"/>
        </w:rPr>
        <w:t xml:space="preserve"> </w:t>
      </w:r>
      <w:proofErr w:type="spellStart"/>
      <w:r w:rsidRPr="004C6213">
        <w:rPr>
          <w:sz w:val="24"/>
          <w:szCs w:val="24"/>
        </w:rPr>
        <w:t>zákonní</w:t>
      </w:r>
      <w:proofErr w:type="spellEnd"/>
      <w:r w:rsidRPr="004C6213">
        <w:rPr>
          <w:sz w:val="24"/>
          <w:szCs w:val="24"/>
        </w:rPr>
        <w:t xml:space="preserve"> </w:t>
      </w:r>
      <w:proofErr w:type="spellStart"/>
      <w:r w:rsidRPr="004C6213">
        <w:rPr>
          <w:sz w:val="24"/>
          <w:szCs w:val="24"/>
        </w:rPr>
        <w:t>zástupci</w:t>
      </w:r>
      <w:proofErr w:type="spellEnd"/>
      <w:r w:rsidRPr="004C6213">
        <w:rPr>
          <w:sz w:val="24"/>
          <w:szCs w:val="24"/>
        </w:rPr>
        <w:t xml:space="preserve"> </w:t>
      </w:r>
      <w:proofErr w:type="spellStart"/>
      <w:r w:rsidRPr="004C6213">
        <w:rPr>
          <w:sz w:val="24"/>
          <w:szCs w:val="24"/>
        </w:rPr>
        <w:t>doma</w:t>
      </w:r>
      <w:proofErr w:type="spellEnd"/>
      <w:r w:rsidRPr="004C6213">
        <w:rPr>
          <w:sz w:val="24"/>
          <w:szCs w:val="24"/>
        </w:rPr>
        <w:t>.</w:t>
      </w:r>
      <w:r w:rsidRPr="004C6213">
        <w:rPr>
          <w:sz w:val="24"/>
          <w:szCs w:val="24"/>
        </w:rPr>
        <w:br/>
      </w:r>
      <w:proofErr w:type="spellStart"/>
      <w:r w:rsidRPr="004C6213">
        <w:rPr>
          <w:sz w:val="24"/>
          <w:szCs w:val="24"/>
        </w:rPr>
        <w:t>Zákonný</w:t>
      </w:r>
      <w:proofErr w:type="spellEnd"/>
      <w:r w:rsidRPr="004C6213">
        <w:rPr>
          <w:sz w:val="24"/>
          <w:szCs w:val="24"/>
        </w:rPr>
        <w:t xml:space="preserve"> </w:t>
      </w:r>
      <w:proofErr w:type="spellStart"/>
      <w:r w:rsidRPr="004C6213">
        <w:rPr>
          <w:sz w:val="24"/>
          <w:szCs w:val="24"/>
        </w:rPr>
        <w:t>zástupce</w:t>
      </w:r>
      <w:proofErr w:type="spellEnd"/>
      <w:r w:rsidRPr="004C6213">
        <w:rPr>
          <w:sz w:val="24"/>
          <w:szCs w:val="24"/>
        </w:rPr>
        <w:t xml:space="preserve"> je </w:t>
      </w:r>
      <w:proofErr w:type="spellStart"/>
      <w:r w:rsidRPr="004C6213">
        <w:rPr>
          <w:sz w:val="24"/>
          <w:szCs w:val="24"/>
        </w:rPr>
        <w:t>povinen</w:t>
      </w:r>
      <w:proofErr w:type="spellEnd"/>
      <w:r w:rsidRPr="004C6213">
        <w:rPr>
          <w:sz w:val="24"/>
          <w:szCs w:val="24"/>
        </w:rPr>
        <w:t xml:space="preserve"> </w:t>
      </w:r>
      <w:proofErr w:type="spellStart"/>
      <w:r w:rsidRPr="004C6213">
        <w:rPr>
          <w:sz w:val="24"/>
          <w:szCs w:val="24"/>
        </w:rPr>
        <w:t>oznámit</w:t>
      </w:r>
      <w:proofErr w:type="spellEnd"/>
      <w:r w:rsidRPr="004C6213">
        <w:rPr>
          <w:sz w:val="24"/>
          <w:szCs w:val="24"/>
        </w:rPr>
        <w:t xml:space="preserve"> </w:t>
      </w:r>
      <w:proofErr w:type="spellStart"/>
      <w:r w:rsidRPr="004C6213">
        <w:rPr>
          <w:sz w:val="24"/>
          <w:szCs w:val="24"/>
        </w:rPr>
        <w:t>tuto</w:t>
      </w:r>
      <w:proofErr w:type="spellEnd"/>
      <w:r w:rsidRPr="004C6213">
        <w:rPr>
          <w:sz w:val="24"/>
          <w:szCs w:val="24"/>
        </w:rPr>
        <w:t xml:space="preserve"> </w:t>
      </w:r>
      <w:proofErr w:type="spellStart"/>
      <w:r w:rsidRPr="004C6213">
        <w:rPr>
          <w:sz w:val="24"/>
          <w:szCs w:val="24"/>
        </w:rPr>
        <w:t>skutečnost</w:t>
      </w:r>
      <w:proofErr w:type="spellEnd"/>
      <w:r w:rsidRPr="004C6213">
        <w:rPr>
          <w:sz w:val="24"/>
          <w:szCs w:val="24"/>
        </w:rPr>
        <w:t xml:space="preserve"> </w:t>
      </w:r>
      <w:proofErr w:type="spellStart"/>
      <w:r w:rsidRPr="004C6213">
        <w:rPr>
          <w:sz w:val="24"/>
          <w:szCs w:val="24"/>
        </w:rPr>
        <w:t>nejpozději</w:t>
      </w:r>
      <w:proofErr w:type="spellEnd"/>
      <w:r w:rsidRPr="004C6213">
        <w:rPr>
          <w:sz w:val="24"/>
          <w:szCs w:val="24"/>
        </w:rPr>
        <w:t xml:space="preserve"> 3 </w:t>
      </w:r>
      <w:proofErr w:type="spellStart"/>
      <w:r w:rsidRPr="004C6213">
        <w:rPr>
          <w:sz w:val="24"/>
          <w:szCs w:val="24"/>
        </w:rPr>
        <w:t>měsíce</w:t>
      </w:r>
      <w:proofErr w:type="spellEnd"/>
      <w:r w:rsidRPr="004C6213">
        <w:rPr>
          <w:sz w:val="24"/>
          <w:szCs w:val="24"/>
        </w:rPr>
        <w:t xml:space="preserve"> </w:t>
      </w:r>
      <w:proofErr w:type="spellStart"/>
      <w:r w:rsidRPr="004C6213">
        <w:rPr>
          <w:sz w:val="24"/>
          <w:szCs w:val="24"/>
        </w:rPr>
        <w:t>před</w:t>
      </w:r>
      <w:proofErr w:type="spellEnd"/>
      <w:r w:rsidRPr="004C6213">
        <w:rPr>
          <w:sz w:val="24"/>
          <w:szCs w:val="24"/>
        </w:rPr>
        <w:t xml:space="preserve"> </w:t>
      </w:r>
      <w:proofErr w:type="spellStart"/>
      <w:r w:rsidRPr="004C6213">
        <w:rPr>
          <w:sz w:val="24"/>
          <w:szCs w:val="24"/>
        </w:rPr>
        <w:t>začátkem</w:t>
      </w:r>
      <w:proofErr w:type="spellEnd"/>
      <w:r w:rsidRPr="004C6213">
        <w:rPr>
          <w:sz w:val="24"/>
          <w:szCs w:val="24"/>
        </w:rPr>
        <w:t xml:space="preserve"> </w:t>
      </w:r>
      <w:proofErr w:type="spellStart"/>
      <w:r w:rsidRPr="004C6213">
        <w:rPr>
          <w:sz w:val="24"/>
          <w:szCs w:val="24"/>
        </w:rPr>
        <w:t>školního</w:t>
      </w:r>
      <w:proofErr w:type="spellEnd"/>
      <w:r w:rsidRPr="004C6213">
        <w:rPr>
          <w:sz w:val="24"/>
          <w:szCs w:val="24"/>
        </w:rPr>
        <w:t xml:space="preserve"> </w:t>
      </w:r>
      <w:proofErr w:type="spellStart"/>
      <w:r w:rsidRPr="004C6213">
        <w:rPr>
          <w:sz w:val="24"/>
          <w:szCs w:val="24"/>
        </w:rPr>
        <w:t>roku</w:t>
      </w:r>
      <w:proofErr w:type="spellEnd"/>
      <w:r w:rsidRPr="004C6213">
        <w:rPr>
          <w:sz w:val="24"/>
          <w:szCs w:val="24"/>
        </w:rPr>
        <w:t xml:space="preserve"> a </w:t>
      </w:r>
      <w:proofErr w:type="spellStart"/>
      <w:r w:rsidRPr="004C6213">
        <w:rPr>
          <w:sz w:val="24"/>
          <w:szCs w:val="24"/>
        </w:rPr>
        <w:t>dohodnout</w:t>
      </w:r>
      <w:proofErr w:type="spellEnd"/>
      <w:r w:rsidRPr="004C6213">
        <w:rPr>
          <w:sz w:val="24"/>
          <w:szCs w:val="24"/>
        </w:rPr>
        <w:t xml:space="preserve"> se s </w:t>
      </w:r>
      <w:proofErr w:type="spellStart"/>
      <w:r w:rsidRPr="004C6213">
        <w:rPr>
          <w:sz w:val="24"/>
          <w:szCs w:val="24"/>
        </w:rPr>
        <w:t>ředitelkou</w:t>
      </w:r>
      <w:proofErr w:type="spellEnd"/>
      <w:r w:rsidRPr="004C6213">
        <w:rPr>
          <w:sz w:val="24"/>
          <w:szCs w:val="24"/>
        </w:rPr>
        <w:t xml:space="preserve"> </w:t>
      </w:r>
      <w:proofErr w:type="spellStart"/>
      <w:r w:rsidRPr="004C6213">
        <w:rPr>
          <w:sz w:val="24"/>
          <w:szCs w:val="24"/>
        </w:rPr>
        <w:t>na</w:t>
      </w:r>
      <w:proofErr w:type="spellEnd"/>
      <w:r w:rsidRPr="004C6213">
        <w:rPr>
          <w:sz w:val="24"/>
          <w:szCs w:val="24"/>
        </w:rPr>
        <w:t xml:space="preserve"> </w:t>
      </w:r>
      <w:proofErr w:type="spellStart"/>
      <w:r w:rsidRPr="004C6213">
        <w:rPr>
          <w:sz w:val="24"/>
          <w:szCs w:val="24"/>
        </w:rPr>
        <w:t>způsobu</w:t>
      </w:r>
      <w:proofErr w:type="spellEnd"/>
      <w:r w:rsidRPr="004C6213">
        <w:rPr>
          <w:sz w:val="24"/>
          <w:szCs w:val="24"/>
        </w:rPr>
        <w:t xml:space="preserve"> </w:t>
      </w:r>
      <w:proofErr w:type="spellStart"/>
      <w:r w:rsidRPr="004C6213">
        <w:rPr>
          <w:sz w:val="24"/>
          <w:szCs w:val="24"/>
        </w:rPr>
        <w:t>ověřování</w:t>
      </w:r>
      <w:proofErr w:type="spellEnd"/>
      <w:r w:rsidRPr="004C6213">
        <w:rPr>
          <w:sz w:val="24"/>
          <w:szCs w:val="24"/>
        </w:rPr>
        <w:t xml:space="preserve"> </w:t>
      </w:r>
      <w:proofErr w:type="spellStart"/>
      <w:r w:rsidRPr="004C6213">
        <w:rPr>
          <w:sz w:val="24"/>
          <w:szCs w:val="24"/>
        </w:rPr>
        <w:t>dosažené</w:t>
      </w:r>
      <w:proofErr w:type="spellEnd"/>
      <w:r w:rsidRPr="004C6213">
        <w:rPr>
          <w:sz w:val="24"/>
          <w:szCs w:val="24"/>
        </w:rPr>
        <w:t xml:space="preserve"> </w:t>
      </w:r>
      <w:proofErr w:type="spellStart"/>
      <w:r w:rsidRPr="004C6213">
        <w:rPr>
          <w:sz w:val="24"/>
          <w:szCs w:val="24"/>
        </w:rPr>
        <w:t>úrovně</w:t>
      </w:r>
      <w:proofErr w:type="spellEnd"/>
      <w:r w:rsidRPr="004C6213">
        <w:rPr>
          <w:sz w:val="24"/>
          <w:szCs w:val="24"/>
        </w:rPr>
        <w:t xml:space="preserve"> </w:t>
      </w:r>
      <w:proofErr w:type="spellStart"/>
      <w:r w:rsidRPr="004C6213">
        <w:rPr>
          <w:sz w:val="24"/>
          <w:szCs w:val="24"/>
        </w:rPr>
        <w:t>očekávaných</w:t>
      </w:r>
      <w:proofErr w:type="spellEnd"/>
      <w:r w:rsidRPr="004C6213">
        <w:rPr>
          <w:sz w:val="24"/>
          <w:szCs w:val="24"/>
        </w:rPr>
        <w:t xml:space="preserve"> </w:t>
      </w:r>
      <w:proofErr w:type="spellStart"/>
      <w:r w:rsidRPr="004C6213">
        <w:rPr>
          <w:sz w:val="24"/>
          <w:szCs w:val="24"/>
        </w:rPr>
        <w:t>výstupů</w:t>
      </w:r>
      <w:proofErr w:type="spellEnd"/>
      <w:r w:rsidRPr="004C6213">
        <w:rPr>
          <w:sz w:val="24"/>
          <w:szCs w:val="24"/>
        </w:rPr>
        <w:t xml:space="preserve">. </w:t>
      </w:r>
      <w:proofErr w:type="spellStart"/>
      <w:r w:rsidRPr="004C6213">
        <w:rPr>
          <w:sz w:val="24"/>
          <w:szCs w:val="24"/>
        </w:rPr>
        <w:t>Ověření</w:t>
      </w:r>
      <w:proofErr w:type="spellEnd"/>
      <w:r w:rsidRPr="004C6213">
        <w:rPr>
          <w:sz w:val="24"/>
          <w:szCs w:val="24"/>
        </w:rPr>
        <w:t xml:space="preserve"> </w:t>
      </w:r>
      <w:proofErr w:type="spellStart"/>
      <w:r w:rsidRPr="004C6213">
        <w:rPr>
          <w:sz w:val="24"/>
          <w:szCs w:val="24"/>
        </w:rPr>
        <w:t>probíhá</w:t>
      </w:r>
      <w:proofErr w:type="spellEnd"/>
      <w:r w:rsidRPr="004C6213">
        <w:rPr>
          <w:sz w:val="24"/>
          <w:szCs w:val="24"/>
        </w:rPr>
        <w:t xml:space="preserve"> </w:t>
      </w:r>
      <w:proofErr w:type="spellStart"/>
      <w:r w:rsidRPr="004C6213">
        <w:rPr>
          <w:sz w:val="24"/>
          <w:szCs w:val="24"/>
        </w:rPr>
        <w:t>obvykle</w:t>
      </w:r>
      <w:proofErr w:type="spellEnd"/>
      <w:r w:rsidRPr="004C6213">
        <w:rPr>
          <w:sz w:val="24"/>
          <w:szCs w:val="24"/>
        </w:rPr>
        <w:t xml:space="preserve"> </w:t>
      </w:r>
      <w:proofErr w:type="spellStart"/>
      <w:r w:rsidRPr="004C6213">
        <w:rPr>
          <w:sz w:val="24"/>
          <w:szCs w:val="24"/>
        </w:rPr>
        <w:t>ve</w:t>
      </w:r>
      <w:proofErr w:type="spellEnd"/>
      <w:r w:rsidRPr="004C6213">
        <w:rPr>
          <w:sz w:val="24"/>
          <w:szCs w:val="24"/>
        </w:rPr>
        <w:t xml:space="preserve"> 2. </w:t>
      </w:r>
      <w:proofErr w:type="spellStart"/>
      <w:r w:rsidRPr="004C6213">
        <w:rPr>
          <w:sz w:val="24"/>
          <w:szCs w:val="24"/>
        </w:rPr>
        <w:t>listopadovém</w:t>
      </w:r>
      <w:proofErr w:type="spellEnd"/>
      <w:r w:rsidRPr="004C6213">
        <w:rPr>
          <w:sz w:val="24"/>
          <w:szCs w:val="24"/>
        </w:rPr>
        <w:t xml:space="preserve"> </w:t>
      </w:r>
      <w:proofErr w:type="spellStart"/>
      <w:r w:rsidRPr="004C6213">
        <w:rPr>
          <w:sz w:val="24"/>
          <w:szCs w:val="24"/>
        </w:rPr>
        <w:t>týdnu</w:t>
      </w:r>
      <w:proofErr w:type="spellEnd"/>
      <w:r w:rsidRPr="004C6213">
        <w:rPr>
          <w:sz w:val="24"/>
          <w:szCs w:val="24"/>
        </w:rPr>
        <w:t xml:space="preserve">, s </w:t>
      </w:r>
      <w:proofErr w:type="spellStart"/>
      <w:r w:rsidRPr="004C6213">
        <w:rPr>
          <w:sz w:val="24"/>
          <w:szCs w:val="24"/>
        </w:rPr>
        <w:t>náhradním</w:t>
      </w:r>
      <w:proofErr w:type="spellEnd"/>
      <w:r w:rsidRPr="004C6213">
        <w:rPr>
          <w:sz w:val="24"/>
          <w:szCs w:val="24"/>
        </w:rPr>
        <w:t xml:space="preserve"> </w:t>
      </w:r>
      <w:proofErr w:type="spellStart"/>
      <w:r w:rsidRPr="004C6213">
        <w:rPr>
          <w:sz w:val="24"/>
          <w:szCs w:val="24"/>
        </w:rPr>
        <w:t>termínem</w:t>
      </w:r>
      <w:proofErr w:type="spellEnd"/>
      <w:r w:rsidRPr="004C6213">
        <w:rPr>
          <w:sz w:val="24"/>
          <w:szCs w:val="24"/>
        </w:rPr>
        <w:t xml:space="preserve"> </w:t>
      </w:r>
      <w:proofErr w:type="spellStart"/>
      <w:r w:rsidRPr="004C6213">
        <w:rPr>
          <w:sz w:val="24"/>
          <w:szCs w:val="24"/>
        </w:rPr>
        <w:t>ve</w:t>
      </w:r>
      <w:proofErr w:type="spellEnd"/>
      <w:r w:rsidRPr="004C6213">
        <w:rPr>
          <w:sz w:val="24"/>
          <w:szCs w:val="24"/>
        </w:rPr>
        <w:t xml:space="preserve"> 2. </w:t>
      </w:r>
      <w:proofErr w:type="spellStart"/>
      <w:r w:rsidRPr="004C6213">
        <w:rPr>
          <w:sz w:val="24"/>
          <w:szCs w:val="24"/>
        </w:rPr>
        <w:t>prosincovém</w:t>
      </w:r>
      <w:proofErr w:type="spellEnd"/>
      <w:r w:rsidRPr="004C6213">
        <w:rPr>
          <w:sz w:val="24"/>
          <w:szCs w:val="24"/>
        </w:rPr>
        <w:t xml:space="preserve"> </w:t>
      </w:r>
      <w:proofErr w:type="spellStart"/>
      <w:r w:rsidRPr="004C6213">
        <w:rPr>
          <w:sz w:val="24"/>
          <w:szCs w:val="24"/>
        </w:rPr>
        <w:t>týdnu</w:t>
      </w:r>
      <w:proofErr w:type="spellEnd"/>
      <w:r w:rsidRPr="004C6213">
        <w:rPr>
          <w:sz w:val="24"/>
          <w:szCs w:val="24"/>
        </w:rPr>
        <w:t>.</w:t>
      </w:r>
      <w:r w:rsidRPr="004C6213">
        <w:rPr>
          <w:sz w:val="24"/>
          <w:szCs w:val="24"/>
        </w:rPr>
        <w:br/>
      </w:r>
      <w:proofErr w:type="spellStart"/>
      <w:r w:rsidRPr="004C6213">
        <w:rPr>
          <w:sz w:val="24"/>
          <w:szCs w:val="24"/>
        </w:rPr>
        <w:t>Škola</w:t>
      </w:r>
      <w:proofErr w:type="spellEnd"/>
      <w:r w:rsidRPr="004C6213">
        <w:rPr>
          <w:sz w:val="24"/>
          <w:szCs w:val="24"/>
        </w:rPr>
        <w:t xml:space="preserve"> </w:t>
      </w:r>
      <w:proofErr w:type="spellStart"/>
      <w:r w:rsidRPr="004C6213">
        <w:rPr>
          <w:sz w:val="24"/>
          <w:szCs w:val="24"/>
        </w:rPr>
        <w:t>doporučuje</w:t>
      </w:r>
      <w:proofErr w:type="spellEnd"/>
      <w:r w:rsidRPr="004C6213">
        <w:rPr>
          <w:sz w:val="24"/>
          <w:szCs w:val="24"/>
        </w:rPr>
        <w:t xml:space="preserve"> </w:t>
      </w:r>
      <w:proofErr w:type="spellStart"/>
      <w:r w:rsidRPr="004C6213">
        <w:rPr>
          <w:sz w:val="24"/>
          <w:szCs w:val="24"/>
        </w:rPr>
        <w:t>rodičům</w:t>
      </w:r>
      <w:proofErr w:type="spellEnd"/>
      <w:r w:rsidRPr="004C6213">
        <w:rPr>
          <w:sz w:val="24"/>
          <w:szCs w:val="24"/>
        </w:rPr>
        <w:t xml:space="preserve"> </w:t>
      </w:r>
      <w:proofErr w:type="spellStart"/>
      <w:r w:rsidRPr="004C6213">
        <w:rPr>
          <w:sz w:val="24"/>
          <w:szCs w:val="24"/>
        </w:rPr>
        <w:t>vést</w:t>
      </w:r>
      <w:proofErr w:type="spellEnd"/>
      <w:r w:rsidRPr="004C6213">
        <w:rPr>
          <w:sz w:val="24"/>
          <w:szCs w:val="24"/>
        </w:rPr>
        <w:t xml:space="preserve"> portfolio </w:t>
      </w:r>
      <w:proofErr w:type="spellStart"/>
      <w:r w:rsidRPr="004C6213">
        <w:rPr>
          <w:sz w:val="24"/>
          <w:szCs w:val="24"/>
        </w:rPr>
        <w:t>dítěte</w:t>
      </w:r>
      <w:proofErr w:type="spellEnd"/>
      <w:r w:rsidRPr="004C6213">
        <w:rPr>
          <w:sz w:val="24"/>
          <w:szCs w:val="24"/>
        </w:rPr>
        <w:t xml:space="preserve"> a </w:t>
      </w:r>
      <w:proofErr w:type="spellStart"/>
      <w:r w:rsidRPr="004C6213">
        <w:rPr>
          <w:sz w:val="24"/>
          <w:szCs w:val="24"/>
        </w:rPr>
        <w:t>poskytuje</w:t>
      </w:r>
      <w:proofErr w:type="spellEnd"/>
      <w:r w:rsidRPr="004C6213">
        <w:rPr>
          <w:sz w:val="24"/>
          <w:szCs w:val="24"/>
        </w:rPr>
        <w:t xml:space="preserve"> </w:t>
      </w:r>
      <w:proofErr w:type="spellStart"/>
      <w:r w:rsidRPr="004C6213">
        <w:rPr>
          <w:sz w:val="24"/>
          <w:szCs w:val="24"/>
        </w:rPr>
        <w:t>jim</w:t>
      </w:r>
      <w:proofErr w:type="spellEnd"/>
      <w:r w:rsidRPr="004C6213">
        <w:rPr>
          <w:sz w:val="24"/>
          <w:szCs w:val="24"/>
        </w:rPr>
        <w:t xml:space="preserve"> </w:t>
      </w:r>
      <w:proofErr w:type="spellStart"/>
      <w:r w:rsidRPr="004C6213">
        <w:rPr>
          <w:sz w:val="24"/>
          <w:szCs w:val="24"/>
        </w:rPr>
        <w:t>návrhy</w:t>
      </w:r>
      <w:proofErr w:type="spellEnd"/>
      <w:r w:rsidRPr="004C6213">
        <w:rPr>
          <w:sz w:val="24"/>
          <w:szCs w:val="24"/>
        </w:rPr>
        <w:t xml:space="preserve"> </w:t>
      </w:r>
      <w:proofErr w:type="spellStart"/>
      <w:r w:rsidRPr="004C6213">
        <w:rPr>
          <w:sz w:val="24"/>
          <w:szCs w:val="24"/>
        </w:rPr>
        <w:t>činností</w:t>
      </w:r>
      <w:proofErr w:type="spellEnd"/>
      <w:r w:rsidRPr="004C6213">
        <w:rPr>
          <w:sz w:val="24"/>
          <w:szCs w:val="24"/>
        </w:rPr>
        <w:t xml:space="preserve"> </w:t>
      </w:r>
      <w:proofErr w:type="gramStart"/>
      <w:r w:rsidRPr="004C6213">
        <w:rPr>
          <w:sz w:val="24"/>
          <w:szCs w:val="24"/>
        </w:rPr>
        <w:t>a</w:t>
      </w:r>
      <w:proofErr w:type="gramEnd"/>
      <w:r w:rsidRPr="004C6213">
        <w:rPr>
          <w:sz w:val="24"/>
          <w:szCs w:val="24"/>
        </w:rPr>
        <w:t xml:space="preserve"> </w:t>
      </w:r>
      <w:proofErr w:type="spellStart"/>
      <w:r w:rsidRPr="004C6213">
        <w:rPr>
          <w:sz w:val="24"/>
          <w:szCs w:val="24"/>
        </w:rPr>
        <w:t>oblastí</w:t>
      </w:r>
      <w:proofErr w:type="spellEnd"/>
      <w:r w:rsidRPr="004C6213">
        <w:rPr>
          <w:sz w:val="24"/>
          <w:szCs w:val="24"/>
        </w:rPr>
        <w:t xml:space="preserve"> </w:t>
      </w:r>
      <w:proofErr w:type="spellStart"/>
      <w:r w:rsidRPr="004C6213">
        <w:rPr>
          <w:sz w:val="24"/>
          <w:szCs w:val="24"/>
        </w:rPr>
        <w:t>vhodných</w:t>
      </w:r>
      <w:proofErr w:type="spellEnd"/>
      <w:r w:rsidRPr="004C6213">
        <w:rPr>
          <w:sz w:val="24"/>
          <w:szCs w:val="24"/>
        </w:rPr>
        <w:t xml:space="preserve"> k </w:t>
      </w:r>
      <w:proofErr w:type="spellStart"/>
      <w:r w:rsidRPr="004C6213">
        <w:rPr>
          <w:sz w:val="24"/>
          <w:szCs w:val="24"/>
        </w:rPr>
        <w:t>rozvoji</w:t>
      </w:r>
      <w:proofErr w:type="spellEnd"/>
      <w:r w:rsidRPr="004C6213">
        <w:rPr>
          <w:sz w:val="24"/>
          <w:szCs w:val="24"/>
        </w:rPr>
        <w:t xml:space="preserve">. </w:t>
      </w:r>
      <w:proofErr w:type="spellStart"/>
      <w:r w:rsidRPr="004C6213">
        <w:rPr>
          <w:sz w:val="24"/>
          <w:szCs w:val="24"/>
        </w:rPr>
        <w:t>Pokud</w:t>
      </w:r>
      <w:proofErr w:type="spellEnd"/>
      <w:r w:rsidRPr="004C6213">
        <w:rPr>
          <w:sz w:val="24"/>
          <w:szCs w:val="24"/>
        </w:rPr>
        <w:t xml:space="preserve"> se </w:t>
      </w:r>
      <w:proofErr w:type="spellStart"/>
      <w:r w:rsidRPr="004C6213">
        <w:rPr>
          <w:sz w:val="24"/>
          <w:szCs w:val="24"/>
        </w:rPr>
        <w:t>zákonný</w:t>
      </w:r>
      <w:proofErr w:type="spellEnd"/>
      <w:r w:rsidRPr="004C6213">
        <w:rPr>
          <w:sz w:val="24"/>
          <w:szCs w:val="24"/>
        </w:rPr>
        <w:t xml:space="preserve"> </w:t>
      </w:r>
      <w:proofErr w:type="spellStart"/>
      <w:r w:rsidRPr="004C6213">
        <w:rPr>
          <w:sz w:val="24"/>
          <w:szCs w:val="24"/>
        </w:rPr>
        <w:t>zástupce</w:t>
      </w:r>
      <w:proofErr w:type="spellEnd"/>
      <w:r w:rsidRPr="004C6213">
        <w:rPr>
          <w:sz w:val="24"/>
          <w:szCs w:val="24"/>
        </w:rPr>
        <w:t xml:space="preserve"> </w:t>
      </w:r>
      <w:proofErr w:type="spellStart"/>
      <w:r w:rsidRPr="004C6213">
        <w:rPr>
          <w:sz w:val="24"/>
          <w:szCs w:val="24"/>
        </w:rPr>
        <w:t>nedostaví</w:t>
      </w:r>
      <w:proofErr w:type="spellEnd"/>
      <w:r w:rsidRPr="004C6213">
        <w:rPr>
          <w:sz w:val="24"/>
          <w:szCs w:val="24"/>
        </w:rPr>
        <w:t xml:space="preserve"> k </w:t>
      </w:r>
      <w:proofErr w:type="spellStart"/>
      <w:r w:rsidRPr="004C6213">
        <w:rPr>
          <w:sz w:val="24"/>
          <w:szCs w:val="24"/>
        </w:rPr>
        <w:t>ověření</w:t>
      </w:r>
      <w:proofErr w:type="spellEnd"/>
      <w:r w:rsidRPr="004C6213">
        <w:rPr>
          <w:sz w:val="24"/>
          <w:szCs w:val="24"/>
        </w:rPr>
        <w:t xml:space="preserve"> v </w:t>
      </w:r>
      <w:proofErr w:type="spellStart"/>
      <w:r w:rsidRPr="004C6213">
        <w:rPr>
          <w:sz w:val="24"/>
          <w:szCs w:val="24"/>
        </w:rPr>
        <w:t>řádném</w:t>
      </w:r>
      <w:proofErr w:type="spellEnd"/>
      <w:r w:rsidRPr="004C6213">
        <w:rPr>
          <w:sz w:val="24"/>
          <w:szCs w:val="24"/>
        </w:rPr>
        <w:t xml:space="preserve"> ani </w:t>
      </w:r>
      <w:proofErr w:type="spellStart"/>
      <w:r w:rsidRPr="004C6213">
        <w:rPr>
          <w:sz w:val="24"/>
          <w:szCs w:val="24"/>
        </w:rPr>
        <w:t>náhradním</w:t>
      </w:r>
      <w:proofErr w:type="spellEnd"/>
      <w:r w:rsidRPr="004C6213">
        <w:rPr>
          <w:sz w:val="24"/>
          <w:szCs w:val="24"/>
        </w:rPr>
        <w:t xml:space="preserve"> </w:t>
      </w:r>
      <w:proofErr w:type="spellStart"/>
      <w:r w:rsidRPr="004C6213">
        <w:rPr>
          <w:sz w:val="24"/>
          <w:szCs w:val="24"/>
        </w:rPr>
        <w:t>termínu</w:t>
      </w:r>
      <w:proofErr w:type="spellEnd"/>
      <w:r w:rsidRPr="004C6213">
        <w:rPr>
          <w:sz w:val="24"/>
          <w:szCs w:val="24"/>
        </w:rPr>
        <w:t xml:space="preserve">, </w:t>
      </w:r>
      <w:proofErr w:type="spellStart"/>
      <w:r w:rsidRPr="004C6213">
        <w:rPr>
          <w:sz w:val="24"/>
          <w:szCs w:val="24"/>
        </w:rPr>
        <w:t>může</w:t>
      </w:r>
      <w:proofErr w:type="spellEnd"/>
      <w:r w:rsidRPr="004C6213">
        <w:rPr>
          <w:sz w:val="24"/>
          <w:szCs w:val="24"/>
        </w:rPr>
        <w:t xml:space="preserve"> </w:t>
      </w:r>
      <w:proofErr w:type="spellStart"/>
      <w:r w:rsidRPr="004C6213">
        <w:rPr>
          <w:sz w:val="24"/>
          <w:szCs w:val="24"/>
        </w:rPr>
        <w:t>být</w:t>
      </w:r>
      <w:proofErr w:type="spellEnd"/>
      <w:r w:rsidRPr="004C6213">
        <w:rPr>
          <w:sz w:val="24"/>
          <w:szCs w:val="24"/>
        </w:rPr>
        <w:t xml:space="preserve"> </w:t>
      </w:r>
      <w:proofErr w:type="spellStart"/>
      <w:r w:rsidRPr="004C6213">
        <w:rPr>
          <w:sz w:val="24"/>
          <w:szCs w:val="24"/>
        </w:rPr>
        <w:t>vzdělávání</w:t>
      </w:r>
      <w:proofErr w:type="spellEnd"/>
      <w:r w:rsidRPr="004C6213">
        <w:rPr>
          <w:sz w:val="24"/>
          <w:szCs w:val="24"/>
        </w:rPr>
        <w:t xml:space="preserve"> </w:t>
      </w:r>
      <w:proofErr w:type="spellStart"/>
      <w:r w:rsidRPr="004C6213">
        <w:rPr>
          <w:sz w:val="24"/>
          <w:szCs w:val="24"/>
        </w:rPr>
        <w:t>dítěte</w:t>
      </w:r>
      <w:proofErr w:type="spellEnd"/>
      <w:r w:rsidRPr="004C6213">
        <w:rPr>
          <w:sz w:val="24"/>
          <w:szCs w:val="24"/>
        </w:rPr>
        <w:t xml:space="preserve"> v </w:t>
      </w:r>
      <w:proofErr w:type="spellStart"/>
      <w:r w:rsidRPr="004C6213">
        <w:rPr>
          <w:sz w:val="24"/>
          <w:szCs w:val="24"/>
        </w:rPr>
        <w:t>této</w:t>
      </w:r>
      <w:proofErr w:type="spellEnd"/>
      <w:r w:rsidRPr="004C6213">
        <w:rPr>
          <w:sz w:val="24"/>
          <w:szCs w:val="24"/>
        </w:rPr>
        <w:t xml:space="preserve"> </w:t>
      </w:r>
      <w:proofErr w:type="spellStart"/>
      <w:r w:rsidRPr="004C6213">
        <w:rPr>
          <w:sz w:val="24"/>
          <w:szCs w:val="24"/>
        </w:rPr>
        <w:t>formě</w:t>
      </w:r>
      <w:proofErr w:type="spellEnd"/>
      <w:r w:rsidRPr="004C6213">
        <w:rPr>
          <w:sz w:val="24"/>
          <w:szCs w:val="24"/>
        </w:rPr>
        <w:t xml:space="preserve"> </w:t>
      </w:r>
      <w:proofErr w:type="spellStart"/>
      <w:r w:rsidRPr="004C6213">
        <w:rPr>
          <w:sz w:val="24"/>
          <w:szCs w:val="24"/>
        </w:rPr>
        <w:t>ukončeno</w:t>
      </w:r>
      <w:proofErr w:type="spellEnd"/>
      <w:r w:rsidRPr="004C6213">
        <w:rPr>
          <w:sz w:val="24"/>
          <w:szCs w:val="24"/>
        </w:rPr>
        <w:t>.</w:t>
      </w:r>
      <w:r>
        <w:br/>
      </w:r>
    </w:p>
    <w:p w14:paraId="4158CCE7" w14:textId="77777777" w:rsidR="004A640F" w:rsidRDefault="004A640F" w:rsidP="004A640F">
      <w:pPr>
        <w:pStyle w:val="Nadpis2"/>
      </w:pPr>
      <w:proofErr w:type="spellStart"/>
      <w:r>
        <w:t>Souběžné</w:t>
      </w:r>
      <w:proofErr w:type="spellEnd"/>
      <w:r>
        <w:t xml:space="preserve"> </w:t>
      </w:r>
      <w:proofErr w:type="spellStart"/>
      <w:r>
        <w:t>působení</w:t>
      </w:r>
      <w:proofErr w:type="spellEnd"/>
      <w:r>
        <w:t xml:space="preserve"> </w:t>
      </w:r>
      <w:proofErr w:type="spellStart"/>
      <w:r>
        <w:t>dvou</w:t>
      </w:r>
      <w:proofErr w:type="spellEnd"/>
      <w:r>
        <w:t xml:space="preserve"> </w:t>
      </w:r>
      <w:proofErr w:type="spellStart"/>
      <w:r>
        <w:t>pedagogických</w:t>
      </w:r>
      <w:proofErr w:type="spellEnd"/>
      <w:r>
        <w:t xml:space="preserve"> </w:t>
      </w:r>
      <w:proofErr w:type="spellStart"/>
      <w:r>
        <w:t>pracovníků</w:t>
      </w:r>
      <w:proofErr w:type="spellEnd"/>
    </w:p>
    <w:p w14:paraId="06B99256" w14:textId="045F3AD3" w:rsidR="004A640F" w:rsidRPr="004C6213" w:rsidRDefault="004A640F" w:rsidP="004A640F">
      <w:pPr>
        <w:spacing w:after="120"/>
        <w:rPr>
          <w:sz w:val="24"/>
          <w:szCs w:val="24"/>
        </w:rPr>
      </w:pPr>
      <w:r w:rsidRPr="004C6213">
        <w:rPr>
          <w:sz w:val="24"/>
          <w:szCs w:val="24"/>
        </w:rPr>
        <w:t xml:space="preserve">V </w:t>
      </w:r>
      <w:proofErr w:type="spellStart"/>
      <w:r w:rsidRPr="004C6213">
        <w:rPr>
          <w:sz w:val="24"/>
          <w:szCs w:val="24"/>
        </w:rPr>
        <w:t>dopoledních</w:t>
      </w:r>
      <w:proofErr w:type="spellEnd"/>
      <w:r w:rsidRPr="004C6213">
        <w:rPr>
          <w:sz w:val="24"/>
          <w:szCs w:val="24"/>
        </w:rPr>
        <w:t xml:space="preserve"> </w:t>
      </w:r>
      <w:proofErr w:type="spellStart"/>
      <w:r w:rsidRPr="004C6213">
        <w:rPr>
          <w:sz w:val="24"/>
          <w:szCs w:val="24"/>
        </w:rPr>
        <w:t>hodinách</w:t>
      </w:r>
      <w:proofErr w:type="spellEnd"/>
      <w:r w:rsidRPr="004C6213">
        <w:rPr>
          <w:sz w:val="24"/>
          <w:szCs w:val="24"/>
        </w:rPr>
        <w:t xml:space="preserve"> je </w:t>
      </w:r>
      <w:proofErr w:type="spellStart"/>
      <w:r w:rsidRPr="004C6213">
        <w:rPr>
          <w:sz w:val="24"/>
          <w:szCs w:val="24"/>
        </w:rPr>
        <w:t>zajištěna</w:t>
      </w:r>
      <w:proofErr w:type="spellEnd"/>
      <w:r w:rsidRPr="004C6213">
        <w:rPr>
          <w:sz w:val="24"/>
          <w:szCs w:val="24"/>
        </w:rPr>
        <w:t xml:space="preserve"> </w:t>
      </w:r>
      <w:proofErr w:type="spellStart"/>
      <w:r w:rsidRPr="004C6213">
        <w:rPr>
          <w:sz w:val="24"/>
          <w:szCs w:val="24"/>
        </w:rPr>
        <w:t>přítomnost</w:t>
      </w:r>
      <w:proofErr w:type="spellEnd"/>
      <w:r w:rsidRPr="004C6213">
        <w:rPr>
          <w:sz w:val="24"/>
          <w:szCs w:val="24"/>
        </w:rPr>
        <w:t xml:space="preserve"> </w:t>
      </w:r>
      <w:proofErr w:type="spellStart"/>
      <w:r w:rsidRPr="004C6213">
        <w:rPr>
          <w:sz w:val="24"/>
          <w:szCs w:val="24"/>
        </w:rPr>
        <w:t>dvou</w:t>
      </w:r>
      <w:proofErr w:type="spellEnd"/>
      <w:r w:rsidRPr="004C6213">
        <w:rPr>
          <w:sz w:val="24"/>
          <w:szCs w:val="24"/>
        </w:rPr>
        <w:t xml:space="preserve"> </w:t>
      </w:r>
      <w:proofErr w:type="spellStart"/>
      <w:r w:rsidRPr="004C6213">
        <w:rPr>
          <w:sz w:val="24"/>
          <w:szCs w:val="24"/>
        </w:rPr>
        <w:t>pracovníků</w:t>
      </w:r>
      <w:proofErr w:type="spellEnd"/>
      <w:r w:rsidRPr="004C6213">
        <w:rPr>
          <w:sz w:val="24"/>
          <w:szCs w:val="24"/>
        </w:rPr>
        <w:t xml:space="preserve"> – </w:t>
      </w:r>
      <w:proofErr w:type="spellStart"/>
      <w:r w:rsidRPr="004C6213">
        <w:rPr>
          <w:sz w:val="24"/>
          <w:szCs w:val="24"/>
        </w:rPr>
        <w:t>kvalifikované</w:t>
      </w:r>
      <w:proofErr w:type="spellEnd"/>
      <w:r w:rsidRPr="004C6213">
        <w:rPr>
          <w:sz w:val="24"/>
          <w:szCs w:val="24"/>
        </w:rPr>
        <w:t xml:space="preserve"> </w:t>
      </w:r>
      <w:proofErr w:type="spellStart"/>
      <w:r w:rsidRPr="004C6213">
        <w:rPr>
          <w:sz w:val="24"/>
          <w:szCs w:val="24"/>
        </w:rPr>
        <w:t>učitelky</w:t>
      </w:r>
      <w:proofErr w:type="spellEnd"/>
      <w:r w:rsidRPr="004C6213">
        <w:rPr>
          <w:sz w:val="24"/>
          <w:szCs w:val="24"/>
        </w:rPr>
        <w:t xml:space="preserve"> a </w:t>
      </w:r>
      <w:proofErr w:type="spellStart"/>
      <w:r w:rsidRPr="004C6213">
        <w:rPr>
          <w:sz w:val="24"/>
          <w:szCs w:val="24"/>
        </w:rPr>
        <w:t>dalšího</w:t>
      </w:r>
      <w:proofErr w:type="spellEnd"/>
      <w:r w:rsidRPr="004C6213">
        <w:rPr>
          <w:sz w:val="24"/>
          <w:szCs w:val="24"/>
        </w:rPr>
        <w:t xml:space="preserve"> </w:t>
      </w:r>
      <w:proofErr w:type="spellStart"/>
      <w:r w:rsidRPr="004C6213">
        <w:rPr>
          <w:sz w:val="24"/>
          <w:szCs w:val="24"/>
        </w:rPr>
        <w:t>zaměstnance</w:t>
      </w:r>
      <w:proofErr w:type="spellEnd"/>
      <w:r w:rsidRPr="004C6213">
        <w:rPr>
          <w:sz w:val="24"/>
          <w:szCs w:val="24"/>
        </w:rPr>
        <w:t xml:space="preserve">. </w:t>
      </w:r>
      <w:proofErr w:type="spellStart"/>
      <w:r w:rsidRPr="004C6213">
        <w:rPr>
          <w:sz w:val="24"/>
          <w:szCs w:val="24"/>
        </w:rPr>
        <w:t>Tento</w:t>
      </w:r>
      <w:proofErr w:type="spellEnd"/>
      <w:r w:rsidRPr="004C6213">
        <w:rPr>
          <w:sz w:val="24"/>
          <w:szCs w:val="24"/>
        </w:rPr>
        <w:t xml:space="preserve"> model </w:t>
      </w:r>
      <w:proofErr w:type="spellStart"/>
      <w:r w:rsidRPr="004C6213">
        <w:rPr>
          <w:sz w:val="24"/>
          <w:szCs w:val="24"/>
        </w:rPr>
        <w:t>umožňuje</w:t>
      </w:r>
      <w:proofErr w:type="spellEnd"/>
      <w:r w:rsidRPr="004C6213">
        <w:rPr>
          <w:sz w:val="24"/>
          <w:szCs w:val="24"/>
        </w:rPr>
        <w:t xml:space="preserve"> </w:t>
      </w:r>
      <w:proofErr w:type="spellStart"/>
      <w:r w:rsidRPr="004C6213">
        <w:rPr>
          <w:sz w:val="24"/>
          <w:szCs w:val="24"/>
        </w:rPr>
        <w:t>kvalitnější</w:t>
      </w:r>
      <w:proofErr w:type="spellEnd"/>
      <w:r w:rsidRPr="004C6213">
        <w:rPr>
          <w:sz w:val="24"/>
          <w:szCs w:val="24"/>
        </w:rPr>
        <w:t xml:space="preserve"> </w:t>
      </w:r>
      <w:proofErr w:type="spellStart"/>
      <w:r w:rsidRPr="004C6213">
        <w:rPr>
          <w:sz w:val="24"/>
          <w:szCs w:val="24"/>
        </w:rPr>
        <w:t>péči</w:t>
      </w:r>
      <w:proofErr w:type="spellEnd"/>
      <w:r w:rsidRPr="004C6213">
        <w:rPr>
          <w:sz w:val="24"/>
          <w:szCs w:val="24"/>
        </w:rPr>
        <w:t xml:space="preserve">, </w:t>
      </w:r>
      <w:proofErr w:type="spellStart"/>
      <w:r w:rsidRPr="004C6213">
        <w:rPr>
          <w:sz w:val="24"/>
          <w:szCs w:val="24"/>
        </w:rPr>
        <w:t>zvláště</w:t>
      </w:r>
      <w:proofErr w:type="spellEnd"/>
      <w:r w:rsidRPr="004C6213">
        <w:rPr>
          <w:sz w:val="24"/>
          <w:szCs w:val="24"/>
        </w:rPr>
        <w:t xml:space="preserve"> </w:t>
      </w:r>
      <w:proofErr w:type="spellStart"/>
      <w:r w:rsidRPr="004C6213">
        <w:rPr>
          <w:sz w:val="24"/>
          <w:szCs w:val="24"/>
        </w:rPr>
        <w:t>při</w:t>
      </w:r>
      <w:proofErr w:type="spellEnd"/>
      <w:r w:rsidRPr="004C6213">
        <w:rPr>
          <w:sz w:val="24"/>
          <w:szCs w:val="24"/>
        </w:rPr>
        <w:t xml:space="preserve"> </w:t>
      </w:r>
      <w:proofErr w:type="spellStart"/>
      <w:r w:rsidRPr="004C6213">
        <w:rPr>
          <w:sz w:val="24"/>
          <w:szCs w:val="24"/>
        </w:rPr>
        <w:t>příchodu</w:t>
      </w:r>
      <w:proofErr w:type="spellEnd"/>
      <w:r w:rsidRPr="004C6213">
        <w:rPr>
          <w:sz w:val="24"/>
          <w:szCs w:val="24"/>
        </w:rPr>
        <w:t xml:space="preserve"> </w:t>
      </w:r>
      <w:proofErr w:type="spellStart"/>
      <w:r w:rsidRPr="004C6213">
        <w:rPr>
          <w:sz w:val="24"/>
          <w:szCs w:val="24"/>
        </w:rPr>
        <w:t>dětí</w:t>
      </w:r>
      <w:proofErr w:type="spellEnd"/>
      <w:r w:rsidRPr="004C6213">
        <w:rPr>
          <w:sz w:val="24"/>
          <w:szCs w:val="24"/>
        </w:rPr>
        <w:t xml:space="preserve">, </w:t>
      </w:r>
      <w:proofErr w:type="spellStart"/>
      <w:r w:rsidRPr="004C6213">
        <w:rPr>
          <w:sz w:val="24"/>
          <w:szCs w:val="24"/>
        </w:rPr>
        <w:t>adaptaci</w:t>
      </w:r>
      <w:proofErr w:type="spellEnd"/>
      <w:r w:rsidRPr="004C6213">
        <w:rPr>
          <w:sz w:val="24"/>
          <w:szCs w:val="24"/>
        </w:rPr>
        <w:t xml:space="preserve">, </w:t>
      </w:r>
      <w:proofErr w:type="spellStart"/>
      <w:r w:rsidRPr="004C6213">
        <w:rPr>
          <w:sz w:val="24"/>
          <w:szCs w:val="24"/>
        </w:rPr>
        <w:t>při</w:t>
      </w:r>
      <w:proofErr w:type="spellEnd"/>
      <w:r w:rsidRPr="004C6213">
        <w:rPr>
          <w:sz w:val="24"/>
          <w:szCs w:val="24"/>
        </w:rPr>
        <w:t xml:space="preserve"> </w:t>
      </w:r>
      <w:proofErr w:type="spellStart"/>
      <w:r w:rsidRPr="004C6213">
        <w:rPr>
          <w:sz w:val="24"/>
          <w:szCs w:val="24"/>
        </w:rPr>
        <w:t>oblékání</w:t>
      </w:r>
      <w:proofErr w:type="spellEnd"/>
      <w:r w:rsidRPr="004C6213">
        <w:rPr>
          <w:sz w:val="24"/>
          <w:szCs w:val="24"/>
        </w:rPr>
        <w:t xml:space="preserve">, </w:t>
      </w:r>
      <w:proofErr w:type="spellStart"/>
      <w:r w:rsidRPr="004C6213">
        <w:rPr>
          <w:sz w:val="24"/>
          <w:szCs w:val="24"/>
        </w:rPr>
        <w:t>pobytu</w:t>
      </w:r>
      <w:proofErr w:type="spellEnd"/>
      <w:r w:rsidRPr="004C6213">
        <w:rPr>
          <w:sz w:val="24"/>
          <w:szCs w:val="24"/>
        </w:rPr>
        <w:t xml:space="preserve"> </w:t>
      </w:r>
      <w:proofErr w:type="spellStart"/>
      <w:r w:rsidRPr="004C6213">
        <w:rPr>
          <w:sz w:val="24"/>
          <w:szCs w:val="24"/>
        </w:rPr>
        <w:t>venku</w:t>
      </w:r>
      <w:proofErr w:type="spellEnd"/>
      <w:r w:rsidRPr="004C6213">
        <w:rPr>
          <w:sz w:val="24"/>
          <w:szCs w:val="24"/>
        </w:rPr>
        <w:t xml:space="preserve"> </w:t>
      </w:r>
      <w:proofErr w:type="spellStart"/>
      <w:r w:rsidRPr="004C6213">
        <w:rPr>
          <w:sz w:val="24"/>
          <w:szCs w:val="24"/>
        </w:rPr>
        <w:t>či</w:t>
      </w:r>
      <w:proofErr w:type="spellEnd"/>
      <w:r w:rsidRPr="004C6213">
        <w:rPr>
          <w:sz w:val="24"/>
          <w:szCs w:val="24"/>
        </w:rPr>
        <w:t xml:space="preserve"> </w:t>
      </w:r>
      <w:proofErr w:type="spellStart"/>
      <w:r w:rsidRPr="004C6213">
        <w:rPr>
          <w:sz w:val="24"/>
          <w:szCs w:val="24"/>
        </w:rPr>
        <w:t>obědě</w:t>
      </w:r>
      <w:proofErr w:type="spellEnd"/>
      <w:r w:rsidRPr="004C6213">
        <w:rPr>
          <w:sz w:val="24"/>
          <w:szCs w:val="24"/>
        </w:rPr>
        <w:t>.</w:t>
      </w:r>
      <w:r w:rsidRPr="004C6213">
        <w:rPr>
          <w:sz w:val="24"/>
          <w:szCs w:val="24"/>
        </w:rPr>
        <w:br/>
        <w:t xml:space="preserve">V </w:t>
      </w:r>
      <w:proofErr w:type="spellStart"/>
      <w:r w:rsidRPr="004C6213">
        <w:rPr>
          <w:sz w:val="24"/>
          <w:szCs w:val="24"/>
        </w:rPr>
        <w:t>odpoledních</w:t>
      </w:r>
      <w:proofErr w:type="spellEnd"/>
      <w:r w:rsidRPr="004C6213">
        <w:rPr>
          <w:sz w:val="24"/>
          <w:szCs w:val="24"/>
        </w:rPr>
        <w:t xml:space="preserve"> </w:t>
      </w:r>
      <w:proofErr w:type="spellStart"/>
      <w:r w:rsidRPr="004C6213">
        <w:rPr>
          <w:sz w:val="24"/>
          <w:szCs w:val="24"/>
        </w:rPr>
        <w:t>hodinách</w:t>
      </w:r>
      <w:proofErr w:type="spellEnd"/>
      <w:r w:rsidRPr="004C6213">
        <w:rPr>
          <w:sz w:val="24"/>
          <w:szCs w:val="24"/>
        </w:rPr>
        <w:t xml:space="preserve"> je </w:t>
      </w:r>
      <w:proofErr w:type="spellStart"/>
      <w:r w:rsidRPr="004C6213">
        <w:rPr>
          <w:sz w:val="24"/>
          <w:szCs w:val="24"/>
        </w:rPr>
        <w:t>souběžná</w:t>
      </w:r>
      <w:proofErr w:type="spellEnd"/>
      <w:r w:rsidRPr="004C6213">
        <w:rPr>
          <w:sz w:val="24"/>
          <w:szCs w:val="24"/>
        </w:rPr>
        <w:t xml:space="preserve"> </w:t>
      </w:r>
      <w:proofErr w:type="spellStart"/>
      <w:r w:rsidRPr="004C6213">
        <w:rPr>
          <w:sz w:val="24"/>
          <w:szCs w:val="24"/>
        </w:rPr>
        <w:t>přítomnost</w:t>
      </w:r>
      <w:proofErr w:type="spellEnd"/>
      <w:r w:rsidRPr="004C6213">
        <w:rPr>
          <w:sz w:val="24"/>
          <w:szCs w:val="24"/>
        </w:rPr>
        <w:t xml:space="preserve"> </w:t>
      </w:r>
      <w:proofErr w:type="spellStart"/>
      <w:r w:rsidRPr="004C6213">
        <w:rPr>
          <w:sz w:val="24"/>
          <w:szCs w:val="24"/>
        </w:rPr>
        <w:t>zajišťována</w:t>
      </w:r>
      <w:proofErr w:type="spellEnd"/>
      <w:r w:rsidRPr="004C6213">
        <w:rPr>
          <w:sz w:val="24"/>
          <w:szCs w:val="24"/>
        </w:rPr>
        <w:t xml:space="preserve"> </w:t>
      </w:r>
      <w:proofErr w:type="spellStart"/>
      <w:r w:rsidRPr="004C6213">
        <w:rPr>
          <w:sz w:val="24"/>
          <w:szCs w:val="24"/>
        </w:rPr>
        <w:t>dle</w:t>
      </w:r>
      <w:proofErr w:type="spellEnd"/>
      <w:r w:rsidRPr="004C6213">
        <w:rPr>
          <w:sz w:val="24"/>
          <w:szCs w:val="24"/>
        </w:rPr>
        <w:t xml:space="preserve"> </w:t>
      </w:r>
      <w:proofErr w:type="spellStart"/>
      <w:r w:rsidRPr="004C6213">
        <w:rPr>
          <w:sz w:val="24"/>
          <w:szCs w:val="24"/>
        </w:rPr>
        <w:t>potřeby</w:t>
      </w:r>
      <w:proofErr w:type="spellEnd"/>
      <w:r w:rsidR="004C6213">
        <w:rPr>
          <w:sz w:val="24"/>
          <w:szCs w:val="24"/>
        </w:rPr>
        <w:t>.</w:t>
      </w:r>
    </w:p>
    <w:p w14:paraId="182FAD9C" w14:textId="77777777" w:rsidR="004A640F" w:rsidRDefault="004A640F" w:rsidP="004A640F">
      <w:pPr>
        <w:pStyle w:val="Nadpis2"/>
      </w:pPr>
      <w:proofErr w:type="spellStart"/>
      <w:r>
        <w:t>Denní</w:t>
      </w:r>
      <w:proofErr w:type="spellEnd"/>
      <w:r>
        <w:t xml:space="preserve"> </w:t>
      </w:r>
      <w:proofErr w:type="spellStart"/>
      <w:r>
        <w:t>režim</w:t>
      </w:r>
      <w:proofErr w:type="spellEnd"/>
    </w:p>
    <w:p w14:paraId="7823EE45" w14:textId="77777777" w:rsidR="004A640F" w:rsidRDefault="004A640F" w:rsidP="004A640F">
      <w:pPr>
        <w:spacing w:after="120"/>
      </w:pPr>
      <w:r>
        <w:br/>
      </w:r>
      <w:r w:rsidRPr="004C6213">
        <w:rPr>
          <w:sz w:val="24"/>
          <w:szCs w:val="24"/>
        </w:rPr>
        <w:t xml:space="preserve">7:30 – 9:30 – </w:t>
      </w:r>
      <w:proofErr w:type="spellStart"/>
      <w:r w:rsidRPr="004C6213">
        <w:rPr>
          <w:sz w:val="24"/>
          <w:szCs w:val="24"/>
        </w:rPr>
        <w:t>příchod</w:t>
      </w:r>
      <w:proofErr w:type="spellEnd"/>
      <w:r w:rsidRPr="004C6213">
        <w:rPr>
          <w:sz w:val="24"/>
          <w:szCs w:val="24"/>
        </w:rPr>
        <w:t xml:space="preserve"> </w:t>
      </w:r>
      <w:proofErr w:type="spellStart"/>
      <w:r w:rsidRPr="004C6213">
        <w:rPr>
          <w:sz w:val="24"/>
          <w:szCs w:val="24"/>
        </w:rPr>
        <w:t>dětí</w:t>
      </w:r>
      <w:proofErr w:type="spellEnd"/>
      <w:r w:rsidRPr="004C6213">
        <w:rPr>
          <w:sz w:val="24"/>
          <w:szCs w:val="24"/>
        </w:rPr>
        <w:t xml:space="preserve">, </w:t>
      </w:r>
      <w:proofErr w:type="spellStart"/>
      <w:r w:rsidRPr="004C6213">
        <w:rPr>
          <w:sz w:val="24"/>
          <w:szCs w:val="24"/>
        </w:rPr>
        <w:t>spontánní</w:t>
      </w:r>
      <w:proofErr w:type="spellEnd"/>
      <w:r w:rsidRPr="004C6213">
        <w:rPr>
          <w:sz w:val="24"/>
          <w:szCs w:val="24"/>
        </w:rPr>
        <w:t xml:space="preserve"> a </w:t>
      </w:r>
      <w:proofErr w:type="spellStart"/>
      <w:r w:rsidRPr="004C6213">
        <w:rPr>
          <w:sz w:val="24"/>
          <w:szCs w:val="24"/>
        </w:rPr>
        <w:t>řízená</w:t>
      </w:r>
      <w:proofErr w:type="spellEnd"/>
      <w:r w:rsidRPr="004C6213">
        <w:rPr>
          <w:sz w:val="24"/>
          <w:szCs w:val="24"/>
        </w:rPr>
        <w:t xml:space="preserve"> </w:t>
      </w:r>
      <w:proofErr w:type="spellStart"/>
      <w:r w:rsidRPr="004C6213">
        <w:rPr>
          <w:sz w:val="24"/>
          <w:szCs w:val="24"/>
        </w:rPr>
        <w:t>činnost</w:t>
      </w:r>
      <w:proofErr w:type="spellEnd"/>
      <w:r w:rsidRPr="004C6213">
        <w:rPr>
          <w:sz w:val="24"/>
          <w:szCs w:val="24"/>
        </w:rPr>
        <w:t xml:space="preserve">, </w:t>
      </w:r>
      <w:proofErr w:type="spellStart"/>
      <w:r w:rsidRPr="004C6213">
        <w:rPr>
          <w:sz w:val="24"/>
          <w:szCs w:val="24"/>
        </w:rPr>
        <w:t>individuální</w:t>
      </w:r>
      <w:proofErr w:type="spellEnd"/>
      <w:r w:rsidRPr="004C6213">
        <w:rPr>
          <w:sz w:val="24"/>
          <w:szCs w:val="24"/>
        </w:rPr>
        <w:t xml:space="preserve"> </w:t>
      </w:r>
      <w:proofErr w:type="spellStart"/>
      <w:r w:rsidRPr="004C6213">
        <w:rPr>
          <w:sz w:val="24"/>
          <w:szCs w:val="24"/>
        </w:rPr>
        <w:t>vzdělávání</w:t>
      </w:r>
      <w:proofErr w:type="spellEnd"/>
      <w:r w:rsidRPr="004C6213">
        <w:rPr>
          <w:sz w:val="24"/>
          <w:szCs w:val="24"/>
        </w:rPr>
        <w:t xml:space="preserve"> </w:t>
      </w:r>
      <w:proofErr w:type="spellStart"/>
      <w:r w:rsidRPr="004C6213">
        <w:rPr>
          <w:sz w:val="24"/>
          <w:szCs w:val="24"/>
        </w:rPr>
        <w:t>předškoláků</w:t>
      </w:r>
      <w:proofErr w:type="spellEnd"/>
      <w:r w:rsidRPr="004C6213">
        <w:rPr>
          <w:sz w:val="24"/>
          <w:szCs w:val="24"/>
        </w:rPr>
        <w:t xml:space="preserve">  </w:t>
      </w:r>
      <w:r w:rsidRPr="004C6213">
        <w:rPr>
          <w:sz w:val="24"/>
          <w:szCs w:val="24"/>
        </w:rPr>
        <w:br/>
        <w:t xml:space="preserve">9:30 – 9:45 – </w:t>
      </w:r>
      <w:proofErr w:type="spellStart"/>
      <w:r w:rsidRPr="004C6213">
        <w:rPr>
          <w:sz w:val="24"/>
          <w:szCs w:val="24"/>
        </w:rPr>
        <w:t>dopolední</w:t>
      </w:r>
      <w:proofErr w:type="spellEnd"/>
      <w:r w:rsidRPr="004C6213">
        <w:rPr>
          <w:sz w:val="24"/>
          <w:szCs w:val="24"/>
        </w:rPr>
        <w:t xml:space="preserve"> </w:t>
      </w:r>
      <w:proofErr w:type="spellStart"/>
      <w:r w:rsidRPr="004C6213">
        <w:rPr>
          <w:sz w:val="24"/>
          <w:szCs w:val="24"/>
        </w:rPr>
        <w:t>svačina</w:t>
      </w:r>
      <w:proofErr w:type="spellEnd"/>
      <w:r w:rsidRPr="004C6213">
        <w:rPr>
          <w:sz w:val="24"/>
          <w:szCs w:val="24"/>
        </w:rPr>
        <w:t xml:space="preserve">  </w:t>
      </w:r>
      <w:r w:rsidRPr="004C6213">
        <w:rPr>
          <w:sz w:val="24"/>
          <w:szCs w:val="24"/>
        </w:rPr>
        <w:br/>
        <w:t xml:space="preserve">10:00 – 12:00 – </w:t>
      </w:r>
      <w:proofErr w:type="spellStart"/>
      <w:r w:rsidRPr="004C6213">
        <w:rPr>
          <w:sz w:val="24"/>
          <w:szCs w:val="24"/>
        </w:rPr>
        <w:t>pobyt</w:t>
      </w:r>
      <w:proofErr w:type="spellEnd"/>
      <w:r w:rsidRPr="004C6213">
        <w:rPr>
          <w:sz w:val="24"/>
          <w:szCs w:val="24"/>
        </w:rPr>
        <w:t xml:space="preserve"> </w:t>
      </w:r>
      <w:proofErr w:type="spellStart"/>
      <w:r w:rsidRPr="004C6213">
        <w:rPr>
          <w:sz w:val="24"/>
          <w:szCs w:val="24"/>
        </w:rPr>
        <w:t>venku</w:t>
      </w:r>
      <w:proofErr w:type="spellEnd"/>
      <w:r w:rsidRPr="004C6213">
        <w:rPr>
          <w:sz w:val="24"/>
          <w:szCs w:val="24"/>
        </w:rPr>
        <w:t xml:space="preserve">  </w:t>
      </w:r>
      <w:r w:rsidRPr="004C6213">
        <w:rPr>
          <w:sz w:val="24"/>
          <w:szCs w:val="24"/>
        </w:rPr>
        <w:br/>
        <w:t xml:space="preserve">12:15 – 12:45 – </w:t>
      </w:r>
      <w:proofErr w:type="spellStart"/>
      <w:r w:rsidRPr="004C6213">
        <w:rPr>
          <w:sz w:val="24"/>
          <w:szCs w:val="24"/>
        </w:rPr>
        <w:t>oběd</w:t>
      </w:r>
      <w:proofErr w:type="spellEnd"/>
      <w:r w:rsidRPr="004C6213">
        <w:rPr>
          <w:sz w:val="24"/>
          <w:szCs w:val="24"/>
        </w:rPr>
        <w:t xml:space="preserve">  </w:t>
      </w:r>
      <w:r w:rsidRPr="004C6213">
        <w:rPr>
          <w:sz w:val="24"/>
          <w:szCs w:val="24"/>
        </w:rPr>
        <w:br/>
        <w:t xml:space="preserve">12:45 – 14:00 – </w:t>
      </w:r>
      <w:proofErr w:type="spellStart"/>
      <w:r w:rsidRPr="004C6213">
        <w:rPr>
          <w:sz w:val="24"/>
          <w:szCs w:val="24"/>
        </w:rPr>
        <w:t>odpočinek</w:t>
      </w:r>
      <w:proofErr w:type="spellEnd"/>
      <w:r w:rsidRPr="004C6213">
        <w:rPr>
          <w:sz w:val="24"/>
          <w:szCs w:val="24"/>
        </w:rPr>
        <w:t xml:space="preserve">  </w:t>
      </w:r>
      <w:r w:rsidRPr="004C6213">
        <w:rPr>
          <w:sz w:val="24"/>
          <w:szCs w:val="24"/>
        </w:rPr>
        <w:br/>
        <w:t xml:space="preserve">14:15 – 14:45 – </w:t>
      </w:r>
      <w:proofErr w:type="spellStart"/>
      <w:r w:rsidRPr="004C6213">
        <w:rPr>
          <w:sz w:val="24"/>
          <w:szCs w:val="24"/>
        </w:rPr>
        <w:t>odpolední</w:t>
      </w:r>
      <w:proofErr w:type="spellEnd"/>
      <w:r w:rsidRPr="004C6213">
        <w:rPr>
          <w:sz w:val="24"/>
          <w:szCs w:val="24"/>
        </w:rPr>
        <w:t xml:space="preserve"> </w:t>
      </w:r>
      <w:proofErr w:type="spellStart"/>
      <w:r w:rsidRPr="004C6213">
        <w:rPr>
          <w:sz w:val="24"/>
          <w:szCs w:val="24"/>
        </w:rPr>
        <w:t>svačina</w:t>
      </w:r>
      <w:proofErr w:type="spellEnd"/>
      <w:r w:rsidRPr="004C6213">
        <w:rPr>
          <w:sz w:val="24"/>
          <w:szCs w:val="24"/>
        </w:rPr>
        <w:t xml:space="preserve">  </w:t>
      </w:r>
      <w:r w:rsidRPr="004C6213">
        <w:rPr>
          <w:sz w:val="24"/>
          <w:szCs w:val="24"/>
        </w:rPr>
        <w:br/>
        <w:t xml:space="preserve">14:45 – 17:00 – </w:t>
      </w:r>
      <w:proofErr w:type="spellStart"/>
      <w:r w:rsidRPr="004C6213">
        <w:rPr>
          <w:sz w:val="24"/>
          <w:szCs w:val="24"/>
        </w:rPr>
        <w:t>spontánní</w:t>
      </w:r>
      <w:proofErr w:type="spellEnd"/>
      <w:r w:rsidRPr="004C6213">
        <w:rPr>
          <w:sz w:val="24"/>
          <w:szCs w:val="24"/>
        </w:rPr>
        <w:t xml:space="preserve"> a </w:t>
      </w:r>
      <w:proofErr w:type="spellStart"/>
      <w:r w:rsidRPr="004C6213">
        <w:rPr>
          <w:sz w:val="24"/>
          <w:szCs w:val="24"/>
        </w:rPr>
        <w:t>řízená</w:t>
      </w:r>
      <w:proofErr w:type="spellEnd"/>
      <w:r w:rsidRPr="004C6213">
        <w:rPr>
          <w:sz w:val="24"/>
          <w:szCs w:val="24"/>
        </w:rPr>
        <w:t xml:space="preserve"> </w:t>
      </w:r>
      <w:proofErr w:type="spellStart"/>
      <w:r w:rsidRPr="004C6213">
        <w:rPr>
          <w:sz w:val="24"/>
          <w:szCs w:val="24"/>
        </w:rPr>
        <w:t>činnost</w:t>
      </w:r>
      <w:proofErr w:type="spellEnd"/>
      <w:r w:rsidRPr="004C6213">
        <w:rPr>
          <w:sz w:val="24"/>
          <w:szCs w:val="24"/>
        </w:rPr>
        <w:t xml:space="preserve">, </w:t>
      </w:r>
      <w:proofErr w:type="spellStart"/>
      <w:r w:rsidRPr="004C6213">
        <w:rPr>
          <w:sz w:val="24"/>
          <w:szCs w:val="24"/>
        </w:rPr>
        <w:t>odchod</w:t>
      </w:r>
      <w:proofErr w:type="spellEnd"/>
      <w:r w:rsidRPr="004C6213">
        <w:rPr>
          <w:sz w:val="24"/>
          <w:szCs w:val="24"/>
        </w:rPr>
        <w:t xml:space="preserve"> </w:t>
      </w:r>
      <w:proofErr w:type="spellStart"/>
      <w:r w:rsidRPr="004C6213">
        <w:rPr>
          <w:sz w:val="24"/>
          <w:szCs w:val="24"/>
        </w:rPr>
        <w:t>dětí</w:t>
      </w:r>
      <w:proofErr w:type="spellEnd"/>
      <w:r w:rsidRPr="004C6213">
        <w:rPr>
          <w:sz w:val="24"/>
          <w:szCs w:val="24"/>
        </w:rPr>
        <w:t xml:space="preserve"> </w:t>
      </w:r>
      <w:proofErr w:type="spellStart"/>
      <w:r w:rsidRPr="004C6213">
        <w:rPr>
          <w:sz w:val="24"/>
          <w:szCs w:val="24"/>
        </w:rPr>
        <w:t>domů</w:t>
      </w:r>
      <w:proofErr w:type="spellEnd"/>
      <w:r w:rsidRPr="004C6213">
        <w:rPr>
          <w:sz w:val="24"/>
          <w:szCs w:val="24"/>
        </w:rPr>
        <w:br/>
      </w:r>
    </w:p>
    <w:p w14:paraId="1578BA8A" w14:textId="77777777" w:rsidR="004A640F" w:rsidRDefault="004A640F" w:rsidP="004A640F">
      <w:pPr>
        <w:pStyle w:val="Nadpis2"/>
      </w:pPr>
      <w:proofErr w:type="spellStart"/>
      <w:r>
        <w:t>Personální</w:t>
      </w:r>
      <w:proofErr w:type="spellEnd"/>
      <w:r>
        <w:t xml:space="preserve"> </w:t>
      </w:r>
      <w:proofErr w:type="spellStart"/>
      <w:r>
        <w:t>zajištění</w:t>
      </w:r>
      <w:proofErr w:type="spellEnd"/>
      <w:r>
        <w:t xml:space="preserve"> </w:t>
      </w:r>
      <w:proofErr w:type="spellStart"/>
      <w:r>
        <w:t>výuky</w:t>
      </w:r>
      <w:proofErr w:type="spellEnd"/>
    </w:p>
    <w:p w14:paraId="53990225" w14:textId="7E7F8A50" w:rsidR="004A640F" w:rsidRPr="007C66C6" w:rsidRDefault="004A640F" w:rsidP="004A640F">
      <w:pPr>
        <w:spacing w:after="120"/>
        <w:rPr>
          <w:sz w:val="24"/>
          <w:szCs w:val="24"/>
        </w:rPr>
      </w:pPr>
      <w:r w:rsidRPr="007C66C6">
        <w:rPr>
          <w:sz w:val="24"/>
          <w:szCs w:val="24"/>
        </w:rPr>
        <w:t xml:space="preserve">Ve </w:t>
      </w:r>
      <w:proofErr w:type="spellStart"/>
      <w:r w:rsidRPr="007C66C6">
        <w:rPr>
          <w:sz w:val="24"/>
          <w:szCs w:val="24"/>
        </w:rPr>
        <w:t>škole</w:t>
      </w:r>
      <w:proofErr w:type="spellEnd"/>
      <w:r w:rsidRPr="007C66C6">
        <w:rPr>
          <w:sz w:val="24"/>
          <w:szCs w:val="24"/>
        </w:rPr>
        <w:t xml:space="preserve"> </w:t>
      </w:r>
      <w:proofErr w:type="spellStart"/>
      <w:r w:rsidRPr="007C66C6">
        <w:rPr>
          <w:sz w:val="24"/>
          <w:szCs w:val="24"/>
        </w:rPr>
        <w:t>působí</w:t>
      </w:r>
      <w:proofErr w:type="spellEnd"/>
      <w:r w:rsidRPr="007C66C6">
        <w:rPr>
          <w:sz w:val="24"/>
          <w:szCs w:val="24"/>
        </w:rPr>
        <w:t xml:space="preserve"> </w:t>
      </w:r>
      <w:proofErr w:type="spellStart"/>
      <w:r w:rsidRPr="007C66C6">
        <w:rPr>
          <w:sz w:val="24"/>
          <w:szCs w:val="24"/>
        </w:rPr>
        <w:t>převážně</w:t>
      </w:r>
      <w:proofErr w:type="spellEnd"/>
      <w:r w:rsidRPr="007C66C6">
        <w:rPr>
          <w:sz w:val="24"/>
          <w:szCs w:val="24"/>
        </w:rPr>
        <w:t xml:space="preserve"> </w:t>
      </w:r>
      <w:proofErr w:type="spellStart"/>
      <w:r w:rsidRPr="007C66C6">
        <w:rPr>
          <w:sz w:val="24"/>
          <w:szCs w:val="24"/>
        </w:rPr>
        <w:t>kvalifikované</w:t>
      </w:r>
      <w:proofErr w:type="spellEnd"/>
      <w:r w:rsidRPr="007C66C6">
        <w:rPr>
          <w:sz w:val="24"/>
          <w:szCs w:val="24"/>
        </w:rPr>
        <w:t xml:space="preserve"> </w:t>
      </w:r>
      <w:proofErr w:type="spellStart"/>
      <w:r w:rsidRPr="007C66C6">
        <w:rPr>
          <w:sz w:val="24"/>
          <w:szCs w:val="24"/>
        </w:rPr>
        <w:t>učitelky</w:t>
      </w:r>
      <w:proofErr w:type="spellEnd"/>
      <w:r w:rsidRPr="007C66C6">
        <w:rPr>
          <w:sz w:val="24"/>
          <w:szCs w:val="24"/>
        </w:rPr>
        <w:t xml:space="preserve">, </w:t>
      </w:r>
      <w:proofErr w:type="spellStart"/>
      <w:r w:rsidRPr="007C66C6">
        <w:rPr>
          <w:sz w:val="24"/>
          <w:szCs w:val="24"/>
        </w:rPr>
        <w:t>které</w:t>
      </w:r>
      <w:proofErr w:type="spellEnd"/>
      <w:r w:rsidRPr="007C66C6">
        <w:rPr>
          <w:sz w:val="24"/>
          <w:szCs w:val="24"/>
        </w:rPr>
        <w:t xml:space="preserve"> se </w:t>
      </w:r>
      <w:proofErr w:type="spellStart"/>
      <w:r w:rsidRPr="007C66C6">
        <w:rPr>
          <w:sz w:val="24"/>
          <w:szCs w:val="24"/>
        </w:rPr>
        <w:t>účastní</w:t>
      </w:r>
      <w:proofErr w:type="spellEnd"/>
      <w:r w:rsidRPr="007C66C6">
        <w:rPr>
          <w:sz w:val="24"/>
          <w:szCs w:val="24"/>
        </w:rPr>
        <w:t xml:space="preserve"> </w:t>
      </w:r>
      <w:proofErr w:type="spellStart"/>
      <w:r w:rsidRPr="007C66C6">
        <w:rPr>
          <w:sz w:val="24"/>
          <w:szCs w:val="24"/>
        </w:rPr>
        <w:t>akreditovaného</w:t>
      </w:r>
      <w:proofErr w:type="spellEnd"/>
      <w:r w:rsidRPr="007C66C6">
        <w:rPr>
          <w:sz w:val="24"/>
          <w:szCs w:val="24"/>
        </w:rPr>
        <w:t xml:space="preserve"> </w:t>
      </w:r>
      <w:proofErr w:type="spellStart"/>
      <w:r w:rsidRPr="007C66C6">
        <w:rPr>
          <w:sz w:val="24"/>
          <w:szCs w:val="24"/>
        </w:rPr>
        <w:t>dalšího</w:t>
      </w:r>
      <w:proofErr w:type="spellEnd"/>
      <w:r w:rsidRPr="007C66C6">
        <w:rPr>
          <w:sz w:val="24"/>
          <w:szCs w:val="24"/>
        </w:rPr>
        <w:t xml:space="preserve"> </w:t>
      </w:r>
      <w:proofErr w:type="spellStart"/>
      <w:r w:rsidRPr="007C66C6">
        <w:rPr>
          <w:sz w:val="24"/>
          <w:szCs w:val="24"/>
        </w:rPr>
        <w:t>vzdělávání</w:t>
      </w:r>
      <w:proofErr w:type="spellEnd"/>
      <w:r w:rsidRPr="007C66C6">
        <w:rPr>
          <w:sz w:val="24"/>
          <w:szCs w:val="24"/>
        </w:rPr>
        <w:t xml:space="preserve"> </w:t>
      </w:r>
      <w:proofErr w:type="spellStart"/>
      <w:r w:rsidRPr="007C66C6">
        <w:rPr>
          <w:sz w:val="24"/>
          <w:szCs w:val="24"/>
        </w:rPr>
        <w:t>pedagogických</w:t>
      </w:r>
      <w:proofErr w:type="spellEnd"/>
      <w:r w:rsidRPr="007C66C6">
        <w:rPr>
          <w:sz w:val="24"/>
          <w:szCs w:val="24"/>
        </w:rPr>
        <w:t xml:space="preserve"> </w:t>
      </w:r>
      <w:proofErr w:type="spellStart"/>
      <w:r w:rsidRPr="007C66C6">
        <w:rPr>
          <w:sz w:val="24"/>
          <w:szCs w:val="24"/>
        </w:rPr>
        <w:t>pracovníků</w:t>
      </w:r>
      <w:proofErr w:type="spellEnd"/>
      <w:r w:rsidRPr="007C66C6">
        <w:rPr>
          <w:sz w:val="24"/>
          <w:szCs w:val="24"/>
        </w:rPr>
        <w:t xml:space="preserve"> (DVPP). Kurzy a </w:t>
      </w:r>
      <w:proofErr w:type="spellStart"/>
      <w:r w:rsidRPr="007C66C6">
        <w:rPr>
          <w:sz w:val="24"/>
          <w:szCs w:val="24"/>
        </w:rPr>
        <w:t>semináře</w:t>
      </w:r>
      <w:proofErr w:type="spellEnd"/>
      <w:r w:rsidRPr="007C66C6">
        <w:rPr>
          <w:sz w:val="24"/>
          <w:szCs w:val="24"/>
        </w:rPr>
        <w:t xml:space="preserve"> </w:t>
      </w:r>
      <w:proofErr w:type="spellStart"/>
      <w:r w:rsidRPr="007C66C6">
        <w:rPr>
          <w:sz w:val="24"/>
          <w:szCs w:val="24"/>
        </w:rPr>
        <w:t>jsou</w:t>
      </w:r>
      <w:proofErr w:type="spellEnd"/>
      <w:r w:rsidRPr="007C66C6">
        <w:rPr>
          <w:sz w:val="24"/>
          <w:szCs w:val="24"/>
        </w:rPr>
        <w:t xml:space="preserve"> </w:t>
      </w:r>
      <w:proofErr w:type="spellStart"/>
      <w:r w:rsidRPr="007C66C6">
        <w:rPr>
          <w:sz w:val="24"/>
          <w:szCs w:val="24"/>
        </w:rPr>
        <w:t>vybírány</w:t>
      </w:r>
      <w:proofErr w:type="spellEnd"/>
      <w:r w:rsidRPr="007C66C6">
        <w:rPr>
          <w:sz w:val="24"/>
          <w:szCs w:val="24"/>
        </w:rPr>
        <w:t xml:space="preserve"> s </w:t>
      </w:r>
      <w:proofErr w:type="spellStart"/>
      <w:r w:rsidRPr="007C66C6">
        <w:rPr>
          <w:sz w:val="24"/>
          <w:szCs w:val="24"/>
        </w:rPr>
        <w:t>ohledem</w:t>
      </w:r>
      <w:proofErr w:type="spellEnd"/>
      <w:r w:rsidRPr="007C66C6">
        <w:rPr>
          <w:sz w:val="24"/>
          <w:szCs w:val="24"/>
        </w:rPr>
        <w:t xml:space="preserve"> </w:t>
      </w:r>
      <w:proofErr w:type="spellStart"/>
      <w:r w:rsidRPr="007C66C6">
        <w:rPr>
          <w:sz w:val="24"/>
          <w:szCs w:val="24"/>
        </w:rPr>
        <w:t>na</w:t>
      </w:r>
      <w:proofErr w:type="spellEnd"/>
      <w:r w:rsidRPr="007C66C6">
        <w:rPr>
          <w:sz w:val="24"/>
          <w:szCs w:val="24"/>
        </w:rPr>
        <w:t xml:space="preserve"> </w:t>
      </w:r>
      <w:proofErr w:type="spellStart"/>
      <w:r w:rsidRPr="007C66C6">
        <w:rPr>
          <w:sz w:val="24"/>
          <w:szCs w:val="24"/>
        </w:rPr>
        <w:t>aktuální</w:t>
      </w:r>
      <w:proofErr w:type="spellEnd"/>
      <w:r w:rsidRPr="007C66C6">
        <w:rPr>
          <w:sz w:val="24"/>
          <w:szCs w:val="24"/>
        </w:rPr>
        <w:t xml:space="preserve"> </w:t>
      </w:r>
      <w:proofErr w:type="spellStart"/>
      <w:r w:rsidRPr="007C66C6">
        <w:rPr>
          <w:sz w:val="24"/>
          <w:szCs w:val="24"/>
        </w:rPr>
        <w:t>potřeby</w:t>
      </w:r>
      <w:proofErr w:type="spellEnd"/>
      <w:r w:rsidRPr="007C66C6">
        <w:rPr>
          <w:sz w:val="24"/>
          <w:szCs w:val="24"/>
        </w:rPr>
        <w:t xml:space="preserve"> </w:t>
      </w:r>
      <w:proofErr w:type="spellStart"/>
      <w:r w:rsidRPr="007C66C6">
        <w:rPr>
          <w:sz w:val="24"/>
          <w:szCs w:val="24"/>
        </w:rPr>
        <w:t>školy</w:t>
      </w:r>
      <w:proofErr w:type="spellEnd"/>
      <w:r w:rsidRPr="007C66C6">
        <w:rPr>
          <w:sz w:val="24"/>
          <w:szCs w:val="24"/>
        </w:rPr>
        <w:t xml:space="preserve"> </w:t>
      </w:r>
      <w:proofErr w:type="spellStart"/>
      <w:r w:rsidRPr="007C66C6">
        <w:rPr>
          <w:sz w:val="24"/>
          <w:szCs w:val="24"/>
        </w:rPr>
        <w:t>i</w:t>
      </w:r>
      <w:proofErr w:type="spellEnd"/>
      <w:r w:rsidRPr="007C66C6">
        <w:rPr>
          <w:sz w:val="24"/>
          <w:szCs w:val="24"/>
        </w:rPr>
        <w:t xml:space="preserve"> </w:t>
      </w:r>
      <w:proofErr w:type="spellStart"/>
      <w:r w:rsidRPr="007C66C6">
        <w:rPr>
          <w:sz w:val="24"/>
          <w:szCs w:val="24"/>
        </w:rPr>
        <w:t>jednotlivých</w:t>
      </w:r>
      <w:proofErr w:type="spellEnd"/>
      <w:r w:rsidRPr="007C66C6">
        <w:rPr>
          <w:sz w:val="24"/>
          <w:szCs w:val="24"/>
        </w:rPr>
        <w:t xml:space="preserve"> </w:t>
      </w:r>
      <w:proofErr w:type="spellStart"/>
      <w:r w:rsidRPr="007C66C6">
        <w:rPr>
          <w:sz w:val="24"/>
          <w:szCs w:val="24"/>
        </w:rPr>
        <w:t>dětí</w:t>
      </w:r>
      <w:proofErr w:type="spellEnd"/>
      <w:r w:rsidRPr="007C66C6">
        <w:rPr>
          <w:sz w:val="24"/>
          <w:szCs w:val="24"/>
        </w:rPr>
        <w:t xml:space="preserve"> a </w:t>
      </w:r>
      <w:proofErr w:type="spellStart"/>
      <w:r w:rsidRPr="007C66C6">
        <w:rPr>
          <w:sz w:val="24"/>
          <w:szCs w:val="24"/>
        </w:rPr>
        <w:t>směřují</w:t>
      </w:r>
      <w:proofErr w:type="spellEnd"/>
      <w:r w:rsidRPr="007C66C6">
        <w:rPr>
          <w:sz w:val="24"/>
          <w:szCs w:val="24"/>
        </w:rPr>
        <w:t xml:space="preserve"> k </w:t>
      </w:r>
      <w:proofErr w:type="spellStart"/>
      <w:r w:rsidRPr="007C66C6">
        <w:rPr>
          <w:sz w:val="24"/>
          <w:szCs w:val="24"/>
        </w:rPr>
        <w:t>zajištění</w:t>
      </w:r>
      <w:proofErr w:type="spellEnd"/>
      <w:r w:rsidRPr="007C66C6">
        <w:rPr>
          <w:sz w:val="24"/>
          <w:szCs w:val="24"/>
        </w:rPr>
        <w:t xml:space="preserve"> co </w:t>
      </w:r>
      <w:proofErr w:type="spellStart"/>
      <w:r w:rsidRPr="007C66C6">
        <w:rPr>
          <w:sz w:val="24"/>
          <w:szCs w:val="24"/>
        </w:rPr>
        <w:t>nejkvalitnějších</w:t>
      </w:r>
      <w:proofErr w:type="spellEnd"/>
      <w:r w:rsidRPr="007C66C6">
        <w:rPr>
          <w:sz w:val="24"/>
          <w:szCs w:val="24"/>
        </w:rPr>
        <w:t xml:space="preserve"> </w:t>
      </w:r>
      <w:proofErr w:type="spellStart"/>
      <w:r w:rsidRPr="007C66C6">
        <w:rPr>
          <w:sz w:val="24"/>
          <w:szCs w:val="24"/>
        </w:rPr>
        <w:t>podmínek</w:t>
      </w:r>
      <w:proofErr w:type="spellEnd"/>
      <w:r w:rsidRPr="007C66C6">
        <w:rPr>
          <w:sz w:val="24"/>
          <w:szCs w:val="24"/>
        </w:rPr>
        <w:t xml:space="preserve"> pro </w:t>
      </w:r>
      <w:proofErr w:type="spellStart"/>
      <w:r w:rsidRPr="007C66C6">
        <w:rPr>
          <w:sz w:val="24"/>
          <w:szCs w:val="24"/>
        </w:rPr>
        <w:t>vzdělávání</w:t>
      </w:r>
      <w:proofErr w:type="spellEnd"/>
      <w:r w:rsidRPr="007C66C6">
        <w:rPr>
          <w:sz w:val="24"/>
          <w:szCs w:val="24"/>
        </w:rPr>
        <w:t xml:space="preserve"> a </w:t>
      </w:r>
      <w:proofErr w:type="spellStart"/>
      <w:r w:rsidRPr="007C66C6">
        <w:rPr>
          <w:sz w:val="24"/>
          <w:szCs w:val="24"/>
        </w:rPr>
        <w:t>rozvoj</w:t>
      </w:r>
      <w:proofErr w:type="spellEnd"/>
      <w:r w:rsidRPr="007C66C6">
        <w:rPr>
          <w:sz w:val="24"/>
          <w:szCs w:val="24"/>
        </w:rPr>
        <w:t xml:space="preserve"> </w:t>
      </w:r>
      <w:proofErr w:type="spellStart"/>
      <w:r w:rsidRPr="007C66C6">
        <w:rPr>
          <w:sz w:val="24"/>
          <w:szCs w:val="24"/>
        </w:rPr>
        <w:t>každého</w:t>
      </w:r>
      <w:proofErr w:type="spellEnd"/>
      <w:r w:rsidRPr="007C66C6">
        <w:rPr>
          <w:sz w:val="24"/>
          <w:szCs w:val="24"/>
        </w:rPr>
        <w:t xml:space="preserve"> </w:t>
      </w:r>
      <w:proofErr w:type="spellStart"/>
      <w:r w:rsidRPr="007C66C6">
        <w:rPr>
          <w:sz w:val="24"/>
          <w:szCs w:val="24"/>
        </w:rPr>
        <w:t>dítěte</w:t>
      </w:r>
      <w:proofErr w:type="spellEnd"/>
      <w:r w:rsidRPr="007C66C6">
        <w:rPr>
          <w:sz w:val="24"/>
          <w:szCs w:val="24"/>
        </w:rPr>
        <w:t>.</w:t>
      </w:r>
    </w:p>
    <w:p w14:paraId="4B5D0EE1" w14:textId="77777777" w:rsidR="004A640F" w:rsidRDefault="004A640F"/>
    <w:p w14:paraId="7C60343F" w14:textId="76AB6C52" w:rsidR="00C22D72" w:rsidRDefault="009257BD" w:rsidP="009257BD">
      <w:pPr>
        <w:pStyle w:val="Nadpis1"/>
      </w:pPr>
      <w:r>
        <w:lastRenderedPageBreak/>
        <w:t xml:space="preserve">6. </w:t>
      </w:r>
      <w:proofErr w:type="spellStart"/>
      <w:r w:rsidR="00C22D72">
        <w:t>Charakteristika</w:t>
      </w:r>
      <w:proofErr w:type="spellEnd"/>
      <w:r w:rsidR="00C22D72">
        <w:t xml:space="preserve"> </w:t>
      </w:r>
      <w:proofErr w:type="spellStart"/>
      <w:r w:rsidR="00C22D72">
        <w:t>školního</w:t>
      </w:r>
      <w:proofErr w:type="spellEnd"/>
      <w:r w:rsidR="00C22D72">
        <w:t xml:space="preserve"> </w:t>
      </w:r>
      <w:proofErr w:type="spellStart"/>
      <w:r w:rsidR="00C22D72">
        <w:t>vzdělávacího</w:t>
      </w:r>
      <w:proofErr w:type="spellEnd"/>
      <w:r w:rsidR="00C22D72">
        <w:t xml:space="preserve"> </w:t>
      </w:r>
      <w:proofErr w:type="spellStart"/>
      <w:r w:rsidR="00C22D72">
        <w:t>programu</w:t>
      </w:r>
      <w:proofErr w:type="spellEnd"/>
    </w:p>
    <w:p w14:paraId="2E379360" w14:textId="77777777" w:rsidR="009257BD" w:rsidRDefault="009257BD" w:rsidP="009B2879">
      <w:pPr>
        <w:rPr>
          <w:lang w:val="cs-CZ"/>
        </w:rPr>
      </w:pPr>
    </w:p>
    <w:p w14:paraId="444FE7B0" w14:textId="4BCDB8CE" w:rsidR="009B2879" w:rsidRPr="009B2879" w:rsidRDefault="009B2879" w:rsidP="009257BD">
      <w:pPr>
        <w:pStyle w:val="Nadpis2"/>
        <w:rPr>
          <w:lang w:val="cs-CZ"/>
        </w:rPr>
      </w:pPr>
      <w:r w:rsidRPr="009B2879">
        <w:rPr>
          <w:lang w:val="cs-CZ"/>
        </w:rPr>
        <w:t>6.1. Zaměření školy</w:t>
      </w:r>
    </w:p>
    <w:p w14:paraId="4878369C" w14:textId="77777777" w:rsidR="009B2879" w:rsidRPr="007C66C6" w:rsidRDefault="009B2879" w:rsidP="009B2879">
      <w:pPr>
        <w:rPr>
          <w:sz w:val="24"/>
          <w:szCs w:val="24"/>
          <w:lang w:val="cs-CZ"/>
        </w:rPr>
      </w:pPr>
      <w:r w:rsidRPr="007C66C6">
        <w:rPr>
          <w:sz w:val="24"/>
          <w:szCs w:val="24"/>
          <w:lang w:val="cs-CZ"/>
        </w:rPr>
        <w:t>Mateřská škola Světluška staví vzdělávací program na respektujícím přístupu k dítěti, jeho individualitě a vnitřní svobodě. Cílem školy není dítě přetvářet, ale provázet ho na cestě sebepoznání, učení a orientace ve světě, který ho obklopuje. Klíčovou roli zde hraje osobnost pedagoga a bezpečné, podnětné prostředí, kde se dítě může cítit přijímané a podporované.</w:t>
      </w:r>
    </w:p>
    <w:p w14:paraId="46D3D92F" w14:textId="77777777" w:rsidR="009B2879" w:rsidRPr="007C66C6" w:rsidRDefault="009B2879" w:rsidP="009B2879">
      <w:pPr>
        <w:rPr>
          <w:sz w:val="24"/>
          <w:szCs w:val="24"/>
          <w:lang w:val="cs-CZ"/>
        </w:rPr>
      </w:pPr>
      <w:r w:rsidRPr="007C66C6">
        <w:rPr>
          <w:b/>
          <w:bCs/>
          <w:sz w:val="24"/>
          <w:szCs w:val="24"/>
          <w:lang w:val="cs-CZ"/>
        </w:rPr>
        <w:t>Důležité principy a pilíře vzdělávání:</w:t>
      </w:r>
    </w:p>
    <w:p w14:paraId="483FCA19" w14:textId="77777777" w:rsidR="009B2879" w:rsidRPr="00E10AA1" w:rsidRDefault="009B2879" w:rsidP="009B2879">
      <w:pPr>
        <w:numPr>
          <w:ilvl w:val="0"/>
          <w:numId w:val="10"/>
        </w:numPr>
        <w:rPr>
          <w:sz w:val="24"/>
          <w:szCs w:val="24"/>
          <w:lang w:val="cs-CZ"/>
        </w:rPr>
      </w:pPr>
      <w:proofErr w:type="spellStart"/>
      <w:r w:rsidRPr="00E10AA1">
        <w:rPr>
          <w:b/>
          <w:bCs/>
          <w:sz w:val="24"/>
          <w:szCs w:val="24"/>
          <w:lang w:val="cs-CZ"/>
        </w:rPr>
        <w:t>Vímavost</w:t>
      </w:r>
      <w:proofErr w:type="spellEnd"/>
      <w:r w:rsidRPr="00E10AA1">
        <w:rPr>
          <w:b/>
          <w:bCs/>
          <w:sz w:val="24"/>
          <w:szCs w:val="24"/>
          <w:lang w:val="cs-CZ"/>
        </w:rPr>
        <w:t xml:space="preserve"> a sociální inteligence pedagogů</w:t>
      </w:r>
      <w:r w:rsidRPr="00E10AA1">
        <w:rPr>
          <w:sz w:val="24"/>
          <w:szCs w:val="24"/>
          <w:lang w:val="cs-CZ"/>
        </w:rPr>
        <w:br/>
        <w:t>Pedagog je klíčem k rozvoji dítěte. Jen tehdy, když ví, jak dítě myslí, co prožívá a co potřebuje, může mu být kvalitním průvodcem. Pedagogický tým věnuje pozornost dalšímu vzdělávání, sdílení i osobnímu růstu.</w:t>
      </w:r>
    </w:p>
    <w:p w14:paraId="5238FBBF" w14:textId="77777777" w:rsidR="009B2879" w:rsidRPr="00E10AA1" w:rsidRDefault="009B2879" w:rsidP="009B2879">
      <w:pPr>
        <w:numPr>
          <w:ilvl w:val="0"/>
          <w:numId w:val="10"/>
        </w:numPr>
        <w:rPr>
          <w:sz w:val="24"/>
          <w:szCs w:val="24"/>
          <w:lang w:val="cs-CZ"/>
        </w:rPr>
      </w:pPr>
      <w:r w:rsidRPr="00E10AA1">
        <w:rPr>
          <w:b/>
          <w:bCs/>
          <w:sz w:val="24"/>
          <w:szCs w:val="24"/>
          <w:lang w:val="cs-CZ"/>
        </w:rPr>
        <w:t>Bezpečné a příjemné prostředí</w:t>
      </w:r>
      <w:r w:rsidRPr="00E10AA1">
        <w:rPr>
          <w:sz w:val="24"/>
          <w:szCs w:val="24"/>
          <w:lang w:val="cs-CZ"/>
        </w:rPr>
        <w:br/>
        <w:t xml:space="preserve">Všestranně podnětné prostředí umožňuje </w:t>
      </w:r>
      <w:proofErr w:type="spellStart"/>
      <w:r w:rsidRPr="00E10AA1">
        <w:rPr>
          <w:sz w:val="24"/>
          <w:szCs w:val="24"/>
          <w:lang w:val="cs-CZ"/>
        </w:rPr>
        <w:t>dětěm</w:t>
      </w:r>
      <w:proofErr w:type="spellEnd"/>
      <w:r w:rsidRPr="00E10AA1">
        <w:rPr>
          <w:sz w:val="24"/>
          <w:szCs w:val="24"/>
          <w:lang w:val="cs-CZ"/>
        </w:rPr>
        <w:t xml:space="preserve"> aktivně zkoumat, tvořit i odpočívat. Důraz je kladen na psychické bezpečí, respektující komunikaci a podporu mezilidských vztahů.</w:t>
      </w:r>
    </w:p>
    <w:p w14:paraId="6F1E9FFB" w14:textId="55EE59C9" w:rsidR="009B2879" w:rsidRPr="00E10AA1" w:rsidRDefault="009B2879" w:rsidP="009B2879">
      <w:pPr>
        <w:numPr>
          <w:ilvl w:val="0"/>
          <w:numId w:val="10"/>
        </w:numPr>
        <w:rPr>
          <w:sz w:val="24"/>
          <w:szCs w:val="24"/>
          <w:lang w:val="cs-CZ"/>
        </w:rPr>
      </w:pPr>
      <w:r w:rsidRPr="00E10AA1">
        <w:rPr>
          <w:b/>
          <w:bCs/>
          <w:sz w:val="24"/>
          <w:szCs w:val="24"/>
          <w:lang w:val="cs-CZ"/>
        </w:rPr>
        <w:t>Respekt a partnerství ve vztazích</w:t>
      </w:r>
      <w:r w:rsidRPr="00E10AA1">
        <w:rPr>
          <w:sz w:val="24"/>
          <w:szCs w:val="24"/>
          <w:lang w:val="cs-CZ"/>
        </w:rPr>
        <w:br/>
        <w:t>Všichni členové komunitního prostředí mateřské školy se navzájem učí respektu. Dět</w:t>
      </w:r>
      <w:r w:rsidR="001956C1" w:rsidRPr="00E10AA1">
        <w:rPr>
          <w:sz w:val="24"/>
          <w:szCs w:val="24"/>
          <w:lang w:val="cs-CZ"/>
        </w:rPr>
        <w:t>i</w:t>
      </w:r>
      <w:r w:rsidRPr="00E10AA1">
        <w:rPr>
          <w:sz w:val="24"/>
          <w:szCs w:val="24"/>
          <w:lang w:val="cs-CZ"/>
        </w:rPr>
        <w:t xml:space="preserve"> učíme ohleduplnosti, naslouchání, domluvě a hledání kompromisu. Dospělý je příkladem, ale i partnerem.</w:t>
      </w:r>
    </w:p>
    <w:p w14:paraId="04EC58F9" w14:textId="4473DFAA" w:rsidR="009B2879" w:rsidRPr="00E10AA1" w:rsidRDefault="009B2879" w:rsidP="009B2879">
      <w:pPr>
        <w:numPr>
          <w:ilvl w:val="0"/>
          <w:numId w:val="10"/>
        </w:numPr>
        <w:rPr>
          <w:sz w:val="24"/>
          <w:szCs w:val="24"/>
          <w:lang w:val="cs-CZ"/>
        </w:rPr>
      </w:pPr>
      <w:r w:rsidRPr="00E10AA1">
        <w:rPr>
          <w:b/>
          <w:bCs/>
          <w:sz w:val="24"/>
          <w:szCs w:val="24"/>
          <w:lang w:val="cs-CZ"/>
        </w:rPr>
        <w:t>Individualizovaný přístup</w:t>
      </w:r>
      <w:r w:rsidRPr="00E10AA1">
        <w:rPr>
          <w:sz w:val="24"/>
          <w:szCs w:val="24"/>
          <w:lang w:val="cs-CZ"/>
        </w:rPr>
        <w:br/>
        <w:t>Pedagogický tým se snaží co nejvíce reflektovat individuální potřeby dětí. Využíváme široké spektrum metod a forem vzdělávání tak, aby každé dítě mělo prostor zažít ú</w:t>
      </w:r>
      <w:r w:rsidR="001956C1" w:rsidRPr="00E10AA1">
        <w:rPr>
          <w:sz w:val="24"/>
          <w:szCs w:val="24"/>
          <w:lang w:val="cs-CZ"/>
        </w:rPr>
        <w:t>spěch</w:t>
      </w:r>
      <w:r w:rsidRPr="00E10AA1">
        <w:rPr>
          <w:sz w:val="24"/>
          <w:szCs w:val="24"/>
          <w:lang w:val="cs-CZ"/>
        </w:rPr>
        <w:t xml:space="preserve"> a pokrok.</w:t>
      </w:r>
    </w:p>
    <w:p w14:paraId="7A1DF470" w14:textId="141A814D" w:rsidR="009B2879" w:rsidRPr="00E10AA1" w:rsidRDefault="009B2879" w:rsidP="009B2879">
      <w:pPr>
        <w:numPr>
          <w:ilvl w:val="0"/>
          <w:numId w:val="10"/>
        </w:numPr>
        <w:rPr>
          <w:sz w:val="24"/>
          <w:szCs w:val="24"/>
          <w:lang w:val="cs-CZ"/>
        </w:rPr>
      </w:pPr>
      <w:r w:rsidRPr="00E10AA1">
        <w:rPr>
          <w:b/>
          <w:bCs/>
          <w:sz w:val="24"/>
          <w:szCs w:val="24"/>
          <w:lang w:val="cs-CZ"/>
        </w:rPr>
        <w:t>Skupinové vzdělávání a učení ve společenství</w:t>
      </w:r>
      <w:r w:rsidRPr="00E10AA1">
        <w:rPr>
          <w:sz w:val="24"/>
          <w:szCs w:val="24"/>
          <w:lang w:val="cs-CZ"/>
        </w:rPr>
        <w:br/>
        <w:t>Již několik let průběžně pracujeme se skupinkami dětí různého věku a dovedností. Skupinky mají své zástupce</w:t>
      </w:r>
      <w:r w:rsidR="001956C1" w:rsidRPr="00E10AA1">
        <w:rPr>
          <w:sz w:val="24"/>
          <w:szCs w:val="24"/>
          <w:lang w:val="cs-CZ"/>
        </w:rPr>
        <w:t xml:space="preserve"> (kapitány)</w:t>
      </w:r>
      <w:r w:rsidRPr="00E10AA1">
        <w:rPr>
          <w:sz w:val="24"/>
          <w:szCs w:val="24"/>
          <w:lang w:val="cs-CZ"/>
        </w:rPr>
        <w:t xml:space="preserve">, pracují na společných </w:t>
      </w:r>
      <w:r w:rsidR="001956C1" w:rsidRPr="00E10AA1">
        <w:rPr>
          <w:sz w:val="24"/>
          <w:szCs w:val="24"/>
          <w:lang w:val="cs-CZ"/>
        </w:rPr>
        <w:t>úkolech</w:t>
      </w:r>
      <w:r w:rsidRPr="00E10AA1">
        <w:rPr>
          <w:sz w:val="24"/>
          <w:szCs w:val="24"/>
          <w:lang w:val="cs-CZ"/>
        </w:rPr>
        <w:t xml:space="preserve"> a podporují spolupráci, výrazně posilují sociální kompetence dětí.</w:t>
      </w:r>
    </w:p>
    <w:p w14:paraId="6A375E6D" w14:textId="77777777" w:rsidR="009B2879" w:rsidRPr="00E10AA1" w:rsidRDefault="009B2879" w:rsidP="009B2879">
      <w:pPr>
        <w:numPr>
          <w:ilvl w:val="0"/>
          <w:numId w:val="10"/>
        </w:numPr>
        <w:rPr>
          <w:sz w:val="24"/>
          <w:szCs w:val="24"/>
          <w:lang w:val="cs-CZ"/>
        </w:rPr>
      </w:pPr>
      <w:r w:rsidRPr="00E10AA1">
        <w:rPr>
          <w:b/>
          <w:bCs/>
          <w:sz w:val="24"/>
          <w:szCs w:val="24"/>
          <w:lang w:val="cs-CZ"/>
        </w:rPr>
        <w:t>Malý počet dětí ve třídě</w:t>
      </w:r>
      <w:r w:rsidRPr="00E10AA1">
        <w:rPr>
          <w:sz w:val="24"/>
          <w:szCs w:val="24"/>
          <w:lang w:val="cs-CZ"/>
        </w:rPr>
        <w:br/>
        <w:t>Průměrně se ve třídě nachází 13-15 dětí, což umožňuje velmi individuální přístup i větší klid a pozornost.</w:t>
      </w:r>
    </w:p>
    <w:p w14:paraId="692E719C" w14:textId="77777777" w:rsidR="009B2879" w:rsidRPr="00E10AA1" w:rsidRDefault="009B2879" w:rsidP="009B2879">
      <w:pPr>
        <w:numPr>
          <w:ilvl w:val="0"/>
          <w:numId w:val="10"/>
        </w:numPr>
        <w:rPr>
          <w:sz w:val="24"/>
          <w:szCs w:val="24"/>
          <w:lang w:val="cs-CZ"/>
        </w:rPr>
      </w:pPr>
      <w:r w:rsidRPr="00E10AA1">
        <w:rPr>
          <w:b/>
          <w:bCs/>
          <w:sz w:val="24"/>
          <w:szCs w:val="24"/>
          <w:lang w:val="cs-CZ"/>
        </w:rPr>
        <w:t>Spolupráce s rodinou</w:t>
      </w:r>
      <w:r w:rsidRPr="00E10AA1">
        <w:rPr>
          <w:sz w:val="24"/>
          <w:szCs w:val="24"/>
          <w:lang w:val="cs-CZ"/>
        </w:rPr>
        <w:br/>
        <w:t xml:space="preserve">Rodiče jsou rovnocennými partnery v procesu vzdělávání. Prostřednictvím </w:t>
      </w:r>
      <w:proofErr w:type="spellStart"/>
      <w:r w:rsidRPr="00E10AA1">
        <w:rPr>
          <w:sz w:val="24"/>
          <w:szCs w:val="24"/>
          <w:lang w:val="cs-CZ"/>
        </w:rPr>
        <w:lastRenderedPageBreak/>
        <w:t>tutoringových</w:t>
      </w:r>
      <w:proofErr w:type="spellEnd"/>
      <w:r w:rsidRPr="00E10AA1">
        <w:rPr>
          <w:sz w:val="24"/>
          <w:szCs w:val="24"/>
          <w:lang w:val="cs-CZ"/>
        </w:rPr>
        <w:t xml:space="preserve"> setkání společně hodnotíme pokrok dítěte a stanovujeme další kroky podpory.</w:t>
      </w:r>
    </w:p>
    <w:p w14:paraId="35C94ABC" w14:textId="77777777" w:rsidR="009B2879" w:rsidRPr="00E10AA1" w:rsidRDefault="009B2879" w:rsidP="009B2879">
      <w:pPr>
        <w:numPr>
          <w:ilvl w:val="0"/>
          <w:numId w:val="10"/>
        </w:numPr>
        <w:rPr>
          <w:sz w:val="24"/>
          <w:szCs w:val="24"/>
          <w:lang w:val="cs-CZ"/>
        </w:rPr>
      </w:pPr>
      <w:r w:rsidRPr="00E10AA1">
        <w:rPr>
          <w:b/>
          <w:bCs/>
          <w:sz w:val="24"/>
          <w:szCs w:val="24"/>
          <w:lang w:val="cs-CZ"/>
        </w:rPr>
        <w:t>Komunitní rozměr školy</w:t>
      </w:r>
      <w:r w:rsidRPr="00E10AA1">
        <w:rPr>
          <w:sz w:val="24"/>
          <w:szCs w:val="24"/>
          <w:lang w:val="cs-CZ"/>
        </w:rPr>
        <w:br/>
        <w:t>Mateřská škola ví, že dětí vyrůstají v komunitě. Proto zahrnuje do dění i ostatní dospělé, kteří jsou součástí běžného dne. Podporujeme mezigenerační kontakty i vzájemnou pomoc.</w:t>
      </w:r>
    </w:p>
    <w:p w14:paraId="0644D8B4" w14:textId="77777777" w:rsidR="009B2879" w:rsidRPr="00E10AA1" w:rsidRDefault="009B2879" w:rsidP="009B2879">
      <w:pPr>
        <w:numPr>
          <w:ilvl w:val="0"/>
          <w:numId w:val="10"/>
        </w:numPr>
        <w:rPr>
          <w:sz w:val="24"/>
          <w:szCs w:val="24"/>
          <w:lang w:val="cs-CZ"/>
        </w:rPr>
      </w:pPr>
      <w:r w:rsidRPr="00E10AA1">
        <w:rPr>
          <w:b/>
          <w:bCs/>
          <w:sz w:val="24"/>
          <w:szCs w:val="24"/>
          <w:lang w:val="cs-CZ"/>
        </w:rPr>
        <w:t>Sdílení a spolupráce pedagogů</w:t>
      </w:r>
      <w:r w:rsidRPr="00E10AA1">
        <w:rPr>
          <w:sz w:val="24"/>
          <w:szCs w:val="24"/>
          <w:lang w:val="cs-CZ"/>
        </w:rPr>
        <w:br/>
        <w:t>Plánování, zhodnocování i vzdělávací strategie jsou výsledkem společné týmové práce. Pedagogové přinášejí inspiraci i reflexi a vzájemně se podporují.</w:t>
      </w:r>
    </w:p>
    <w:p w14:paraId="1A3A3308" w14:textId="77777777" w:rsidR="009B2879" w:rsidRPr="009B2879" w:rsidRDefault="009B2879" w:rsidP="009B2879">
      <w:pPr>
        <w:rPr>
          <w:lang w:val="cs-CZ"/>
        </w:rPr>
      </w:pPr>
      <w:r w:rsidRPr="009B2879">
        <w:rPr>
          <w:b/>
          <w:bCs/>
          <w:lang w:val="cs-CZ"/>
        </w:rPr>
        <w:t>Svoboda a individualita</w:t>
      </w:r>
    </w:p>
    <w:p w14:paraId="45C471E1" w14:textId="1DA1F2B3" w:rsidR="009B2879" w:rsidRPr="00D913E8" w:rsidRDefault="009B2879" w:rsidP="009B2879">
      <w:pPr>
        <w:rPr>
          <w:sz w:val="24"/>
          <w:szCs w:val="24"/>
          <w:lang w:val="cs-CZ"/>
        </w:rPr>
      </w:pPr>
      <w:r w:rsidRPr="00D913E8">
        <w:rPr>
          <w:sz w:val="24"/>
          <w:szCs w:val="24"/>
          <w:lang w:val="cs-CZ"/>
        </w:rPr>
        <w:t xml:space="preserve">Dítě je </w:t>
      </w:r>
      <w:r w:rsidR="00E10AA1" w:rsidRPr="00D913E8">
        <w:rPr>
          <w:sz w:val="24"/>
          <w:szCs w:val="24"/>
          <w:lang w:val="cs-CZ"/>
        </w:rPr>
        <w:t>vedeno</w:t>
      </w:r>
      <w:r w:rsidRPr="00D913E8">
        <w:rPr>
          <w:sz w:val="24"/>
          <w:szCs w:val="24"/>
          <w:lang w:val="cs-CZ"/>
        </w:rPr>
        <w:t xml:space="preserve"> k tomu, aby samo rozhodovalo, jakou cestou se vydá a co ho zajímá. Pedagog vytváří nabídku různorodých aktivit, do nichž se d</w:t>
      </w:r>
      <w:r w:rsidR="0013021C" w:rsidRPr="00D913E8">
        <w:rPr>
          <w:sz w:val="24"/>
          <w:szCs w:val="24"/>
          <w:lang w:val="cs-CZ"/>
        </w:rPr>
        <w:t>ítě</w:t>
      </w:r>
      <w:r w:rsidRPr="00D913E8">
        <w:rPr>
          <w:sz w:val="24"/>
          <w:szCs w:val="24"/>
          <w:lang w:val="cs-CZ"/>
        </w:rPr>
        <w:t xml:space="preserve"> může zapojit dle svých aktuálních potřeb a motivace.</w:t>
      </w:r>
    </w:p>
    <w:p w14:paraId="1C519284" w14:textId="77777777" w:rsidR="009B2879" w:rsidRPr="00D913E8" w:rsidRDefault="009B2879" w:rsidP="009B2879">
      <w:pPr>
        <w:rPr>
          <w:sz w:val="24"/>
          <w:szCs w:val="24"/>
          <w:lang w:val="cs-CZ"/>
        </w:rPr>
      </w:pPr>
      <w:r w:rsidRPr="00D913E8">
        <w:rPr>
          <w:sz w:val="24"/>
          <w:szCs w:val="24"/>
          <w:lang w:val="cs-CZ"/>
        </w:rPr>
        <w:t xml:space="preserve">Současně však sledujeme, zda je vývoj dítěte vyvážený a zda není vhodné některou oblast cíleněji podpořit. To se děje v dialogu s rodiči v rámci </w:t>
      </w:r>
      <w:proofErr w:type="spellStart"/>
      <w:r w:rsidRPr="00D913E8">
        <w:rPr>
          <w:sz w:val="24"/>
          <w:szCs w:val="24"/>
          <w:lang w:val="cs-CZ"/>
        </w:rPr>
        <w:t>tutoringu</w:t>
      </w:r>
      <w:proofErr w:type="spellEnd"/>
      <w:r w:rsidRPr="00D913E8">
        <w:rPr>
          <w:sz w:val="24"/>
          <w:szCs w:val="24"/>
          <w:lang w:val="cs-CZ"/>
        </w:rPr>
        <w:t>. Cílem není dosažení tabulkových výkonů, ale podpora vnitřní motivace a zdravého rozvoje osobnosti dítěte.</w:t>
      </w:r>
    </w:p>
    <w:p w14:paraId="006E9A43" w14:textId="77777777" w:rsidR="009B2879" w:rsidRPr="00D913E8" w:rsidRDefault="009B2879" w:rsidP="009B2879">
      <w:pPr>
        <w:rPr>
          <w:sz w:val="24"/>
          <w:szCs w:val="24"/>
          <w:lang w:val="cs-CZ"/>
        </w:rPr>
      </w:pPr>
      <w:r w:rsidRPr="00D913E8">
        <w:rPr>
          <w:sz w:val="24"/>
          <w:szCs w:val="24"/>
          <w:lang w:val="cs-CZ"/>
        </w:rPr>
        <w:t>Inspirací nám jsou konkrétní příběhy dětí, jejichž potenciál jsme rozpoznali právě díky tomu, že jsme je nenutili do klasické činnosti, ale hledali s nimi jejich individuální cestu.</w:t>
      </w:r>
    </w:p>
    <w:p w14:paraId="1A0AC300" w14:textId="77777777" w:rsidR="00075DA1" w:rsidRDefault="00075DA1" w:rsidP="009B2879">
      <w:pPr>
        <w:rPr>
          <w:lang w:val="cs-CZ"/>
        </w:rPr>
      </w:pPr>
    </w:p>
    <w:p w14:paraId="4BF413D9" w14:textId="77777777" w:rsidR="00075DA1" w:rsidRPr="00075DA1" w:rsidRDefault="00075DA1" w:rsidP="00075DA1">
      <w:pPr>
        <w:pStyle w:val="Nadpis2"/>
        <w:rPr>
          <w:lang w:val="cs-CZ"/>
        </w:rPr>
      </w:pPr>
      <w:r w:rsidRPr="00075DA1">
        <w:rPr>
          <w:lang w:val="cs-CZ"/>
        </w:rPr>
        <w:t>6.2 Metody a formy vzdělávací práce</w:t>
      </w:r>
    </w:p>
    <w:p w14:paraId="6DAA3AE1" w14:textId="77777777" w:rsidR="00075DA1" w:rsidRPr="00C1179E" w:rsidRDefault="00075DA1" w:rsidP="00075DA1">
      <w:pPr>
        <w:rPr>
          <w:sz w:val="24"/>
          <w:szCs w:val="24"/>
          <w:lang w:val="cs-CZ"/>
        </w:rPr>
      </w:pPr>
      <w:r w:rsidRPr="00C1179E">
        <w:rPr>
          <w:sz w:val="24"/>
          <w:szCs w:val="24"/>
          <w:lang w:val="cs-CZ"/>
        </w:rPr>
        <w:t>Učitelky MŠ využívají pestrou škálu metod a forem vzdělávací práce, které odpovídají vývojovým potřebám dětí předškolního věku. Cílem je vytvořit prostředí podporující aktivní učení, spolupráci, vnitřní motivaci a individuální rozvoj každého dítěte.</w:t>
      </w:r>
    </w:p>
    <w:p w14:paraId="36A1BBC8" w14:textId="77777777" w:rsidR="00075DA1" w:rsidRPr="00C1179E" w:rsidRDefault="00075DA1" w:rsidP="00075DA1">
      <w:pPr>
        <w:rPr>
          <w:sz w:val="24"/>
          <w:szCs w:val="24"/>
          <w:lang w:val="cs-CZ"/>
        </w:rPr>
      </w:pPr>
      <w:r w:rsidRPr="00C1179E">
        <w:rPr>
          <w:b/>
          <w:bCs/>
          <w:sz w:val="24"/>
          <w:szCs w:val="24"/>
          <w:lang w:val="cs-CZ"/>
        </w:rPr>
        <w:t>Vzdělávací metody, které zařazujeme:</w:t>
      </w:r>
    </w:p>
    <w:p w14:paraId="75ADACD0" w14:textId="77777777" w:rsidR="00075DA1" w:rsidRPr="00C1179E" w:rsidRDefault="00075DA1" w:rsidP="00075DA1">
      <w:pPr>
        <w:numPr>
          <w:ilvl w:val="0"/>
          <w:numId w:val="11"/>
        </w:numPr>
        <w:rPr>
          <w:sz w:val="24"/>
          <w:szCs w:val="24"/>
          <w:lang w:val="cs-CZ"/>
        </w:rPr>
      </w:pPr>
      <w:r w:rsidRPr="00C1179E">
        <w:rPr>
          <w:b/>
          <w:bCs/>
          <w:sz w:val="24"/>
          <w:szCs w:val="24"/>
          <w:lang w:val="cs-CZ"/>
        </w:rPr>
        <w:t>Prožitkové učení hrou a činnostmi</w:t>
      </w:r>
      <w:r w:rsidRPr="00C1179E">
        <w:rPr>
          <w:sz w:val="24"/>
          <w:szCs w:val="24"/>
          <w:lang w:val="cs-CZ"/>
        </w:rPr>
        <w:t xml:space="preserve"> – podporuje dětskou zvídavost, aktivní zapojení a osobní zkušenost.</w:t>
      </w:r>
    </w:p>
    <w:p w14:paraId="22CB9A81" w14:textId="77777777" w:rsidR="00075DA1" w:rsidRPr="00C1179E" w:rsidRDefault="00075DA1" w:rsidP="00075DA1">
      <w:pPr>
        <w:numPr>
          <w:ilvl w:val="0"/>
          <w:numId w:val="11"/>
        </w:numPr>
        <w:rPr>
          <w:sz w:val="24"/>
          <w:szCs w:val="24"/>
          <w:lang w:val="cs-CZ"/>
        </w:rPr>
      </w:pPr>
      <w:r w:rsidRPr="00C1179E">
        <w:rPr>
          <w:b/>
          <w:bCs/>
          <w:sz w:val="24"/>
          <w:szCs w:val="24"/>
          <w:lang w:val="cs-CZ"/>
        </w:rPr>
        <w:t>Kooperativní učení</w:t>
      </w:r>
      <w:r w:rsidRPr="00C1179E">
        <w:rPr>
          <w:sz w:val="24"/>
          <w:szCs w:val="24"/>
          <w:lang w:val="cs-CZ"/>
        </w:rPr>
        <w:t xml:space="preserve"> – děti se učí prostřednictvím spolupráce, sdílení nápadů, rozdělení rolí a vzájemné podpory.</w:t>
      </w:r>
    </w:p>
    <w:p w14:paraId="77F312EA" w14:textId="77777777" w:rsidR="00075DA1" w:rsidRPr="00C1179E" w:rsidRDefault="00075DA1" w:rsidP="00075DA1">
      <w:pPr>
        <w:numPr>
          <w:ilvl w:val="0"/>
          <w:numId w:val="11"/>
        </w:numPr>
        <w:rPr>
          <w:sz w:val="24"/>
          <w:szCs w:val="24"/>
          <w:lang w:val="cs-CZ"/>
        </w:rPr>
      </w:pPr>
      <w:r w:rsidRPr="00C1179E">
        <w:rPr>
          <w:b/>
          <w:bCs/>
          <w:sz w:val="24"/>
          <w:szCs w:val="24"/>
          <w:lang w:val="cs-CZ"/>
        </w:rPr>
        <w:lastRenderedPageBreak/>
        <w:t>Situační učení</w:t>
      </w:r>
      <w:r w:rsidRPr="00C1179E">
        <w:rPr>
          <w:sz w:val="24"/>
          <w:szCs w:val="24"/>
          <w:lang w:val="cs-CZ"/>
        </w:rPr>
        <w:t xml:space="preserve"> – využívá aktuálních situací ze života dítěte, které se přirozeně stávají výukovými příležitostmi.</w:t>
      </w:r>
    </w:p>
    <w:p w14:paraId="432982DC" w14:textId="77777777" w:rsidR="00075DA1" w:rsidRPr="00C1179E" w:rsidRDefault="00075DA1" w:rsidP="00075DA1">
      <w:pPr>
        <w:numPr>
          <w:ilvl w:val="0"/>
          <w:numId w:val="11"/>
        </w:numPr>
        <w:rPr>
          <w:sz w:val="24"/>
          <w:szCs w:val="24"/>
          <w:lang w:val="cs-CZ"/>
        </w:rPr>
      </w:pPr>
      <w:r w:rsidRPr="00C1179E">
        <w:rPr>
          <w:b/>
          <w:bCs/>
          <w:sz w:val="24"/>
          <w:szCs w:val="24"/>
          <w:lang w:val="cs-CZ"/>
        </w:rPr>
        <w:t>Spontánní sociální učení</w:t>
      </w:r>
      <w:r w:rsidRPr="00C1179E">
        <w:rPr>
          <w:sz w:val="24"/>
          <w:szCs w:val="24"/>
          <w:lang w:val="cs-CZ"/>
        </w:rPr>
        <w:t xml:space="preserve"> – probíhá prostřednictvím přirozené nápodoby, interakcí s vrstevníky a dospělými.</w:t>
      </w:r>
    </w:p>
    <w:p w14:paraId="2A8E0279" w14:textId="77777777" w:rsidR="00075DA1" w:rsidRPr="00C1179E" w:rsidRDefault="00075DA1" w:rsidP="00075DA1">
      <w:pPr>
        <w:numPr>
          <w:ilvl w:val="0"/>
          <w:numId w:val="11"/>
        </w:numPr>
        <w:rPr>
          <w:sz w:val="24"/>
          <w:szCs w:val="24"/>
          <w:lang w:val="cs-CZ"/>
        </w:rPr>
      </w:pPr>
      <w:r w:rsidRPr="00C1179E">
        <w:rPr>
          <w:b/>
          <w:bCs/>
          <w:sz w:val="24"/>
          <w:szCs w:val="24"/>
          <w:lang w:val="cs-CZ"/>
        </w:rPr>
        <w:t>Řízené i neřízené činnosti</w:t>
      </w:r>
      <w:r w:rsidRPr="00C1179E">
        <w:rPr>
          <w:sz w:val="24"/>
          <w:szCs w:val="24"/>
          <w:lang w:val="cs-CZ"/>
        </w:rPr>
        <w:t xml:space="preserve"> – jsou vzájemně provázané a v rovnováze podle potřeb a možností jednotlivých dětí.</w:t>
      </w:r>
    </w:p>
    <w:p w14:paraId="2501998D" w14:textId="77777777" w:rsidR="00075DA1" w:rsidRPr="00C1179E" w:rsidRDefault="00075DA1" w:rsidP="00075DA1">
      <w:pPr>
        <w:numPr>
          <w:ilvl w:val="0"/>
          <w:numId w:val="11"/>
        </w:numPr>
        <w:rPr>
          <w:sz w:val="24"/>
          <w:szCs w:val="24"/>
          <w:lang w:val="cs-CZ"/>
        </w:rPr>
      </w:pPr>
      <w:r w:rsidRPr="00C1179E">
        <w:rPr>
          <w:b/>
          <w:bCs/>
          <w:sz w:val="24"/>
          <w:szCs w:val="24"/>
          <w:lang w:val="cs-CZ"/>
        </w:rPr>
        <w:t>Individuální vzdělávání</w:t>
      </w:r>
      <w:r w:rsidRPr="00C1179E">
        <w:rPr>
          <w:sz w:val="24"/>
          <w:szCs w:val="24"/>
          <w:lang w:val="cs-CZ"/>
        </w:rPr>
        <w:t xml:space="preserve"> – umožňuje věnovat se dítěti samostatně, v klidném prostředí, posiluje vztah učitel–dítě.</w:t>
      </w:r>
    </w:p>
    <w:p w14:paraId="496C7589" w14:textId="77777777" w:rsidR="00075DA1" w:rsidRPr="00C1179E" w:rsidRDefault="00075DA1" w:rsidP="00075DA1">
      <w:pPr>
        <w:numPr>
          <w:ilvl w:val="0"/>
          <w:numId w:val="11"/>
        </w:numPr>
        <w:rPr>
          <w:sz w:val="24"/>
          <w:szCs w:val="24"/>
          <w:lang w:val="cs-CZ"/>
        </w:rPr>
      </w:pPr>
      <w:r w:rsidRPr="00C1179E">
        <w:rPr>
          <w:b/>
          <w:bCs/>
          <w:sz w:val="24"/>
          <w:szCs w:val="24"/>
          <w:lang w:val="cs-CZ"/>
        </w:rPr>
        <w:t>Komunitní kruh</w:t>
      </w:r>
      <w:r w:rsidRPr="00C1179E">
        <w:rPr>
          <w:sz w:val="24"/>
          <w:szCs w:val="24"/>
          <w:lang w:val="cs-CZ"/>
        </w:rPr>
        <w:t xml:space="preserve"> – rozhovor, vyprávění, sdílení zážitků i plánování aktivit posiluje vztahy ve třídě.</w:t>
      </w:r>
    </w:p>
    <w:p w14:paraId="60E5F544" w14:textId="77777777" w:rsidR="00075DA1" w:rsidRPr="00C1179E" w:rsidRDefault="00075DA1" w:rsidP="00075DA1">
      <w:pPr>
        <w:numPr>
          <w:ilvl w:val="0"/>
          <w:numId w:val="11"/>
        </w:numPr>
        <w:rPr>
          <w:sz w:val="24"/>
          <w:szCs w:val="24"/>
          <w:lang w:val="cs-CZ"/>
        </w:rPr>
      </w:pPr>
      <w:r w:rsidRPr="00C1179E">
        <w:rPr>
          <w:b/>
          <w:bCs/>
          <w:sz w:val="24"/>
          <w:szCs w:val="24"/>
          <w:lang w:val="cs-CZ"/>
        </w:rPr>
        <w:t>Experimentace a badatelské aktivity</w:t>
      </w:r>
      <w:r w:rsidRPr="00C1179E">
        <w:rPr>
          <w:sz w:val="24"/>
          <w:szCs w:val="24"/>
          <w:lang w:val="cs-CZ"/>
        </w:rPr>
        <w:t xml:space="preserve"> – děti získávají zkušenost s objevováním, zkoumáním, kladením otázek.</w:t>
      </w:r>
    </w:p>
    <w:p w14:paraId="70FF0C24" w14:textId="77777777" w:rsidR="00075DA1" w:rsidRPr="00C1179E" w:rsidRDefault="00075DA1" w:rsidP="00075DA1">
      <w:pPr>
        <w:numPr>
          <w:ilvl w:val="0"/>
          <w:numId w:val="11"/>
        </w:numPr>
        <w:rPr>
          <w:sz w:val="24"/>
          <w:szCs w:val="24"/>
          <w:lang w:val="cs-CZ"/>
        </w:rPr>
      </w:pPr>
      <w:r w:rsidRPr="00C1179E">
        <w:rPr>
          <w:b/>
          <w:bCs/>
          <w:sz w:val="24"/>
          <w:szCs w:val="24"/>
          <w:lang w:val="cs-CZ"/>
        </w:rPr>
        <w:t>Výlety a exkurze</w:t>
      </w:r>
      <w:r w:rsidRPr="00C1179E">
        <w:rPr>
          <w:sz w:val="24"/>
          <w:szCs w:val="24"/>
          <w:lang w:val="cs-CZ"/>
        </w:rPr>
        <w:t xml:space="preserve"> – propojují vzdělávání s reálným životem a světem kolem nás.</w:t>
      </w:r>
    </w:p>
    <w:p w14:paraId="0381A423" w14:textId="77777777" w:rsidR="00075DA1" w:rsidRPr="00C1179E" w:rsidRDefault="00075DA1" w:rsidP="00075DA1">
      <w:pPr>
        <w:numPr>
          <w:ilvl w:val="0"/>
          <w:numId w:val="11"/>
        </w:numPr>
        <w:rPr>
          <w:sz w:val="24"/>
          <w:szCs w:val="24"/>
          <w:lang w:val="cs-CZ"/>
        </w:rPr>
      </w:pPr>
      <w:r w:rsidRPr="00C1179E">
        <w:rPr>
          <w:b/>
          <w:bCs/>
          <w:sz w:val="24"/>
          <w:szCs w:val="24"/>
          <w:lang w:val="cs-CZ"/>
        </w:rPr>
        <w:t>Práce s přírodními materiály</w:t>
      </w:r>
      <w:r w:rsidRPr="00C1179E">
        <w:rPr>
          <w:sz w:val="24"/>
          <w:szCs w:val="24"/>
          <w:lang w:val="cs-CZ"/>
        </w:rPr>
        <w:t xml:space="preserve"> – podporuje tvořivost, rozvoj smyslů i environmentální výchovu.</w:t>
      </w:r>
    </w:p>
    <w:p w14:paraId="1F828B4A" w14:textId="77777777" w:rsidR="00075DA1" w:rsidRPr="00C1179E" w:rsidRDefault="00075DA1" w:rsidP="00075DA1">
      <w:pPr>
        <w:numPr>
          <w:ilvl w:val="0"/>
          <w:numId w:val="11"/>
        </w:numPr>
        <w:rPr>
          <w:sz w:val="24"/>
          <w:szCs w:val="24"/>
          <w:lang w:val="cs-CZ"/>
        </w:rPr>
      </w:pPr>
      <w:r w:rsidRPr="00C1179E">
        <w:rPr>
          <w:b/>
          <w:bCs/>
          <w:sz w:val="24"/>
          <w:szCs w:val="24"/>
          <w:lang w:val="cs-CZ"/>
        </w:rPr>
        <w:t>Práce s knihami a encyklopediemi</w:t>
      </w:r>
      <w:r w:rsidRPr="00C1179E">
        <w:rPr>
          <w:sz w:val="24"/>
          <w:szCs w:val="24"/>
          <w:lang w:val="cs-CZ"/>
        </w:rPr>
        <w:t xml:space="preserve"> – učí děti vyhledávat informace, klást otázky, přemýšlet v souvislostech.</w:t>
      </w:r>
    </w:p>
    <w:p w14:paraId="6E264EAD" w14:textId="77777777" w:rsidR="00075DA1" w:rsidRPr="00C1179E" w:rsidRDefault="00075DA1" w:rsidP="00075DA1">
      <w:pPr>
        <w:rPr>
          <w:sz w:val="24"/>
          <w:szCs w:val="24"/>
          <w:lang w:val="cs-CZ"/>
        </w:rPr>
      </w:pPr>
      <w:r w:rsidRPr="00C1179E">
        <w:rPr>
          <w:sz w:val="24"/>
          <w:szCs w:val="24"/>
          <w:lang w:val="cs-CZ"/>
        </w:rPr>
        <w:t>Tyto metody uplatňujeme v různých formách práce:</w:t>
      </w:r>
    </w:p>
    <w:p w14:paraId="4EA536E9" w14:textId="77777777" w:rsidR="00075DA1" w:rsidRPr="00C1179E" w:rsidRDefault="00075DA1" w:rsidP="00075DA1">
      <w:pPr>
        <w:numPr>
          <w:ilvl w:val="0"/>
          <w:numId w:val="12"/>
        </w:numPr>
        <w:rPr>
          <w:sz w:val="24"/>
          <w:szCs w:val="24"/>
          <w:lang w:val="cs-CZ"/>
        </w:rPr>
      </w:pPr>
      <w:r w:rsidRPr="00C1179E">
        <w:rPr>
          <w:sz w:val="24"/>
          <w:szCs w:val="24"/>
          <w:lang w:val="cs-CZ"/>
        </w:rPr>
        <w:t>individuální (1:1 dítě–pedagog),</w:t>
      </w:r>
    </w:p>
    <w:p w14:paraId="3338706C" w14:textId="77777777" w:rsidR="00075DA1" w:rsidRPr="00C1179E" w:rsidRDefault="00075DA1" w:rsidP="00075DA1">
      <w:pPr>
        <w:numPr>
          <w:ilvl w:val="0"/>
          <w:numId w:val="12"/>
        </w:numPr>
        <w:rPr>
          <w:sz w:val="24"/>
          <w:szCs w:val="24"/>
          <w:lang w:val="cs-CZ"/>
        </w:rPr>
      </w:pPr>
      <w:r w:rsidRPr="00C1179E">
        <w:rPr>
          <w:sz w:val="24"/>
          <w:szCs w:val="24"/>
          <w:lang w:val="cs-CZ"/>
        </w:rPr>
        <w:t>skupinové (např. ve dvojicích či menších skupinkách),</w:t>
      </w:r>
    </w:p>
    <w:p w14:paraId="173DA8AB" w14:textId="77777777" w:rsidR="00075DA1" w:rsidRPr="00C1179E" w:rsidRDefault="00075DA1" w:rsidP="00075DA1">
      <w:pPr>
        <w:numPr>
          <w:ilvl w:val="0"/>
          <w:numId w:val="12"/>
        </w:numPr>
        <w:rPr>
          <w:sz w:val="24"/>
          <w:szCs w:val="24"/>
          <w:lang w:val="cs-CZ"/>
        </w:rPr>
      </w:pPr>
      <w:r w:rsidRPr="00C1179E">
        <w:rPr>
          <w:sz w:val="24"/>
          <w:szCs w:val="24"/>
          <w:lang w:val="cs-CZ"/>
        </w:rPr>
        <w:t>hromadné (celá třída).</w:t>
      </w:r>
    </w:p>
    <w:p w14:paraId="337C5BE6" w14:textId="77777777" w:rsidR="00075DA1" w:rsidRPr="00C1179E" w:rsidRDefault="00000000" w:rsidP="00075DA1">
      <w:pPr>
        <w:rPr>
          <w:sz w:val="24"/>
          <w:szCs w:val="24"/>
          <w:lang w:val="cs-CZ"/>
        </w:rPr>
      </w:pPr>
      <w:r w:rsidRPr="00C1179E">
        <w:rPr>
          <w:sz w:val="24"/>
          <w:szCs w:val="24"/>
          <w:lang w:val="cs-CZ"/>
        </w:rPr>
        <w:pict w14:anchorId="77106B5F">
          <v:rect id="_x0000_i1025" style="width:0;height:1.5pt" o:hralign="center" o:hrstd="t" o:hr="t" fillcolor="#a0a0a0" stroked="f"/>
        </w:pict>
      </w:r>
    </w:p>
    <w:p w14:paraId="44DE4DBD" w14:textId="77777777" w:rsidR="00075DA1" w:rsidRPr="00075DA1" w:rsidRDefault="00075DA1" w:rsidP="00075DA1">
      <w:pPr>
        <w:rPr>
          <w:lang w:val="cs-CZ"/>
        </w:rPr>
      </w:pPr>
      <w:r w:rsidRPr="00075DA1">
        <w:rPr>
          <w:b/>
          <w:bCs/>
          <w:lang w:val="cs-CZ"/>
        </w:rPr>
        <w:t>Kooperativní skupinové učení</w:t>
      </w:r>
    </w:p>
    <w:p w14:paraId="1F591491" w14:textId="7F20A4F6" w:rsidR="00075DA1" w:rsidRPr="00E07565" w:rsidRDefault="00075DA1" w:rsidP="00075DA1">
      <w:pPr>
        <w:rPr>
          <w:sz w:val="24"/>
          <w:szCs w:val="24"/>
          <w:lang w:val="cs-CZ"/>
        </w:rPr>
      </w:pPr>
      <w:r w:rsidRPr="00E07565">
        <w:rPr>
          <w:sz w:val="24"/>
          <w:szCs w:val="24"/>
          <w:lang w:val="cs-CZ"/>
        </w:rPr>
        <w:t>Od školního roku 2020/21 se pedagogové zaměřují na rozvoj skupinového kooperativního učení, které se v praxi ukázalo jako velmi přínosné. Tato metoda klade vysoké nároky na přípravu i organizaci práce pedagoga, zároveň však výrazně podporuje sociální a komunikační dovednosti dětí, schopnost řešit konflikty i budování vzájemného respektu.</w:t>
      </w:r>
    </w:p>
    <w:p w14:paraId="3776CE66" w14:textId="4A2B4712" w:rsidR="00075DA1" w:rsidRPr="00E07565" w:rsidRDefault="00075DA1" w:rsidP="00075DA1">
      <w:pPr>
        <w:rPr>
          <w:sz w:val="24"/>
          <w:szCs w:val="24"/>
          <w:lang w:val="cs-CZ"/>
        </w:rPr>
      </w:pPr>
      <w:r w:rsidRPr="00E07565">
        <w:rPr>
          <w:sz w:val="24"/>
          <w:szCs w:val="24"/>
          <w:lang w:val="cs-CZ"/>
        </w:rPr>
        <w:lastRenderedPageBreak/>
        <w:t xml:space="preserve">Děti jsou na začátku školního roku rozděleny do </w:t>
      </w:r>
      <w:r w:rsidR="00E9199F" w:rsidRPr="00E07565">
        <w:rPr>
          <w:sz w:val="24"/>
          <w:szCs w:val="24"/>
          <w:lang w:val="cs-CZ"/>
        </w:rPr>
        <w:t>dvou</w:t>
      </w:r>
      <w:r w:rsidRPr="00E07565">
        <w:rPr>
          <w:sz w:val="24"/>
          <w:szCs w:val="24"/>
          <w:lang w:val="cs-CZ"/>
        </w:rPr>
        <w:t xml:space="preserve"> skupin po přibližně </w:t>
      </w:r>
      <w:r w:rsidR="00E9199F" w:rsidRPr="00E07565">
        <w:rPr>
          <w:sz w:val="24"/>
          <w:szCs w:val="24"/>
          <w:lang w:val="cs-CZ"/>
        </w:rPr>
        <w:t>šesti</w:t>
      </w:r>
      <w:r w:rsidRPr="00E07565">
        <w:rPr>
          <w:sz w:val="24"/>
          <w:szCs w:val="24"/>
          <w:lang w:val="cs-CZ"/>
        </w:rPr>
        <w:t xml:space="preserve"> členech. Každá skupina má:</w:t>
      </w:r>
    </w:p>
    <w:p w14:paraId="2C344ACE" w14:textId="77777777" w:rsidR="00075DA1" w:rsidRPr="00E07565" w:rsidRDefault="00075DA1" w:rsidP="00075DA1">
      <w:pPr>
        <w:numPr>
          <w:ilvl w:val="0"/>
          <w:numId w:val="13"/>
        </w:numPr>
        <w:rPr>
          <w:sz w:val="24"/>
          <w:szCs w:val="24"/>
          <w:lang w:val="cs-CZ"/>
        </w:rPr>
      </w:pPr>
      <w:r w:rsidRPr="00E07565">
        <w:rPr>
          <w:b/>
          <w:bCs/>
          <w:sz w:val="24"/>
          <w:szCs w:val="24"/>
          <w:lang w:val="cs-CZ"/>
        </w:rPr>
        <w:t>kapitána</w:t>
      </w:r>
      <w:r w:rsidRPr="00E07565">
        <w:rPr>
          <w:sz w:val="24"/>
          <w:szCs w:val="24"/>
          <w:lang w:val="cs-CZ"/>
        </w:rPr>
        <w:t xml:space="preserve"> z řad starších dětí, který je prostředníkem mezi dětmi a učitelkou a pomáhá s organizací.</w:t>
      </w:r>
    </w:p>
    <w:p w14:paraId="6D269BA6" w14:textId="09B0847B" w:rsidR="00075DA1" w:rsidRPr="00E07565" w:rsidRDefault="00075DA1" w:rsidP="00075DA1">
      <w:pPr>
        <w:rPr>
          <w:sz w:val="24"/>
          <w:szCs w:val="24"/>
          <w:lang w:val="cs-CZ"/>
        </w:rPr>
      </w:pPr>
      <w:r w:rsidRPr="00E07565">
        <w:rPr>
          <w:sz w:val="24"/>
          <w:szCs w:val="24"/>
          <w:lang w:val="cs-CZ"/>
        </w:rPr>
        <w:t xml:space="preserve">Skupinky plní společné úkoly, učí se spolupracovat, rozdělovat si role, respektovat své odlišnosti a posilují vzájemné vztahy. Úkoly zahrnují jak praktické činnosti (např. přípravu svačiny), tak tvořivé projekty, </w:t>
      </w:r>
      <w:r w:rsidR="00E9199F" w:rsidRPr="00E07565">
        <w:rPr>
          <w:sz w:val="24"/>
          <w:szCs w:val="24"/>
          <w:lang w:val="cs-CZ"/>
        </w:rPr>
        <w:t>ale především sport, tvoření, kvízy a další</w:t>
      </w:r>
    </w:p>
    <w:p w14:paraId="7D2E0ED6" w14:textId="77777777" w:rsidR="00075DA1" w:rsidRPr="00E07565" w:rsidRDefault="00075DA1" w:rsidP="00075DA1">
      <w:pPr>
        <w:rPr>
          <w:sz w:val="24"/>
          <w:szCs w:val="24"/>
          <w:lang w:val="cs-CZ"/>
        </w:rPr>
      </w:pPr>
      <w:r w:rsidRPr="00E07565">
        <w:rPr>
          <w:b/>
          <w:bCs/>
          <w:sz w:val="24"/>
          <w:szCs w:val="24"/>
          <w:lang w:val="cs-CZ"/>
        </w:rPr>
        <w:t>Cíle skupinového kooperativního učení:</w:t>
      </w:r>
    </w:p>
    <w:p w14:paraId="6AFC185B" w14:textId="77777777" w:rsidR="00075DA1" w:rsidRPr="00E07565" w:rsidRDefault="00075DA1" w:rsidP="00075DA1">
      <w:pPr>
        <w:numPr>
          <w:ilvl w:val="0"/>
          <w:numId w:val="14"/>
        </w:numPr>
        <w:rPr>
          <w:sz w:val="24"/>
          <w:szCs w:val="24"/>
          <w:lang w:val="cs-CZ"/>
        </w:rPr>
      </w:pPr>
      <w:r w:rsidRPr="00E07565">
        <w:rPr>
          <w:sz w:val="24"/>
          <w:szCs w:val="24"/>
          <w:lang w:val="cs-CZ"/>
        </w:rPr>
        <w:t>přirozený rozvoj osobnosti při kontaktu s vrstevníky,</w:t>
      </w:r>
    </w:p>
    <w:p w14:paraId="643F5B8F" w14:textId="77777777" w:rsidR="00075DA1" w:rsidRPr="00E07565" w:rsidRDefault="00075DA1" w:rsidP="00075DA1">
      <w:pPr>
        <w:numPr>
          <w:ilvl w:val="0"/>
          <w:numId w:val="14"/>
        </w:numPr>
        <w:rPr>
          <w:sz w:val="24"/>
          <w:szCs w:val="24"/>
          <w:lang w:val="cs-CZ"/>
        </w:rPr>
      </w:pPr>
      <w:r w:rsidRPr="00E07565">
        <w:rPr>
          <w:sz w:val="24"/>
          <w:szCs w:val="24"/>
          <w:lang w:val="cs-CZ"/>
        </w:rPr>
        <w:t>osvojování prosociálního chování,</w:t>
      </w:r>
    </w:p>
    <w:p w14:paraId="6DA86A91" w14:textId="77777777" w:rsidR="00075DA1" w:rsidRPr="00E07565" w:rsidRDefault="00075DA1" w:rsidP="00075DA1">
      <w:pPr>
        <w:numPr>
          <w:ilvl w:val="0"/>
          <w:numId w:val="14"/>
        </w:numPr>
        <w:rPr>
          <w:sz w:val="24"/>
          <w:szCs w:val="24"/>
          <w:lang w:val="cs-CZ"/>
        </w:rPr>
      </w:pPr>
      <w:r w:rsidRPr="00E07565">
        <w:rPr>
          <w:sz w:val="24"/>
          <w:szCs w:val="24"/>
          <w:lang w:val="cs-CZ"/>
        </w:rPr>
        <w:t>rozvoj dovednosti naslouchat, vyjadřovat se a spolupracovat,</w:t>
      </w:r>
    </w:p>
    <w:p w14:paraId="710D32E9" w14:textId="77777777" w:rsidR="00075DA1" w:rsidRPr="00E07565" w:rsidRDefault="00075DA1" w:rsidP="00075DA1">
      <w:pPr>
        <w:numPr>
          <w:ilvl w:val="0"/>
          <w:numId w:val="14"/>
        </w:numPr>
        <w:rPr>
          <w:sz w:val="24"/>
          <w:szCs w:val="24"/>
          <w:lang w:val="cs-CZ"/>
        </w:rPr>
      </w:pPr>
      <w:r w:rsidRPr="00E07565">
        <w:rPr>
          <w:sz w:val="24"/>
          <w:szCs w:val="24"/>
          <w:lang w:val="cs-CZ"/>
        </w:rPr>
        <w:t>budování pocitu sounáležitosti,</w:t>
      </w:r>
    </w:p>
    <w:p w14:paraId="226706C3" w14:textId="77777777" w:rsidR="00075DA1" w:rsidRPr="00E07565" w:rsidRDefault="00075DA1" w:rsidP="00075DA1">
      <w:pPr>
        <w:numPr>
          <w:ilvl w:val="0"/>
          <w:numId w:val="14"/>
        </w:numPr>
        <w:rPr>
          <w:sz w:val="24"/>
          <w:szCs w:val="24"/>
          <w:lang w:val="cs-CZ"/>
        </w:rPr>
      </w:pPr>
      <w:r w:rsidRPr="00E07565">
        <w:rPr>
          <w:sz w:val="24"/>
          <w:szCs w:val="24"/>
          <w:lang w:val="cs-CZ"/>
        </w:rPr>
        <w:t>odstranění obav z kontaktu s ostatními dětmi,</w:t>
      </w:r>
    </w:p>
    <w:p w14:paraId="657B32E4" w14:textId="77777777" w:rsidR="00075DA1" w:rsidRPr="00E07565" w:rsidRDefault="00075DA1" w:rsidP="00075DA1">
      <w:pPr>
        <w:numPr>
          <w:ilvl w:val="0"/>
          <w:numId w:val="14"/>
        </w:numPr>
        <w:rPr>
          <w:sz w:val="24"/>
          <w:szCs w:val="24"/>
          <w:lang w:val="cs-CZ"/>
        </w:rPr>
      </w:pPr>
      <w:r w:rsidRPr="00E07565">
        <w:rPr>
          <w:sz w:val="24"/>
          <w:szCs w:val="24"/>
          <w:lang w:val="cs-CZ"/>
        </w:rPr>
        <w:t>zvyšování odpovědnosti a samostatnosti v rozhodování.</w:t>
      </w:r>
    </w:p>
    <w:p w14:paraId="425C3CAE" w14:textId="77777777" w:rsidR="00075DA1" w:rsidRPr="00E07565" w:rsidRDefault="00075DA1" w:rsidP="00075DA1">
      <w:pPr>
        <w:rPr>
          <w:sz w:val="24"/>
          <w:szCs w:val="24"/>
          <w:lang w:val="cs-CZ"/>
        </w:rPr>
      </w:pPr>
      <w:r w:rsidRPr="00E07565">
        <w:rPr>
          <w:sz w:val="24"/>
          <w:szCs w:val="24"/>
          <w:lang w:val="cs-CZ"/>
        </w:rPr>
        <w:t>Tento přístup je zároveň v souladu s principy programu Začít spolu, který ve školce inspirativně prostupuje celkovou koncepcí – zejména důrazem na spolupráci, prostředí podporující samostatnost a aktivní zapojení dítěte do učení.</w:t>
      </w:r>
    </w:p>
    <w:p w14:paraId="534DDBE6" w14:textId="77777777" w:rsidR="00005B8D" w:rsidRDefault="00005B8D" w:rsidP="00075DA1">
      <w:pPr>
        <w:rPr>
          <w:lang w:val="cs-CZ"/>
        </w:rPr>
      </w:pPr>
    </w:p>
    <w:p w14:paraId="4B52DB25" w14:textId="6641B44E" w:rsidR="00005B8D" w:rsidRDefault="00005B8D" w:rsidP="00005B8D">
      <w:pPr>
        <w:pStyle w:val="Nadpis1"/>
        <w:rPr>
          <w:lang w:val="cs-CZ"/>
        </w:rPr>
      </w:pPr>
      <w:r>
        <w:rPr>
          <w:lang w:val="cs-CZ"/>
        </w:rPr>
        <w:t>7. Vzdělávací obsah</w:t>
      </w:r>
    </w:p>
    <w:p w14:paraId="0A53B328" w14:textId="77777777" w:rsidR="00664E33" w:rsidRDefault="00664E33" w:rsidP="004E1FB4">
      <w:pPr>
        <w:rPr>
          <w:b/>
          <w:bCs/>
          <w:lang w:val="cs-CZ"/>
        </w:rPr>
      </w:pPr>
    </w:p>
    <w:p w14:paraId="2FE9CE03" w14:textId="6768C643" w:rsidR="004E1FB4" w:rsidRPr="004E1FB4" w:rsidRDefault="00664E33" w:rsidP="00664E33">
      <w:pPr>
        <w:pStyle w:val="Nadpis1"/>
        <w:rPr>
          <w:lang w:val="cs-CZ"/>
        </w:rPr>
      </w:pPr>
      <w:r>
        <w:rPr>
          <w:lang w:val="cs-CZ"/>
        </w:rPr>
        <w:t xml:space="preserve">7.1. </w:t>
      </w:r>
      <w:r w:rsidR="004E1FB4" w:rsidRPr="004E1FB4">
        <w:rPr>
          <w:lang w:val="cs-CZ"/>
        </w:rPr>
        <w:t>Integrované bloky – roční plán vzdělávání v MŠ Světluška</w:t>
      </w:r>
    </w:p>
    <w:p w14:paraId="3791087B" w14:textId="77777777" w:rsidR="004E1FB4" w:rsidRPr="00075E1D" w:rsidRDefault="004E1FB4" w:rsidP="004E1FB4">
      <w:pPr>
        <w:rPr>
          <w:sz w:val="24"/>
          <w:szCs w:val="24"/>
          <w:lang w:val="cs-CZ"/>
        </w:rPr>
      </w:pPr>
      <w:r w:rsidRPr="00075E1D">
        <w:rPr>
          <w:sz w:val="24"/>
          <w:szCs w:val="24"/>
          <w:lang w:val="cs-CZ"/>
        </w:rPr>
        <w:t>Vzdělávání v naší mateřské škole je rozvrženo do tematických celků – integrovaných bloků, které představují základní rámec pro práci s dětmi v průběhu celého školního roku. Každý blok je tvořen tak, aby byl pro děti přirozeně přitažlivý, prožitkový a vnitřně motivující. Vycházíme ze skutečných potřeb dětí, z jejich zájmů, aktuálních událostí i z proměn přírody a ročního cyklu.</w:t>
      </w:r>
    </w:p>
    <w:p w14:paraId="51FF23C9" w14:textId="77777777" w:rsidR="004E1FB4" w:rsidRPr="00075E1D" w:rsidRDefault="004E1FB4" w:rsidP="004E1FB4">
      <w:pPr>
        <w:rPr>
          <w:sz w:val="24"/>
          <w:szCs w:val="24"/>
          <w:lang w:val="cs-CZ"/>
        </w:rPr>
      </w:pPr>
      <w:r w:rsidRPr="00075E1D">
        <w:rPr>
          <w:sz w:val="24"/>
          <w:szCs w:val="24"/>
          <w:lang w:val="cs-CZ"/>
        </w:rPr>
        <w:t xml:space="preserve">Jednotlivé bloky vycházejí z principů rámcového vzdělávacího programu pro předškolní vzdělávání a směřují k rozvoji klíčových kompetencí dítěte. V souladu s </w:t>
      </w:r>
      <w:r w:rsidRPr="00075E1D">
        <w:rPr>
          <w:sz w:val="24"/>
          <w:szCs w:val="24"/>
          <w:lang w:val="cs-CZ"/>
        </w:rPr>
        <w:lastRenderedPageBreak/>
        <w:t>nimi se snažíme podporovat u dětí samostatnost, zvídavost, empatii, spolupráci, tvořivost i schopnost reflektovat a sdílet své prožitky.</w:t>
      </w:r>
    </w:p>
    <w:p w14:paraId="440CAC56" w14:textId="77777777" w:rsidR="004E1FB4" w:rsidRPr="00075E1D" w:rsidRDefault="004E1FB4" w:rsidP="004E1FB4">
      <w:pPr>
        <w:rPr>
          <w:sz w:val="24"/>
          <w:szCs w:val="24"/>
          <w:lang w:val="cs-CZ"/>
        </w:rPr>
      </w:pPr>
      <w:r w:rsidRPr="00075E1D">
        <w:rPr>
          <w:sz w:val="24"/>
          <w:szCs w:val="24"/>
          <w:lang w:val="cs-CZ"/>
        </w:rPr>
        <w:t xml:space="preserve">Naše pojetí vzdělávání je inspirováno programem </w:t>
      </w:r>
      <w:r w:rsidRPr="00075E1D">
        <w:rPr>
          <w:i/>
          <w:iCs/>
          <w:sz w:val="24"/>
          <w:szCs w:val="24"/>
          <w:lang w:val="cs-CZ"/>
        </w:rPr>
        <w:t>Začít spolu</w:t>
      </w:r>
      <w:r w:rsidRPr="00075E1D">
        <w:rPr>
          <w:sz w:val="24"/>
          <w:szCs w:val="24"/>
          <w:lang w:val="cs-CZ"/>
        </w:rPr>
        <w:t>, především důrazem na respektující přístup, spolupráci s rodinou, smysluplné prostředí a propojení všech oblastí vzdělávání v tematických celcích. Bloky tak nejsou pouhým výčtem témat, ale celostními vzdělávacími jednotkami, které propojují hru, učení, prožitek a objevování.</w:t>
      </w:r>
    </w:p>
    <w:p w14:paraId="353C42AC" w14:textId="77777777" w:rsidR="004E1FB4" w:rsidRPr="00075E1D" w:rsidRDefault="004E1FB4" w:rsidP="004E1FB4">
      <w:pPr>
        <w:rPr>
          <w:sz w:val="24"/>
          <w:szCs w:val="24"/>
          <w:lang w:val="cs-CZ"/>
        </w:rPr>
      </w:pPr>
      <w:r w:rsidRPr="00075E1D">
        <w:rPr>
          <w:sz w:val="24"/>
          <w:szCs w:val="24"/>
          <w:lang w:val="cs-CZ"/>
        </w:rPr>
        <w:t>Každý integrovaný blok zahrnuje:</w:t>
      </w:r>
    </w:p>
    <w:p w14:paraId="63D69BBF" w14:textId="77777777" w:rsidR="004E1FB4" w:rsidRPr="00075E1D" w:rsidRDefault="004E1FB4" w:rsidP="004E1FB4">
      <w:pPr>
        <w:numPr>
          <w:ilvl w:val="0"/>
          <w:numId w:val="15"/>
        </w:numPr>
        <w:rPr>
          <w:sz w:val="24"/>
          <w:szCs w:val="24"/>
          <w:lang w:val="cs-CZ"/>
        </w:rPr>
      </w:pPr>
      <w:r w:rsidRPr="00075E1D">
        <w:rPr>
          <w:b/>
          <w:bCs/>
          <w:sz w:val="24"/>
          <w:szCs w:val="24"/>
          <w:lang w:val="cs-CZ"/>
        </w:rPr>
        <w:t>Hlavní cíle měsíce</w:t>
      </w:r>
      <w:r w:rsidRPr="00075E1D">
        <w:rPr>
          <w:sz w:val="24"/>
          <w:szCs w:val="24"/>
          <w:lang w:val="cs-CZ"/>
        </w:rPr>
        <w:t>, které vycházejí ze specifických potřeb dětí a tematického zaměření.</w:t>
      </w:r>
    </w:p>
    <w:p w14:paraId="3B21D15E" w14:textId="77777777" w:rsidR="004E1FB4" w:rsidRPr="00075E1D" w:rsidRDefault="004E1FB4" w:rsidP="004E1FB4">
      <w:pPr>
        <w:numPr>
          <w:ilvl w:val="0"/>
          <w:numId w:val="15"/>
        </w:numPr>
        <w:rPr>
          <w:sz w:val="24"/>
          <w:szCs w:val="24"/>
          <w:lang w:val="cs-CZ"/>
        </w:rPr>
      </w:pPr>
      <w:r w:rsidRPr="00075E1D">
        <w:rPr>
          <w:b/>
          <w:bCs/>
          <w:sz w:val="24"/>
          <w:szCs w:val="24"/>
          <w:lang w:val="cs-CZ"/>
        </w:rPr>
        <w:t>Týdenní podtémata</w:t>
      </w:r>
      <w:r w:rsidRPr="00075E1D">
        <w:rPr>
          <w:sz w:val="24"/>
          <w:szCs w:val="24"/>
          <w:lang w:val="cs-CZ"/>
        </w:rPr>
        <w:t>, která pomáhají konkretizovat dané téma a umožňují pedagogům lépe plánovat a strukturovat činnosti.</w:t>
      </w:r>
    </w:p>
    <w:p w14:paraId="1B69DAF8" w14:textId="77777777" w:rsidR="004E1FB4" w:rsidRPr="00075E1D" w:rsidRDefault="004E1FB4" w:rsidP="004E1FB4">
      <w:pPr>
        <w:numPr>
          <w:ilvl w:val="0"/>
          <w:numId w:val="15"/>
        </w:numPr>
        <w:rPr>
          <w:sz w:val="24"/>
          <w:szCs w:val="24"/>
          <w:lang w:val="cs-CZ"/>
        </w:rPr>
      </w:pPr>
      <w:r w:rsidRPr="00075E1D">
        <w:rPr>
          <w:b/>
          <w:bCs/>
          <w:sz w:val="24"/>
          <w:szCs w:val="24"/>
          <w:lang w:val="cs-CZ"/>
        </w:rPr>
        <w:t>Rozvoj klíčových kompetencí</w:t>
      </w:r>
      <w:r w:rsidRPr="00075E1D">
        <w:rPr>
          <w:sz w:val="24"/>
          <w:szCs w:val="24"/>
          <w:lang w:val="cs-CZ"/>
        </w:rPr>
        <w:t>, na které se během měsíce soustředíme.</w:t>
      </w:r>
    </w:p>
    <w:p w14:paraId="47020B13" w14:textId="77777777" w:rsidR="004E1FB4" w:rsidRPr="00075E1D" w:rsidRDefault="004E1FB4" w:rsidP="004E1FB4">
      <w:pPr>
        <w:numPr>
          <w:ilvl w:val="0"/>
          <w:numId w:val="15"/>
        </w:numPr>
        <w:rPr>
          <w:sz w:val="24"/>
          <w:szCs w:val="24"/>
          <w:lang w:val="cs-CZ"/>
        </w:rPr>
      </w:pPr>
      <w:r w:rsidRPr="00075E1D">
        <w:rPr>
          <w:b/>
          <w:bCs/>
          <w:sz w:val="24"/>
          <w:szCs w:val="24"/>
          <w:lang w:val="cs-CZ"/>
        </w:rPr>
        <w:t>Propojení s oblastmi RVP PV</w:t>
      </w:r>
      <w:r w:rsidRPr="00075E1D">
        <w:rPr>
          <w:sz w:val="24"/>
          <w:szCs w:val="24"/>
          <w:lang w:val="cs-CZ"/>
        </w:rPr>
        <w:t>, kde uvádíme příklady očekávaných výstupů a vzdělávacích cílů dle oblastí.</w:t>
      </w:r>
    </w:p>
    <w:p w14:paraId="346FAD79" w14:textId="77777777" w:rsidR="004E1FB4" w:rsidRPr="00075E1D" w:rsidRDefault="004E1FB4" w:rsidP="004E1FB4">
      <w:pPr>
        <w:numPr>
          <w:ilvl w:val="0"/>
          <w:numId w:val="15"/>
        </w:numPr>
        <w:rPr>
          <w:sz w:val="24"/>
          <w:szCs w:val="24"/>
          <w:lang w:val="cs-CZ"/>
        </w:rPr>
      </w:pPr>
      <w:r w:rsidRPr="00075E1D">
        <w:rPr>
          <w:b/>
          <w:bCs/>
          <w:sz w:val="24"/>
          <w:szCs w:val="24"/>
          <w:lang w:val="cs-CZ"/>
        </w:rPr>
        <w:t>Návrhy činností</w:t>
      </w:r>
      <w:r w:rsidRPr="00075E1D">
        <w:rPr>
          <w:sz w:val="24"/>
          <w:szCs w:val="24"/>
          <w:lang w:val="cs-CZ"/>
        </w:rPr>
        <w:t>, které jsou připravovány tak, aby oslovovaly různé typy inteligence, smyslového vnímání a stylu učení.</w:t>
      </w:r>
    </w:p>
    <w:p w14:paraId="3B5EBF11" w14:textId="77777777" w:rsidR="004E1FB4" w:rsidRPr="00075E1D" w:rsidRDefault="004E1FB4" w:rsidP="004E1FB4">
      <w:pPr>
        <w:numPr>
          <w:ilvl w:val="0"/>
          <w:numId w:val="15"/>
        </w:numPr>
        <w:rPr>
          <w:sz w:val="24"/>
          <w:szCs w:val="24"/>
          <w:lang w:val="cs-CZ"/>
        </w:rPr>
      </w:pPr>
      <w:r w:rsidRPr="00075E1D">
        <w:rPr>
          <w:b/>
          <w:bCs/>
          <w:sz w:val="24"/>
          <w:szCs w:val="24"/>
          <w:lang w:val="cs-CZ"/>
        </w:rPr>
        <w:t>Mini projekty a slavnosti</w:t>
      </w:r>
      <w:r w:rsidRPr="00075E1D">
        <w:rPr>
          <w:sz w:val="24"/>
          <w:szCs w:val="24"/>
          <w:lang w:val="cs-CZ"/>
        </w:rPr>
        <w:t>, které dávají vzdělávání hlubší smysl, rozvíjejí vztah dětí ke světu a umožňují spolupráci s rodiči i komunitou.</w:t>
      </w:r>
    </w:p>
    <w:p w14:paraId="3CD4CD49" w14:textId="77777777" w:rsidR="004E1FB4" w:rsidRPr="00075E1D" w:rsidRDefault="004E1FB4" w:rsidP="004E1FB4">
      <w:pPr>
        <w:rPr>
          <w:sz w:val="24"/>
          <w:szCs w:val="24"/>
          <w:lang w:val="cs-CZ"/>
        </w:rPr>
      </w:pPr>
      <w:r w:rsidRPr="00075E1D">
        <w:rPr>
          <w:sz w:val="24"/>
          <w:szCs w:val="24"/>
          <w:lang w:val="cs-CZ"/>
        </w:rPr>
        <w:t>Témata bloků jsou cyklická a přirozeně propojená. Začínáme adaptací a sebepoznáním (září), dále procházíme poznáváním přírody, těla, emocí, vztahů a hodnot (říjen až březen), abychom se v závěru roku zaměřili na posilování identity dítěte, rekapitulaci prožitků, přátelství a přípravu na přechod do základní školy (květen a červen).</w:t>
      </w:r>
    </w:p>
    <w:p w14:paraId="4AD448C1" w14:textId="77777777" w:rsidR="004E1FB4" w:rsidRPr="00075E1D" w:rsidRDefault="004E1FB4" w:rsidP="004E1FB4">
      <w:pPr>
        <w:rPr>
          <w:sz w:val="24"/>
          <w:szCs w:val="24"/>
          <w:lang w:val="cs-CZ"/>
        </w:rPr>
      </w:pPr>
      <w:r w:rsidRPr="00075E1D">
        <w:rPr>
          <w:sz w:val="24"/>
          <w:szCs w:val="24"/>
          <w:lang w:val="cs-CZ"/>
        </w:rPr>
        <w:t>Každý blok je v praxi rozpracován do Třídních vzdělávacích plánů (TVP), které respektují věk a vývojovou úroveň jednotlivých skupin dětí. Důraz klademe na individuální přístup, podporu silných stránek a aktivní zapojení dětí do rozhodování o podobě činností. Všechny činnosti směřují k naplnění cílů předškolního vzdělávání v bezpečném, otevřeném a podnětném prostředí.</w:t>
      </w:r>
    </w:p>
    <w:p w14:paraId="2FA07E43" w14:textId="77777777" w:rsidR="00005B8D" w:rsidRDefault="00005B8D" w:rsidP="00075DA1">
      <w:pPr>
        <w:rPr>
          <w:lang w:val="cs-CZ"/>
        </w:rPr>
      </w:pPr>
    </w:p>
    <w:p w14:paraId="073DCEE0" w14:textId="77777777" w:rsidR="00005B8D" w:rsidRPr="00745799" w:rsidRDefault="00005B8D" w:rsidP="00585854">
      <w:pPr>
        <w:pStyle w:val="Nadpis2"/>
        <w:rPr>
          <w:sz w:val="36"/>
          <w:szCs w:val="36"/>
        </w:rPr>
      </w:pPr>
      <w:proofErr w:type="spellStart"/>
      <w:r w:rsidRPr="00745799">
        <w:rPr>
          <w:sz w:val="36"/>
          <w:szCs w:val="36"/>
        </w:rPr>
        <w:lastRenderedPageBreak/>
        <w:t>Září</w:t>
      </w:r>
      <w:proofErr w:type="spellEnd"/>
      <w:r w:rsidRPr="00745799">
        <w:rPr>
          <w:sz w:val="36"/>
          <w:szCs w:val="36"/>
        </w:rPr>
        <w:t xml:space="preserve"> – </w:t>
      </w:r>
      <w:proofErr w:type="spellStart"/>
      <w:r w:rsidRPr="00745799">
        <w:rPr>
          <w:sz w:val="36"/>
          <w:szCs w:val="36"/>
        </w:rPr>
        <w:t>Kdo</w:t>
      </w:r>
      <w:proofErr w:type="spellEnd"/>
      <w:r w:rsidRPr="00745799">
        <w:rPr>
          <w:sz w:val="36"/>
          <w:szCs w:val="36"/>
        </w:rPr>
        <w:t xml:space="preserve"> </w:t>
      </w:r>
      <w:proofErr w:type="spellStart"/>
      <w:r w:rsidRPr="00745799">
        <w:rPr>
          <w:sz w:val="36"/>
          <w:szCs w:val="36"/>
        </w:rPr>
        <w:t>jsem</w:t>
      </w:r>
      <w:proofErr w:type="spellEnd"/>
      <w:r w:rsidRPr="00745799">
        <w:rPr>
          <w:sz w:val="36"/>
          <w:szCs w:val="36"/>
        </w:rPr>
        <w:t xml:space="preserve"> a </w:t>
      </w:r>
      <w:proofErr w:type="spellStart"/>
      <w:r w:rsidRPr="00745799">
        <w:rPr>
          <w:sz w:val="36"/>
          <w:szCs w:val="36"/>
        </w:rPr>
        <w:t>kam</w:t>
      </w:r>
      <w:proofErr w:type="spellEnd"/>
      <w:r w:rsidRPr="00745799">
        <w:rPr>
          <w:sz w:val="36"/>
          <w:szCs w:val="36"/>
        </w:rPr>
        <w:t xml:space="preserve"> </w:t>
      </w:r>
      <w:proofErr w:type="spellStart"/>
      <w:r w:rsidRPr="00745799">
        <w:rPr>
          <w:sz w:val="36"/>
          <w:szCs w:val="36"/>
        </w:rPr>
        <w:t>patřím</w:t>
      </w:r>
      <w:proofErr w:type="spellEnd"/>
    </w:p>
    <w:p w14:paraId="5E2F1228" w14:textId="77777777" w:rsidR="00005B8D" w:rsidRPr="006F3F0F" w:rsidRDefault="00005B8D" w:rsidP="00585854">
      <w:pPr>
        <w:pStyle w:val="Nadpis3"/>
        <w:rPr>
          <w:sz w:val="24"/>
          <w:szCs w:val="24"/>
        </w:rPr>
      </w:pPr>
      <w:proofErr w:type="spellStart"/>
      <w:r w:rsidRPr="006F3F0F">
        <w:rPr>
          <w:sz w:val="24"/>
          <w:szCs w:val="24"/>
        </w:rPr>
        <w:t>Hlavní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cíle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měsíce</w:t>
      </w:r>
      <w:proofErr w:type="spellEnd"/>
    </w:p>
    <w:p w14:paraId="4ED867C4" w14:textId="77777777" w:rsidR="00005B8D" w:rsidRPr="006F3F0F" w:rsidRDefault="00005B8D" w:rsidP="00005B8D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Usnadnit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dětem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adaptaci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na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nové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prostředí</w:t>
      </w:r>
      <w:proofErr w:type="spellEnd"/>
      <w:r w:rsidRPr="006F3F0F">
        <w:rPr>
          <w:sz w:val="24"/>
          <w:szCs w:val="24"/>
        </w:rPr>
        <w:t>.</w:t>
      </w:r>
    </w:p>
    <w:p w14:paraId="5F119EDF" w14:textId="77777777" w:rsidR="00005B8D" w:rsidRPr="006F3F0F" w:rsidRDefault="00005B8D" w:rsidP="00005B8D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Posilovat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pozitivní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vztah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ke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školce</w:t>
      </w:r>
      <w:proofErr w:type="spellEnd"/>
      <w:r w:rsidRPr="006F3F0F">
        <w:rPr>
          <w:sz w:val="24"/>
          <w:szCs w:val="24"/>
        </w:rPr>
        <w:t xml:space="preserve"> a </w:t>
      </w:r>
      <w:proofErr w:type="spellStart"/>
      <w:r w:rsidRPr="006F3F0F">
        <w:rPr>
          <w:sz w:val="24"/>
          <w:szCs w:val="24"/>
        </w:rPr>
        <w:t>pocit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bezpečí</w:t>
      </w:r>
      <w:proofErr w:type="spellEnd"/>
      <w:r w:rsidRPr="006F3F0F">
        <w:rPr>
          <w:sz w:val="24"/>
          <w:szCs w:val="24"/>
        </w:rPr>
        <w:t>.</w:t>
      </w:r>
    </w:p>
    <w:p w14:paraId="4208B497" w14:textId="77777777" w:rsidR="00005B8D" w:rsidRPr="006F3F0F" w:rsidRDefault="00005B8D" w:rsidP="00005B8D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Podporovat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sebepoznání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vnímání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vlastní</w:t>
      </w:r>
      <w:proofErr w:type="spellEnd"/>
      <w:r w:rsidRPr="006F3F0F">
        <w:rPr>
          <w:sz w:val="24"/>
          <w:szCs w:val="24"/>
        </w:rPr>
        <w:t xml:space="preserve"> identity, </w:t>
      </w:r>
      <w:proofErr w:type="spellStart"/>
      <w:r w:rsidRPr="006F3F0F">
        <w:rPr>
          <w:sz w:val="24"/>
          <w:szCs w:val="24"/>
        </w:rPr>
        <w:t>emocí</w:t>
      </w:r>
      <w:proofErr w:type="spellEnd"/>
      <w:r w:rsidRPr="006F3F0F">
        <w:rPr>
          <w:sz w:val="24"/>
          <w:szCs w:val="24"/>
        </w:rPr>
        <w:t xml:space="preserve"> a </w:t>
      </w:r>
      <w:proofErr w:type="spellStart"/>
      <w:r w:rsidRPr="006F3F0F">
        <w:rPr>
          <w:sz w:val="24"/>
          <w:szCs w:val="24"/>
        </w:rPr>
        <w:t>potřeb</w:t>
      </w:r>
      <w:proofErr w:type="spellEnd"/>
      <w:r w:rsidRPr="006F3F0F">
        <w:rPr>
          <w:sz w:val="24"/>
          <w:szCs w:val="24"/>
        </w:rPr>
        <w:t>.</w:t>
      </w:r>
    </w:p>
    <w:p w14:paraId="6304EE0E" w14:textId="77777777" w:rsidR="00005B8D" w:rsidRPr="006F3F0F" w:rsidRDefault="00005B8D" w:rsidP="00005B8D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Rozvíjet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základy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mezilidských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vztahů</w:t>
      </w:r>
      <w:proofErr w:type="spellEnd"/>
      <w:r w:rsidRPr="006F3F0F">
        <w:rPr>
          <w:sz w:val="24"/>
          <w:szCs w:val="24"/>
        </w:rPr>
        <w:t xml:space="preserve"> – </w:t>
      </w:r>
      <w:proofErr w:type="spellStart"/>
      <w:r w:rsidRPr="006F3F0F">
        <w:rPr>
          <w:sz w:val="24"/>
          <w:szCs w:val="24"/>
        </w:rPr>
        <w:t>přátelství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pravidla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spolupráce</w:t>
      </w:r>
      <w:proofErr w:type="spellEnd"/>
      <w:r w:rsidRPr="006F3F0F">
        <w:rPr>
          <w:sz w:val="24"/>
          <w:szCs w:val="24"/>
        </w:rPr>
        <w:t>.</w:t>
      </w:r>
    </w:p>
    <w:p w14:paraId="4F2D69D3" w14:textId="77777777" w:rsidR="00005B8D" w:rsidRPr="006F3F0F" w:rsidRDefault="00005B8D" w:rsidP="00005B8D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Vytvářet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přirozené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povědomí</w:t>
      </w:r>
      <w:proofErr w:type="spellEnd"/>
      <w:r w:rsidRPr="006F3F0F">
        <w:rPr>
          <w:sz w:val="24"/>
          <w:szCs w:val="24"/>
        </w:rPr>
        <w:t xml:space="preserve"> o tom, </w:t>
      </w:r>
      <w:proofErr w:type="spellStart"/>
      <w:r w:rsidRPr="006F3F0F">
        <w:rPr>
          <w:sz w:val="24"/>
          <w:szCs w:val="24"/>
        </w:rPr>
        <w:t>že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každý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někam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patří</w:t>
      </w:r>
      <w:proofErr w:type="spellEnd"/>
      <w:r w:rsidRPr="006F3F0F">
        <w:rPr>
          <w:sz w:val="24"/>
          <w:szCs w:val="24"/>
        </w:rPr>
        <w:t xml:space="preserve"> – do </w:t>
      </w:r>
      <w:proofErr w:type="spellStart"/>
      <w:r w:rsidRPr="006F3F0F">
        <w:rPr>
          <w:sz w:val="24"/>
          <w:szCs w:val="24"/>
        </w:rPr>
        <w:t>rodiny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školky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skupiny</w:t>
      </w:r>
      <w:proofErr w:type="spellEnd"/>
      <w:r w:rsidRPr="006F3F0F">
        <w:rPr>
          <w:sz w:val="24"/>
          <w:szCs w:val="24"/>
        </w:rPr>
        <w:t>.</w:t>
      </w:r>
    </w:p>
    <w:p w14:paraId="1C419C38" w14:textId="77777777" w:rsidR="00005B8D" w:rsidRPr="006F3F0F" w:rsidRDefault="00005B8D" w:rsidP="00585854">
      <w:pPr>
        <w:pStyle w:val="Nadpis3"/>
        <w:rPr>
          <w:sz w:val="24"/>
          <w:szCs w:val="24"/>
        </w:rPr>
      </w:pPr>
      <w:proofErr w:type="spellStart"/>
      <w:r w:rsidRPr="006F3F0F">
        <w:rPr>
          <w:sz w:val="24"/>
          <w:szCs w:val="24"/>
        </w:rPr>
        <w:t>Týdenní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podtémata</w:t>
      </w:r>
      <w:proofErr w:type="spellEnd"/>
    </w:p>
    <w:p w14:paraId="1C12DEA5" w14:textId="77777777" w:rsidR="00005B8D" w:rsidRPr="006F3F0F" w:rsidRDefault="00005B8D" w:rsidP="00005B8D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1. Moje </w:t>
      </w:r>
      <w:proofErr w:type="spellStart"/>
      <w:r w:rsidRPr="006F3F0F">
        <w:rPr>
          <w:sz w:val="24"/>
          <w:szCs w:val="24"/>
        </w:rPr>
        <w:t>školka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můj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nový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svět</w:t>
      </w:r>
      <w:proofErr w:type="spellEnd"/>
    </w:p>
    <w:p w14:paraId="1AF432AA" w14:textId="77777777" w:rsidR="00005B8D" w:rsidRPr="006F3F0F" w:rsidRDefault="00005B8D" w:rsidP="00005B8D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2. </w:t>
      </w:r>
      <w:proofErr w:type="spellStart"/>
      <w:r w:rsidRPr="006F3F0F">
        <w:rPr>
          <w:sz w:val="24"/>
          <w:szCs w:val="24"/>
        </w:rPr>
        <w:t>Já</w:t>
      </w:r>
      <w:proofErr w:type="spellEnd"/>
      <w:r w:rsidRPr="006F3F0F">
        <w:rPr>
          <w:sz w:val="24"/>
          <w:szCs w:val="24"/>
        </w:rPr>
        <w:t xml:space="preserve"> a </w:t>
      </w:r>
      <w:proofErr w:type="spellStart"/>
      <w:r w:rsidRPr="006F3F0F">
        <w:rPr>
          <w:sz w:val="24"/>
          <w:szCs w:val="24"/>
        </w:rPr>
        <w:t>moje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jméno</w:t>
      </w:r>
      <w:proofErr w:type="spellEnd"/>
    </w:p>
    <w:p w14:paraId="25486B9E" w14:textId="77777777" w:rsidR="00005B8D" w:rsidRPr="006F3F0F" w:rsidRDefault="00005B8D" w:rsidP="00005B8D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3. Moje </w:t>
      </w:r>
      <w:proofErr w:type="spellStart"/>
      <w:r w:rsidRPr="006F3F0F">
        <w:rPr>
          <w:sz w:val="24"/>
          <w:szCs w:val="24"/>
        </w:rPr>
        <w:t>rodina</w:t>
      </w:r>
      <w:proofErr w:type="spellEnd"/>
    </w:p>
    <w:p w14:paraId="6655474A" w14:textId="77777777" w:rsidR="00005B8D" w:rsidRPr="006F3F0F" w:rsidRDefault="00005B8D" w:rsidP="00005B8D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4. </w:t>
      </w:r>
      <w:proofErr w:type="spellStart"/>
      <w:r w:rsidRPr="006F3F0F">
        <w:rPr>
          <w:sz w:val="24"/>
          <w:szCs w:val="24"/>
        </w:rPr>
        <w:t>Kamarádi</w:t>
      </w:r>
      <w:proofErr w:type="spellEnd"/>
      <w:r w:rsidRPr="006F3F0F">
        <w:rPr>
          <w:sz w:val="24"/>
          <w:szCs w:val="24"/>
        </w:rPr>
        <w:t xml:space="preserve"> a </w:t>
      </w:r>
      <w:proofErr w:type="spellStart"/>
      <w:r w:rsidRPr="006F3F0F">
        <w:rPr>
          <w:sz w:val="24"/>
          <w:szCs w:val="24"/>
        </w:rPr>
        <w:t>já</w:t>
      </w:r>
      <w:proofErr w:type="spellEnd"/>
    </w:p>
    <w:p w14:paraId="709CD93E" w14:textId="77777777" w:rsidR="00005B8D" w:rsidRPr="006F3F0F" w:rsidRDefault="00005B8D" w:rsidP="00585854">
      <w:pPr>
        <w:pStyle w:val="Nadpis3"/>
        <w:rPr>
          <w:sz w:val="24"/>
          <w:szCs w:val="24"/>
        </w:rPr>
      </w:pPr>
      <w:proofErr w:type="spellStart"/>
      <w:r w:rsidRPr="006F3F0F">
        <w:rPr>
          <w:sz w:val="24"/>
          <w:szCs w:val="24"/>
        </w:rPr>
        <w:t>Rozvoj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klíčových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kompetencí</w:t>
      </w:r>
      <w:proofErr w:type="spellEnd"/>
    </w:p>
    <w:p w14:paraId="4C4706ED" w14:textId="77777777" w:rsidR="00005B8D" w:rsidRPr="006F3F0F" w:rsidRDefault="00005B8D" w:rsidP="00005B8D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Kompetence</w:t>
      </w:r>
      <w:proofErr w:type="spellEnd"/>
      <w:r w:rsidRPr="006F3F0F">
        <w:rPr>
          <w:sz w:val="24"/>
          <w:szCs w:val="24"/>
        </w:rPr>
        <w:t xml:space="preserve"> k </w:t>
      </w:r>
      <w:proofErr w:type="spellStart"/>
      <w:r w:rsidRPr="006F3F0F">
        <w:rPr>
          <w:sz w:val="24"/>
          <w:szCs w:val="24"/>
        </w:rPr>
        <w:t>učení</w:t>
      </w:r>
      <w:proofErr w:type="spellEnd"/>
      <w:r w:rsidRPr="006F3F0F">
        <w:rPr>
          <w:sz w:val="24"/>
          <w:szCs w:val="24"/>
        </w:rPr>
        <w:t xml:space="preserve"> – </w:t>
      </w:r>
      <w:proofErr w:type="spellStart"/>
      <w:r w:rsidRPr="006F3F0F">
        <w:rPr>
          <w:sz w:val="24"/>
          <w:szCs w:val="24"/>
        </w:rPr>
        <w:t>poznává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nové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prostředí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ptá</w:t>
      </w:r>
      <w:proofErr w:type="spellEnd"/>
      <w:r w:rsidRPr="006F3F0F">
        <w:rPr>
          <w:sz w:val="24"/>
          <w:szCs w:val="24"/>
        </w:rPr>
        <w:t xml:space="preserve"> se, </w:t>
      </w:r>
      <w:proofErr w:type="spellStart"/>
      <w:r w:rsidRPr="006F3F0F">
        <w:rPr>
          <w:sz w:val="24"/>
          <w:szCs w:val="24"/>
        </w:rPr>
        <w:t>všímá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si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změn</w:t>
      </w:r>
      <w:proofErr w:type="spellEnd"/>
      <w:r w:rsidRPr="006F3F0F">
        <w:rPr>
          <w:sz w:val="24"/>
          <w:szCs w:val="24"/>
        </w:rPr>
        <w:t>.</w:t>
      </w:r>
    </w:p>
    <w:p w14:paraId="5BE17F0C" w14:textId="77777777" w:rsidR="00005B8D" w:rsidRPr="006F3F0F" w:rsidRDefault="00005B8D" w:rsidP="00005B8D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Kompetence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sociální</w:t>
      </w:r>
      <w:proofErr w:type="spellEnd"/>
      <w:r w:rsidRPr="006F3F0F">
        <w:rPr>
          <w:sz w:val="24"/>
          <w:szCs w:val="24"/>
        </w:rPr>
        <w:t xml:space="preserve"> a </w:t>
      </w:r>
      <w:proofErr w:type="spellStart"/>
      <w:r w:rsidRPr="006F3F0F">
        <w:rPr>
          <w:sz w:val="24"/>
          <w:szCs w:val="24"/>
        </w:rPr>
        <w:t>personální</w:t>
      </w:r>
      <w:proofErr w:type="spellEnd"/>
      <w:r w:rsidRPr="006F3F0F">
        <w:rPr>
          <w:sz w:val="24"/>
          <w:szCs w:val="24"/>
        </w:rPr>
        <w:t xml:space="preserve"> – </w:t>
      </w:r>
      <w:proofErr w:type="spellStart"/>
      <w:r w:rsidRPr="006F3F0F">
        <w:rPr>
          <w:sz w:val="24"/>
          <w:szCs w:val="24"/>
        </w:rPr>
        <w:t>spolupracuje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respektuje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druhé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učí</w:t>
      </w:r>
      <w:proofErr w:type="spellEnd"/>
      <w:r w:rsidRPr="006F3F0F">
        <w:rPr>
          <w:sz w:val="24"/>
          <w:szCs w:val="24"/>
        </w:rPr>
        <w:t xml:space="preserve"> se </w:t>
      </w:r>
      <w:proofErr w:type="spellStart"/>
      <w:r w:rsidRPr="006F3F0F">
        <w:rPr>
          <w:sz w:val="24"/>
          <w:szCs w:val="24"/>
        </w:rPr>
        <w:t>zvládat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emoce</w:t>
      </w:r>
      <w:proofErr w:type="spellEnd"/>
      <w:r w:rsidRPr="006F3F0F">
        <w:rPr>
          <w:sz w:val="24"/>
          <w:szCs w:val="24"/>
        </w:rPr>
        <w:t>.</w:t>
      </w:r>
    </w:p>
    <w:p w14:paraId="74D3DE1A" w14:textId="77777777" w:rsidR="00005B8D" w:rsidRPr="006F3F0F" w:rsidRDefault="00005B8D" w:rsidP="00005B8D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Kompetence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komunikativní</w:t>
      </w:r>
      <w:proofErr w:type="spellEnd"/>
      <w:r w:rsidRPr="006F3F0F">
        <w:rPr>
          <w:sz w:val="24"/>
          <w:szCs w:val="24"/>
        </w:rPr>
        <w:t xml:space="preserve"> – </w:t>
      </w:r>
      <w:proofErr w:type="spellStart"/>
      <w:r w:rsidRPr="006F3F0F">
        <w:rPr>
          <w:sz w:val="24"/>
          <w:szCs w:val="24"/>
        </w:rPr>
        <w:t>vyjadřuje</w:t>
      </w:r>
      <w:proofErr w:type="spellEnd"/>
      <w:r w:rsidRPr="006F3F0F">
        <w:rPr>
          <w:sz w:val="24"/>
          <w:szCs w:val="24"/>
        </w:rPr>
        <w:t xml:space="preserve"> se, </w:t>
      </w:r>
      <w:proofErr w:type="spellStart"/>
      <w:r w:rsidRPr="006F3F0F">
        <w:rPr>
          <w:sz w:val="24"/>
          <w:szCs w:val="24"/>
        </w:rPr>
        <w:t>komunikuje</w:t>
      </w:r>
      <w:proofErr w:type="spellEnd"/>
      <w:r w:rsidRPr="006F3F0F">
        <w:rPr>
          <w:sz w:val="24"/>
          <w:szCs w:val="24"/>
        </w:rPr>
        <w:t xml:space="preserve"> s </w:t>
      </w:r>
      <w:proofErr w:type="spellStart"/>
      <w:r w:rsidRPr="006F3F0F">
        <w:rPr>
          <w:sz w:val="24"/>
          <w:szCs w:val="24"/>
        </w:rPr>
        <w:t>dětmi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i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dospělými</w:t>
      </w:r>
      <w:proofErr w:type="spellEnd"/>
      <w:r w:rsidRPr="006F3F0F">
        <w:rPr>
          <w:sz w:val="24"/>
          <w:szCs w:val="24"/>
        </w:rPr>
        <w:t>.</w:t>
      </w:r>
    </w:p>
    <w:p w14:paraId="7EFC771D" w14:textId="77777777" w:rsidR="00005B8D" w:rsidRPr="006F3F0F" w:rsidRDefault="00005B8D" w:rsidP="00585854">
      <w:pPr>
        <w:pStyle w:val="Nadpis3"/>
        <w:rPr>
          <w:sz w:val="24"/>
          <w:szCs w:val="24"/>
        </w:rPr>
      </w:pPr>
      <w:proofErr w:type="spellStart"/>
      <w:r w:rsidRPr="006F3F0F">
        <w:rPr>
          <w:sz w:val="24"/>
          <w:szCs w:val="24"/>
        </w:rPr>
        <w:t>Propojení</w:t>
      </w:r>
      <w:proofErr w:type="spellEnd"/>
      <w:r w:rsidRPr="006F3F0F">
        <w:rPr>
          <w:sz w:val="24"/>
          <w:szCs w:val="24"/>
        </w:rPr>
        <w:t xml:space="preserve"> s </w:t>
      </w:r>
      <w:proofErr w:type="spellStart"/>
      <w:r w:rsidRPr="006F3F0F">
        <w:rPr>
          <w:sz w:val="24"/>
          <w:szCs w:val="24"/>
        </w:rPr>
        <w:t>oblastmi</w:t>
      </w:r>
      <w:proofErr w:type="spellEnd"/>
      <w:r w:rsidRPr="006F3F0F">
        <w:rPr>
          <w:sz w:val="24"/>
          <w:szCs w:val="24"/>
        </w:rPr>
        <w:t xml:space="preserve"> RVP PV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320"/>
        <w:gridCol w:w="4320"/>
      </w:tblGrid>
      <w:tr w:rsidR="00005B8D" w:rsidRPr="006F3F0F" w14:paraId="66A3180B" w14:textId="77777777" w:rsidTr="00860BE3">
        <w:tc>
          <w:tcPr>
            <w:tcW w:w="4320" w:type="dxa"/>
          </w:tcPr>
          <w:p w14:paraId="3672947D" w14:textId="77777777" w:rsidR="00005B8D" w:rsidRPr="006F3F0F" w:rsidRDefault="00005B8D" w:rsidP="00860BE3">
            <w:pPr>
              <w:rPr>
                <w:sz w:val="24"/>
                <w:szCs w:val="24"/>
              </w:rPr>
            </w:pPr>
            <w:r w:rsidRPr="006F3F0F">
              <w:rPr>
                <w:sz w:val="24"/>
                <w:szCs w:val="24"/>
              </w:rPr>
              <w:t>Oblast</w:t>
            </w:r>
          </w:p>
        </w:tc>
        <w:tc>
          <w:tcPr>
            <w:tcW w:w="4320" w:type="dxa"/>
          </w:tcPr>
          <w:p w14:paraId="64B74A1D" w14:textId="77777777" w:rsidR="00005B8D" w:rsidRPr="006F3F0F" w:rsidRDefault="00005B8D" w:rsidP="00860BE3">
            <w:pPr>
              <w:rPr>
                <w:sz w:val="24"/>
                <w:szCs w:val="24"/>
              </w:rPr>
            </w:pPr>
            <w:proofErr w:type="spellStart"/>
            <w:r w:rsidRPr="006F3F0F">
              <w:rPr>
                <w:sz w:val="24"/>
                <w:szCs w:val="24"/>
              </w:rPr>
              <w:t>Cíle</w:t>
            </w:r>
            <w:proofErr w:type="spellEnd"/>
            <w:r w:rsidRPr="006F3F0F">
              <w:rPr>
                <w:sz w:val="24"/>
                <w:szCs w:val="24"/>
              </w:rPr>
              <w:t xml:space="preserve"> a </w:t>
            </w:r>
            <w:proofErr w:type="spellStart"/>
            <w:r w:rsidRPr="006F3F0F">
              <w:rPr>
                <w:sz w:val="24"/>
                <w:szCs w:val="24"/>
              </w:rPr>
              <w:t>výstupy</w:t>
            </w:r>
            <w:proofErr w:type="spellEnd"/>
          </w:p>
        </w:tc>
      </w:tr>
      <w:tr w:rsidR="00005B8D" w:rsidRPr="006F3F0F" w14:paraId="2C02FB6A" w14:textId="77777777" w:rsidTr="00860BE3">
        <w:tc>
          <w:tcPr>
            <w:tcW w:w="4320" w:type="dxa"/>
          </w:tcPr>
          <w:p w14:paraId="19DE5236" w14:textId="77777777" w:rsidR="00005B8D" w:rsidRPr="006F3F0F" w:rsidRDefault="00005B8D" w:rsidP="00860BE3">
            <w:pPr>
              <w:rPr>
                <w:sz w:val="24"/>
                <w:szCs w:val="24"/>
              </w:rPr>
            </w:pPr>
            <w:proofErr w:type="spellStart"/>
            <w:r w:rsidRPr="006F3F0F">
              <w:rPr>
                <w:sz w:val="24"/>
                <w:szCs w:val="24"/>
              </w:rPr>
              <w:t>Dítě</w:t>
            </w:r>
            <w:proofErr w:type="spellEnd"/>
            <w:r w:rsidRPr="006F3F0F">
              <w:rPr>
                <w:sz w:val="24"/>
                <w:szCs w:val="24"/>
              </w:rPr>
              <w:t xml:space="preserve"> a </w:t>
            </w:r>
            <w:proofErr w:type="spellStart"/>
            <w:r w:rsidRPr="006F3F0F">
              <w:rPr>
                <w:sz w:val="24"/>
                <w:szCs w:val="24"/>
              </w:rPr>
              <w:t>jeho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tělo</w:t>
            </w:r>
            <w:proofErr w:type="spellEnd"/>
          </w:p>
        </w:tc>
        <w:tc>
          <w:tcPr>
            <w:tcW w:w="4320" w:type="dxa"/>
          </w:tcPr>
          <w:p w14:paraId="0104B0E5" w14:textId="77777777" w:rsidR="00005B8D" w:rsidRPr="006F3F0F" w:rsidRDefault="00005B8D" w:rsidP="00860BE3">
            <w:pPr>
              <w:rPr>
                <w:sz w:val="24"/>
                <w:szCs w:val="24"/>
              </w:rPr>
            </w:pPr>
            <w:proofErr w:type="spellStart"/>
            <w:r w:rsidRPr="006F3F0F">
              <w:rPr>
                <w:sz w:val="24"/>
                <w:szCs w:val="24"/>
              </w:rPr>
              <w:t>Orientuje</w:t>
            </w:r>
            <w:proofErr w:type="spellEnd"/>
            <w:r w:rsidRPr="006F3F0F">
              <w:rPr>
                <w:sz w:val="24"/>
                <w:szCs w:val="24"/>
              </w:rPr>
              <w:t xml:space="preserve"> se </w:t>
            </w:r>
            <w:proofErr w:type="spellStart"/>
            <w:r w:rsidRPr="006F3F0F">
              <w:rPr>
                <w:sz w:val="24"/>
                <w:szCs w:val="24"/>
              </w:rPr>
              <w:t>ve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svém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těle</w:t>
            </w:r>
            <w:proofErr w:type="spellEnd"/>
            <w:r w:rsidRPr="006F3F0F">
              <w:rPr>
                <w:sz w:val="24"/>
                <w:szCs w:val="24"/>
              </w:rPr>
              <w:t xml:space="preserve">, </w:t>
            </w:r>
            <w:proofErr w:type="spellStart"/>
            <w:r w:rsidRPr="006F3F0F">
              <w:rPr>
                <w:sz w:val="24"/>
                <w:szCs w:val="24"/>
              </w:rPr>
              <w:t>učí</w:t>
            </w:r>
            <w:proofErr w:type="spellEnd"/>
            <w:r w:rsidRPr="006F3F0F">
              <w:rPr>
                <w:sz w:val="24"/>
                <w:szCs w:val="24"/>
              </w:rPr>
              <w:t xml:space="preserve"> se </w:t>
            </w:r>
            <w:proofErr w:type="spellStart"/>
            <w:r w:rsidRPr="006F3F0F">
              <w:rPr>
                <w:sz w:val="24"/>
                <w:szCs w:val="24"/>
              </w:rPr>
              <w:t>základní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péči</w:t>
            </w:r>
            <w:proofErr w:type="spellEnd"/>
            <w:r w:rsidRPr="006F3F0F">
              <w:rPr>
                <w:sz w:val="24"/>
                <w:szCs w:val="24"/>
              </w:rPr>
              <w:t xml:space="preserve"> o </w:t>
            </w:r>
            <w:proofErr w:type="spellStart"/>
            <w:r w:rsidRPr="006F3F0F">
              <w:rPr>
                <w:sz w:val="24"/>
                <w:szCs w:val="24"/>
              </w:rPr>
              <w:t>sebe</w:t>
            </w:r>
            <w:proofErr w:type="spellEnd"/>
            <w:r w:rsidRPr="006F3F0F">
              <w:rPr>
                <w:sz w:val="24"/>
                <w:szCs w:val="24"/>
              </w:rPr>
              <w:t xml:space="preserve">, </w:t>
            </w:r>
            <w:proofErr w:type="spellStart"/>
            <w:r w:rsidRPr="006F3F0F">
              <w:rPr>
                <w:sz w:val="24"/>
                <w:szCs w:val="24"/>
              </w:rPr>
              <w:t>vnímá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potřeby</w:t>
            </w:r>
            <w:proofErr w:type="spellEnd"/>
            <w:r w:rsidRPr="006F3F0F">
              <w:rPr>
                <w:sz w:val="24"/>
                <w:szCs w:val="24"/>
              </w:rPr>
              <w:t>.</w:t>
            </w:r>
          </w:p>
        </w:tc>
      </w:tr>
      <w:tr w:rsidR="00005B8D" w:rsidRPr="006F3F0F" w14:paraId="58E00956" w14:textId="77777777" w:rsidTr="00860BE3">
        <w:tc>
          <w:tcPr>
            <w:tcW w:w="4320" w:type="dxa"/>
          </w:tcPr>
          <w:p w14:paraId="0973CA29" w14:textId="77777777" w:rsidR="00005B8D" w:rsidRPr="006F3F0F" w:rsidRDefault="00005B8D" w:rsidP="00860BE3">
            <w:pPr>
              <w:rPr>
                <w:sz w:val="24"/>
                <w:szCs w:val="24"/>
              </w:rPr>
            </w:pPr>
            <w:proofErr w:type="spellStart"/>
            <w:r w:rsidRPr="006F3F0F">
              <w:rPr>
                <w:sz w:val="24"/>
                <w:szCs w:val="24"/>
              </w:rPr>
              <w:t>Dítě</w:t>
            </w:r>
            <w:proofErr w:type="spellEnd"/>
            <w:r w:rsidRPr="006F3F0F">
              <w:rPr>
                <w:sz w:val="24"/>
                <w:szCs w:val="24"/>
              </w:rPr>
              <w:t xml:space="preserve"> a </w:t>
            </w:r>
            <w:proofErr w:type="spellStart"/>
            <w:r w:rsidRPr="006F3F0F">
              <w:rPr>
                <w:sz w:val="24"/>
                <w:szCs w:val="24"/>
              </w:rPr>
              <w:t>jeho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psychika</w:t>
            </w:r>
            <w:proofErr w:type="spellEnd"/>
          </w:p>
        </w:tc>
        <w:tc>
          <w:tcPr>
            <w:tcW w:w="4320" w:type="dxa"/>
          </w:tcPr>
          <w:p w14:paraId="3A1F2BCC" w14:textId="77777777" w:rsidR="00005B8D" w:rsidRPr="006F3F0F" w:rsidRDefault="00005B8D" w:rsidP="00860BE3">
            <w:pPr>
              <w:rPr>
                <w:sz w:val="24"/>
                <w:szCs w:val="24"/>
              </w:rPr>
            </w:pPr>
            <w:proofErr w:type="spellStart"/>
            <w:r w:rsidRPr="006F3F0F">
              <w:rPr>
                <w:sz w:val="24"/>
                <w:szCs w:val="24"/>
              </w:rPr>
              <w:t>Rozvíjí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schopnost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soustředění</w:t>
            </w:r>
            <w:proofErr w:type="spellEnd"/>
            <w:r w:rsidRPr="006F3F0F">
              <w:rPr>
                <w:sz w:val="24"/>
                <w:szCs w:val="24"/>
              </w:rPr>
              <w:t xml:space="preserve">, </w:t>
            </w:r>
            <w:proofErr w:type="spellStart"/>
            <w:r w:rsidRPr="006F3F0F">
              <w:rPr>
                <w:sz w:val="24"/>
                <w:szCs w:val="24"/>
              </w:rPr>
              <w:t>sebeuvědomění</w:t>
            </w:r>
            <w:proofErr w:type="spellEnd"/>
            <w:r w:rsidRPr="006F3F0F">
              <w:rPr>
                <w:sz w:val="24"/>
                <w:szCs w:val="24"/>
              </w:rPr>
              <w:t xml:space="preserve">, </w:t>
            </w:r>
            <w:proofErr w:type="spellStart"/>
            <w:r w:rsidRPr="006F3F0F">
              <w:rPr>
                <w:sz w:val="24"/>
                <w:szCs w:val="24"/>
              </w:rPr>
              <w:t>rozpoznávání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emocí</w:t>
            </w:r>
            <w:proofErr w:type="spellEnd"/>
            <w:r w:rsidRPr="006F3F0F">
              <w:rPr>
                <w:sz w:val="24"/>
                <w:szCs w:val="24"/>
              </w:rPr>
              <w:t>.</w:t>
            </w:r>
          </w:p>
        </w:tc>
      </w:tr>
      <w:tr w:rsidR="00005B8D" w:rsidRPr="006F3F0F" w14:paraId="4758590B" w14:textId="77777777" w:rsidTr="00860BE3">
        <w:tc>
          <w:tcPr>
            <w:tcW w:w="4320" w:type="dxa"/>
          </w:tcPr>
          <w:p w14:paraId="25D310B2" w14:textId="77777777" w:rsidR="00005B8D" w:rsidRPr="006F3F0F" w:rsidRDefault="00005B8D" w:rsidP="00860BE3">
            <w:pPr>
              <w:rPr>
                <w:sz w:val="24"/>
                <w:szCs w:val="24"/>
              </w:rPr>
            </w:pPr>
            <w:proofErr w:type="spellStart"/>
            <w:r w:rsidRPr="006F3F0F">
              <w:rPr>
                <w:sz w:val="24"/>
                <w:szCs w:val="24"/>
              </w:rPr>
              <w:t>Dítě</w:t>
            </w:r>
            <w:proofErr w:type="spellEnd"/>
            <w:r w:rsidRPr="006F3F0F">
              <w:rPr>
                <w:sz w:val="24"/>
                <w:szCs w:val="24"/>
              </w:rPr>
              <w:t xml:space="preserve"> a ten </w:t>
            </w:r>
            <w:proofErr w:type="spellStart"/>
            <w:r w:rsidRPr="006F3F0F">
              <w:rPr>
                <w:sz w:val="24"/>
                <w:szCs w:val="24"/>
              </w:rPr>
              <w:t>druhý</w:t>
            </w:r>
            <w:proofErr w:type="spellEnd"/>
          </w:p>
        </w:tc>
        <w:tc>
          <w:tcPr>
            <w:tcW w:w="4320" w:type="dxa"/>
          </w:tcPr>
          <w:p w14:paraId="2D343815" w14:textId="77777777" w:rsidR="00005B8D" w:rsidRPr="006F3F0F" w:rsidRDefault="00005B8D" w:rsidP="00860BE3">
            <w:pPr>
              <w:rPr>
                <w:sz w:val="24"/>
                <w:szCs w:val="24"/>
              </w:rPr>
            </w:pPr>
            <w:proofErr w:type="spellStart"/>
            <w:r w:rsidRPr="006F3F0F">
              <w:rPr>
                <w:sz w:val="24"/>
                <w:szCs w:val="24"/>
              </w:rPr>
              <w:t>Navazuje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kontakty</w:t>
            </w:r>
            <w:proofErr w:type="spellEnd"/>
            <w:r w:rsidRPr="006F3F0F">
              <w:rPr>
                <w:sz w:val="24"/>
                <w:szCs w:val="24"/>
              </w:rPr>
              <w:t xml:space="preserve">, </w:t>
            </w:r>
            <w:proofErr w:type="spellStart"/>
            <w:r w:rsidRPr="006F3F0F">
              <w:rPr>
                <w:sz w:val="24"/>
                <w:szCs w:val="24"/>
              </w:rPr>
              <w:t>dodržuje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pravidla</w:t>
            </w:r>
            <w:proofErr w:type="spellEnd"/>
            <w:r w:rsidRPr="006F3F0F">
              <w:rPr>
                <w:sz w:val="24"/>
                <w:szCs w:val="24"/>
              </w:rPr>
              <w:t xml:space="preserve">, </w:t>
            </w:r>
            <w:proofErr w:type="spellStart"/>
            <w:r w:rsidRPr="006F3F0F">
              <w:rPr>
                <w:sz w:val="24"/>
                <w:szCs w:val="24"/>
              </w:rPr>
              <w:t>učí</w:t>
            </w:r>
            <w:proofErr w:type="spellEnd"/>
            <w:r w:rsidRPr="006F3F0F">
              <w:rPr>
                <w:sz w:val="24"/>
                <w:szCs w:val="24"/>
              </w:rPr>
              <w:t xml:space="preserve"> se </w:t>
            </w:r>
            <w:proofErr w:type="spellStart"/>
            <w:r w:rsidRPr="006F3F0F">
              <w:rPr>
                <w:sz w:val="24"/>
                <w:szCs w:val="24"/>
              </w:rPr>
              <w:t>spolupracovat</w:t>
            </w:r>
            <w:proofErr w:type="spellEnd"/>
            <w:r w:rsidRPr="006F3F0F">
              <w:rPr>
                <w:sz w:val="24"/>
                <w:szCs w:val="24"/>
              </w:rPr>
              <w:t>.</w:t>
            </w:r>
          </w:p>
        </w:tc>
      </w:tr>
      <w:tr w:rsidR="00005B8D" w:rsidRPr="006F3F0F" w14:paraId="3C674534" w14:textId="77777777" w:rsidTr="00860BE3">
        <w:tc>
          <w:tcPr>
            <w:tcW w:w="4320" w:type="dxa"/>
          </w:tcPr>
          <w:p w14:paraId="235CC58D" w14:textId="77777777" w:rsidR="00005B8D" w:rsidRPr="006F3F0F" w:rsidRDefault="00005B8D" w:rsidP="00860BE3">
            <w:pPr>
              <w:rPr>
                <w:sz w:val="24"/>
                <w:szCs w:val="24"/>
              </w:rPr>
            </w:pPr>
            <w:proofErr w:type="spellStart"/>
            <w:r w:rsidRPr="006F3F0F">
              <w:rPr>
                <w:sz w:val="24"/>
                <w:szCs w:val="24"/>
              </w:rPr>
              <w:t>Dítě</w:t>
            </w:r>
            <w:proofErr w:type="spellEnd"/>
            <w:r w:rsidRPr="006F3F0F">
              <w:rPr>
                <w:sz w:val="24"/>
                <w:szCs w:val="24"/>
              </w:rPr>
              <w:t xml:space="preserve"> a </w:t>
            </w:r>
            <w:proofErr w:type="spellStart"/>
            <w:r w:rsidRPr="006F3F0F">
              <w:rPr>
                <w:sz w:val="24"/>
                <w:szCs w:val="24"/>
              </w:rPr>
              <w:t>společnost</w:t>
            </w:r>
            <w:proofErr w:type="spellEnd"/>
          </w:p>
        </w:tc>
        <w:tc>
          <w:tcPr>
            <w:tcW w:w="4320" w:type="dxa"/>
          </w:tcPr>
          <w:p w14:paraId="391381CC" w14:textId="77777777" w:rsidR="00005B8D" w:rsidRPr="006F3F0F" w:rsidRDefault="00005B8D" w:rsidP="00860BE3">
            <w:pPr>
              <w:rPr>
                <w:sz w:val="24"/>
                <w:szCs w:val="24"/>
              </w:rPr>
            </w:pPr>
            <w:proofErr w:type="spellStart"/>
            <w:r w:rsidRPr="006F3F0F">
              <w:rPr>
                <w:sz w:val="24"/>
                <w:szCs w:val="24"/>
              </w:rPr>
              <w:t>Orientuje</w:t>
            </w:r>
            <w:proofErr w:type="spellEnd"/>
            <w:r w:rsidRPr="006F3F0F">
              <w:rPr>
                <w:sz w:val="24"/>
                <w:szCs w:val="24"/>
              </w:rPr>
              <w:t xml:space="preserve"> se v </w:t>
            </w:r>
            <w:proofErr w:type="spellStart"/>
            <w:r w:rsidRPr="006F3F0F">
              <w:rPr>
                <w:sz w:val="24"/>
                <w:szCs w:val="24"/>
              </w:rPr>
              <w:t>prostředí</w:t>
            </w:r>
            <w:proofErr w:type="spellEnd"/>
            <w:r w:rsidRPr="006F3F0F">
              <w:rPr>
                <w:sz w:val="24"/>
                <w:szCs w:val="24"/>
              </w:rPr>
              <w:t xml:space="preserve"> MŠ, </w:t>
            </w:r>
            <w:proofErr w:type="spellStart"/>
            <w:r w:rsidRPr="006F3F0F">
              <w:rPr>
                <w:sz w:val="24"/>
                <w:szCs w:val="24"/>
              </w:rPr>
              <w:t>chápe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základní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společenské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normy</w:t>
            </w:r>
            <w:proofErr w:type="spellEnd"/>
            <w:r w:rsidRPr="006F3F0F">
              <w:rPr>
                <w:sz w:val="24"/>
                <w:szCs w:val="24"/>
              </w:rPr>
              <w:t>.</w:t>
            </w:r>
          </w:p>
        </w:tc>
      </w:tr>
      <w:tr w:rsidR="00005B8D" w:rsidRPr="006F3F0F" w14:paraId="1490D636" w14:textId="77777777" w:rsidTr="00860BE3">
        <w:tc>
          <w:tcPr>
            <w:tcW w:w="4320" w:type="dxa"/>
          </w:tcPr>
          <w:p w14:paraId="60D6AA6A" w14:textId="77777777" w:rsidR="00005B8D" w:rsidRPr="006F3F0F" w:rsidRDefault="00005B8D" w:rsidP="00860BE3">
            <w:pPr>
              <w:rPr>
                <w:sz w:val="24"/>
                <w:szCs w:val="24"/>
              </w:rPr>
            </w:pPr>
            <w:proofErr w:type="spellStart"/>
            <w:r w:rsidRPr="006F3F0F">
              <w:rPr>
                <w:sz w:val="24"/>
                <w:szCs w:val="24"/>
              </w:rPr>
              <w:lastRenderedPageBreak/>
              <w:t>Dítě</w:t>
            </w:r>
            <w:proofErr w:type="spellEnd"/>
            <w:r w:rsidRPr="006F3F0F">
              <w:rPr>
                <w:sz w:val="24"/>
                <w:szCs w:val="24"/>
              </w:rPr>
              <w:t xml:space="preserve"> a </w:t>
            </w:r>
            <w:proofErr w:type="spellStart"/>
            <w:r w:rsidRPr="006F3F0F">
              <w:rPr>
                <w:sz w:val="24"/>
                <w:szCs w:val="24"/>
              </w:rPr>
              <w:t>svět</w:t>
            </w:r>
            <w:proofErr w:type="spellEnd"/>
          </w:p>
        </w:tc>
        <w:tc>
          <w:tcPr>
            <w:tcW w:w="4320" w:type="dxa"/>
          </w:tcPr>
          <w:p w14:paraId="26548C23" w14:textId="77777777" w:rsidR="00005B8D" w:rsidRPr="006F3F0F" w:rsidRDefault="00005B8D" w:rsidP="00860BE3">
            <w:pPr>
              <w:rPr>
                <w:sz w:val="24"/>
                <w:szCs w:val="24"/>
              </w:rPr>
            </w:pPr>
            <w:proofErr w:type="spellStart"/>
            <w:r w:rsidRPr="006F3F0F">
              <w:rPr>
                <w:sz w:val="24"/>
                <w:szCs w:val="24"/>
              </w:rPr>
              <w:t>Poznává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své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místo</w:t>
            </w:r>
            <w:proofErr w:type="spellEnd"/>
            <w:r w:rsidRPr="006F3F0F">
              <w:rPr>
                <w:sz w:val="24"/>
                <w:szCs w:val="24"/>
              </w:rPr>
              <w:t xml:space="preserve"> v </w:t>
            </w:r>
            <w:proofErr w:type="spellStart"/>
            <w:r w:rsidRPr="006F3F0F">
              <w:rPr>
                <w:sz w:val="24"/>
                <w:szCs w:val="24"/>
              </w:rPr>
              <w:t>širším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světě</w:t>
            </w:r>
            <w:proofErr w:type="spellEnd"/>
            <w:r w:rsidRPr="006F3F0F">
              <w:rPr>
                <w:sz w:val="24"/>
                <w:szCs w:val="24"/>
              </w:rPr>
              <w:t xml:space="preserve"> (</w:t>
            </w:r>
            <w:proofErr w:type="spellStart"/>
            <w:r w:rsidRPr="006F3F0F">
              <w:rPr>
                <w:sz w:val="24"/>
                <w:szCs w:val="24"/>
              </w:rPr>
              <w:t>rodina</w:t>
            </w:r>
            <w:proofErr w:type="spellEnd"/>
            <w:r w:rsidRPr="006F3F0F">
              <w:rPr>
                <w:sz w:val="24"/>
                <w:szCs w:val="24"/>
              </w:rPr>
              <w:t xml:space="preserve"> – </w:t>
            </w:r>
            <w:proofErr w:type="spellStart"/>
            <w:r w:rsidRPr="006F3F0F">
              <w:rPr>
                <w:sz w:val="24"/>
                <w:szCs w:val="24"/>
              </w:rPr>
              <w:t>školka</w:t>
            </w:r>
            <w:proofErr w:type="spellEnd"/>
            <w:r w:rsidRPr="006F3F0F">
              <w:rPr>
                <w:sz w:val="24"/>
                <w:szCs w:val="24"/>
              </w:rPr>
              <w:t xml:space="preserve"> – </w:t>
            </w:r>
            <w:proofErr w:type="spellStart"/>
            <w:r w:rsidRPr="006F3F0F">
              <w:rPr>
                <w:sz w:val="24"/>
                <w:szCs w:val="24"/>
              </w:rPr>
              <w:t>komunita</w:t>
            </w:r>
            <w:proofErr w:type="spellEnd"/>
            <w:r w:rsidRPr="006F3F0F">
              <w:rPr>
                <w:sz w:val="24"/>
                <w:szCs w:val="24"/>
              </w:rPr>
              <w:t>).</w:t>
            </w:r>
          </w:p>
        </w:tc>
      </w:tr>
    </w:tbl>
    <w:p w14:paraId="137691A3" w14:textId="77777777" w:rsidR="00005B8D" w:rsidRPr="006F3F0F" w:rsidRDefault="00005B8D" w:rsidP="00005B8D">
      <w:pPr>
        <w:rPr>
          <w:sz w:val="24"/>
          <w:szCs w:val="24"/>
        </w:rPr>
      </w:pPr>
    </w:p>
    <w:p w14:paraId="46BDE0A6" w14:textId="77777777" w:rsidR="00005B8D" w:rsidRPr="006F3F0F" w:rsidRDefault="00005B8D" w:rsidP="00585854">
      <w:pPr>
        <w:pStyle w:val="Nadpis3"/>
        <w:rPr>
          <w:sz w:val="24"/>
          <w:szCs w:val="24"/>
        </w:rPr>
      </w:pPr>
      <w:proofErr w:type="spellStart"/>
      <w:r w:rsidRPr="006F3F0F">
        <w:rPr>
          <w:sz w:val="24"/>
          <w:szCs w:val="24"/>
        </w:rPr>
        <w:t>Návrhy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činností</w:t>
      </w:r>
      <w:proofErr w:type="spellEnd"/>
    </w:p>
    <w:p w14:paraId="7D601040" w14:textId="77777777" w:rsidR="00005B8D" w:rsidRPr="006F3F0F" w:rsidRDefault="00005B8D" w:rsidP="00005B8D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Výtvarné</w:t>
      </w:r>
      <w:proofErr w:type="spellEnd"/>
      <w:r w:rsidRPr="006F3F0F">
        <w:rPr>
          <w:sz w:val="24"/>
          <w:szCs w:val="24"/>
        </w:rPr>
        <w:t xml:space="preserve">: </w:t>
      </w:r>
      <w:proofErr w:type="spellStart"/>
      <w:r w:rsidRPr="006F3F0F">
        <w:rPr>
          <w:sz w:val="24"/>
          <w:szCs w:val="24"/>
        </w:rPr>
        <w:t>autoportrét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koláž</w:t>
      </w:r>
      <w:proofErr w:type="spellEnd"/>
      <w:r w:rsidRPr="006F3F0F">
        <w:rPr>
          <w:sz w:val="24"/>
          <w:szCs w:val="24"/>
        </w:rPr>
        <w:t xml:space="preserve"> „</w:t>
      </w:r>
      <w:proofErr w:type="spellStart"/>
      <w:r w:rsidRPr="006F3F0F">
        <w:rPr>
          <w:sz w:val="24"/>
          <w:szCs w:val="24"/>
        </w:rPr>
        <w:t>moje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proofErr w:type="gramStart"/>
      <w:r w:rsidRPr="006F3F0F">
        <w:rPr>
          <w:sz w:val="24"/>
          <w:szCs w:val="24"/>
        </w:rPr>
        <w:t>rodina</w:t>
      </w:r>
      <w:proofErr w:type="spellEnd"/>
      <w:r w:rsidRPr="006F3F0F">
        <w:rPr>
          <w:sz w:val="24"/>
          <w:szCs w:val="24"/>
        </w:rPr>
        <w:t>“</w:t>
      </w:r>
      <w:proofErr w:type="gram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modelování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obličeje</w:t>
      </w:r>
      <w:proofErr w:type="spellEnd"/>
      <w:r w:rsidRPr="006F3F0F">
        <w:rPr>
          <w:sz w:val="24"/>
          <w:szCs w:val="24"/>
        </w:rPr>
        <w:t>.</w:t>
      </w:r>
    </w:p>
    <w:p w14:paraId="695C602F" w14:textId="77777777" w:rsidR="00005B8D" w:rsidRPr="006F3F0F" w:rsidRDefault="00005B8D" w:rsidP="00005B8D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Hudební</w:t>
      </w:r>
      <w:proofErr w:type="spellEnd"/>
      <w:r w:rsidRPr="006F3F0F">
        <w:rPr>
          <w:sz w:val="24"/>
          <w:szCs w:val="24"/>
        </w:rPr>
        <w:t xml:space="preserve">: </w:t>
      </w:r>
      <w:proofErr w:type="spellStart"/>
      <w:r w:rsidRPr="006F3F0F">
        <w:rPr>
          <w:sz w:val="24"/>
          <w:szCs w:val="24"/>
        </w:rPr>
        <w:t>písně</w:t>
      </w:r>
      <w:proofErr w:type="spellEnd"/>
      <w:r w:rsidRPr="006F3F0F">
        <w:rPr>
          <w:sz w:val="24"/>
          <w:szCs w:val="24"/>
        </w:rPr>
        <w:t xml:space="preserve"> o </w:t>
      </w:r>
      <w:proofErr w:type="spellStart"/>
      <w:r w:rsidRPr="006F3F0F">
        <w:rPr>
          <w:sz w:val="24"/>
          <w:szCs w:val="24"/>
        </w:rPr>
        <w:t>jméně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jazyky</w:t>
      </w:r>
      <w:proofErr w:type="spellEnd"/>
      <w:r w:rsidRPr="006F3F0F">
        <w:rPr>
          <w:sz w:val="24"/>
          <w:szCs w:val="24"/>
        </w:rPr>
        <w:t xml:space="preserve"> a </w:t>
      </w:r>
      <w:proofErr w:type="spellStart"/>
      <w:r w:rsidRPr="006F3F0F">
        <w:rPr>
          <w:sz w:val="24"/>
          <w:szCs w:val="24"/>
        </w:rPr>
        <w:t>rytmizace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jmen</w:t>
      </w:r>
      <w:proofErr w:type="spellEnd"/>
      <w:r w:rsidRPr="006F3F0F">
        <w:rPr>
          <w:sz w:val="24"/>
          <w:szCs w:val="24"/>
        </w:rPr>
        <w:t>.</w:t>
      </w:r>
    </w:p>
    <w:p w14:paraId="17E2CB82" w14:textId="77777777" w:rsidR="00005B8D" w:rsidRPr="006F3F0F" w:rsidRDefault="00005B8D" w:rsidP="00005B8D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Pohybové</w:t>
      </w:r>
      <w:proofErr w:type="spellEnd"/>
      <w:r w:rsidRPr="006F3F0F">
        <w:rPr>
          <w:sz w:val="24"/>
          <w:szCs w:val="24"/>
        </w:rPr>
        <w:t xml:space="preserve">: </w:t>
      </w:r>
      <w:proofErr w:type="spellStart"/>
      <w:r w:rsidRPr="006F3F0F">
        <w:rPr>
          <w:sz w:val="24"/>
          <w:szCs w:val="24"/>
        </w:rPr>
        <w:t>hra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na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zrcadlo</w:t>
      </w:r>
      <w:proofErr w:type="spellEnd"/>
      <w:r w:rsidRPr="006F3F0F">
        <w:rPr>
          <w:sz w:val="24"/>
          <w:szCs w:val="24"/>
        </w:rPr>
        <w:t xml:space="preserve"> (</w:t>
      </w:r>
      <w:proofErr w:type="spellStart"/>
      <w:r w:rsidRPr="006F3F0F">
        <w:rPr>
          <w:sz w:val="24"/>
          <w:szCs w:val="24"/>
        </w:rPr>
        <w:t>já</w:t>
      </w:r>
      <w:proofErr w:type="spellEnd"/>
      <w:r w:rsidRPr="006F3F0F">
        <w:rPr>
          <w:sz w:val="24"/>
          <w:szCs w:val="24"/>
        </w:rPr>
        <w:t xml:space="preserve"> a </w:t>
      </w:r>
      <w:proofErr w:type="spellStart"/>
      <w:r w:rsidRPr="006F3F0F">
        <w:rPr>
          <w:sz w:val="24"/>
          <w:szCs w:val="24"/>
        </w:rPr>
        <w:t>moje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tělo</w:t>
      </w:r>
      <w:proofErr w:type="spellEnd"/>
      <w:r w:rsidRPr="006F3F0F">
        <w:rPr>
          <w:sz w:val="24"/>
          <w:szCs w:val="24"/>
        </w:rPr>
        <w:t xml:space="preserve">), </w:t>
      </w:r>
      <w:proofErr w:type="spellStart"/>
      <w:r w:rsidRPr="006F3F0F">
        <w:rPr>
          <w:sz w:val="24"/>
          <w:szCs w:val="24"/>
        </w:rPr>
        <w:t>pohybové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hry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na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jména</w:t>
      </w:r>
      <w:proofErr w:type="spellEnd"/>
      <w:r w:rsidRPr="006F3F0F">
        <w:rPr>
          <w:sz w:val="24"/>
          <w:szCs w:val="24"/>
        </w:rPr>
        <w:t>.</w:t>
      </w:r>
    </w:p>
    <w:p w14:paraId="72A60B4C" w14:textId="77777777" w:rsidR="00005B8D" w:rsidRPr="006F3F0F" w:rsidRDefault="00005B8D" w:rsidP="00005B8D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Jazykové</w:t>
      </w:r>
      <w:proofErr w:type="spellEnd"/>
      <w:r w:rsidRPr="006F3F0F">
        <w:rPr>
          <w:sz w:val="24"/>
          <w:szCs w:val="24"/>
        </w:rPr>
        <w:t xml:space="preserve">: </w:t>
      </w:r>
      <w:proofErr w:type="spellStart"/>
      <w:r w:rsidRPr="006F3F0F">
        <w:rPr>
          <w:sz w:val="24"/>
          <w:szCs w:val="24"/>
        </w:rPr>
        <w:t>rozhovory</w:t>
      </w:r>
      <w:proofErr w:type="spellEnd"/>
      <w:r w:rsidRPr="006F3F0F">
        <w:rPr>
          <w:sz w:val="24"/>
          <w:szCs w:val="24"/>
        </w:rPr>
        <w:t xml:space="preserve"> o </w:t>
      </w:r>
      <w:proofErr w:type="spellStart"/>
      <w:r w:rsidRPr="006F3F0F">
        <w:rPr>
          <w:sz w:val="24"/>
          <w:szCs w:val="24"/>
        </w:rPr>
        <w:t>sobě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poslech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pohádky</w:t>
      </w:r>
      <w:proofErr w:type="spellEnd"/>
      <w:r w:rsidRPr="006F3F0F">
        <w:rPr>
          <w:sz w:val="24"/>
          <w:szCs w:val="24"/>
        </w:rPr>
        <w:t xml:space="preserve"> „O </w:t>
      </w:r>
      <w:proofErr w:type="spellStart"/>
      <w:r w:rsidRPr="006F3F0F">
        <w:rPr>
          <w:sz w:val="24"/>
          <w:szCs w:val="24"/>
        </w:rPr>
        <w:t>pyšné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proofErr w:type="gramStart"/>
      <w:r w:rsidRPr="006F3F0F">
        <w:rPr>
          <w:sz w:val="24"/>
          <w:szCs w:val="24"/>
        </w:rPr>
        <w:t>nožičce</w:t>
      </w:r>
      <w:proofErr w:type="spellEnd"/>
      <w:r w:rsidRPr="006F3F0F">
        <w:rPr>
          <w:sz w:val="24"/>
          <w:szCs w:val="24"/>
        </w:rPr>
        <w:t>“</w:t>
      </w:r>
      <w:proofErr w:type="gram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hádanky</w:t>
      </w:r>
      <w:proofErr w:type="spellEnd"/>
      <w:r w:rsidRPr="006F3F0F">
        <w:rPr>
          <w:sz w:val="24"/>
          <w:szCs w:val="24"/>
        </w:rPr>
        <w:t xml:space="preserve"> o </w:t>
      </w:r>
      <w:proofErr w:type="spellStart"/>
      <w:r w:rsidRPr="006F3F0F">
        <w:rPr>
          <w:sz w:val="24"/>
          <w:szCs w:val="24"/>
        </w:rPr>
        <w:t>kamarádech</w:t>
      </w:r>
      <w:proofErr w:type="spellEnd"/>
      <w:r w:rsidRPr="006F3F0F">
        <w:rPr>
          <w:sz w:val="24"/>
          <w:szCs w:val="24"/>
        </w:rPr>
        <w:t>.</w:t>
      </w:r>
    </w:p>
    <w:p w14:paraId="670C50FA" w14:textId="77777777" w:rsidR="00005B8D" w:rsidRPr="006F3F0F" w:rsidRDefault="00005B8D" w:rsidP="00005B8D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Společné</w:t>
      </w:r>
      <w:proofErr w:type="spellEnd"/>
      <w:r w:rsidRPr="006F3F0F">
        <w:rPr>
          <w:sz w:val="24"/>
          <w:szCs w:val="24"/>
        </w:rPr>
        <w:t xml:space="preserve">: </w:t>
      </w:r>
      <w:proofErr w:type="spellStart"/>
      <w:r w:rsidRPr="006F3F0F">
        <w:rPr>
          <w:sz w:val="24"/>
          <w:szCs w:val="24"/>
        </w:rPr>
        <w:t>výroba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třídních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pravidel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vytvoření</w:t>
      </w:r>
      <w:proofErr w:type="spellEnd"/>
      <w:r w:rsidRPr="006F3F0F">
        <w:rPr>
          <w:sz w:val="24"/>
          <w:szCs w:val="24"/>
        </w:rPr>
        <w:t xml:space="preserve"> „</w:t>
      </w:r>
      <w:proofErr w:type="spellStart"/>
      <w:r w:rsidRPr="006F3F0F">
        <w:rPr>
          <w:sz w:val="24"/>
          <w:szCs w:val="24"/>
        </w:rPr>
        <w:t>kruhu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proofErr w:type="gramStart"/>
      <w:r w:rsidRPr="006F3F0F">
        <w:rPr>
          <w:sz w:val="24"/>
          <w:szCs w:val="24"/>
        </w:rPr>
        <w:t>přátelství</w:t>
      </w:r>
      <w:proofErr w:type="spellEnd"/>
      <w:r w:rsidRPr="006F3F0F">
        <w:rPr>
          <w:sz w:val="24"/>
          <w:szCs w:val="24"/>
        </w:rPr>
        <w:t>“</w:t>
      </w:r>
      <w:proofErr w:type="gramEnd"/>
      <w:r w:rsidRPr="006F3F0F">
        <w:rPr>
          <w:sz w:val="24"/>
          <w:szCs w:val="24"/>
        </w:rPr>
        <w:t>.</w:t>
      </w:r>
    </w:p>
    <w:p w14:paraId="5E8B7616" w14:textId="77777777" w:rsidR="00005B8D" w:rsidRPr="006F3F0F" w:rsidRDefault="00005B8D" w:rsidP="00005B8D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Symbolické</w:t>
      </w:r>
      <w:proofErr w:type="spellEnd"/>
      <w:r w:rsidRPr="006F3F0F">
        <w:rPr>
          <w:sz w:val="24"/>
          <w:szCs w:val="24"/>
        </w:rPr>
        <w:t xml:space="preserve">: </w:t>
      </w:r>
      <w:proofErr w:type="spellStart"/>
      <w:r w:rsidRPr="006F3F0F">
        <w:rPr>
          <w:sz w:val="24"/>
          <w:szCs w:val="24"/>
        </w:rPr>
        <w:t>hra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na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školku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rodinu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miminko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doktora</w:t>
      </w:r>
      <w:proofErr w:type="spellEnd"/>
      <w:r w:rsidRPr="006F3F0F">
        <w:rPr>
          <w:sz w:val="24"/>
          <w:szCs w:val="24"/>
        </w:rPr>
        <w:t>.</w:t>
      </w:r>
    </w:p>
    <w:p w14:paraId="273E2015" w14:textId="77777777" w:rsidR="00005B8D" w:rsidRPr="006F3F0F" w:rsidRDefault="00005B8D" w:rsidP="00585854">
      <w:pPr>
        <w:pStyle w:val="Nadpis3"/>
        <w:rPr>
          <w:sz w:val="24"/>
          <w:szCs w:val="24"/>
        </w:rPr>
      </w:pPr>
      <w:r w:rsidRPr="006F3F0F">
        <w:rPr>
          <w:sz w:val="24"/>
          <w:szCs w:val="24"/>
        </w:rPr>
        <w:t xml:space="preserve">Mini </w:t>
      </w:r>
      <w:proofErr w:type="spellStart"/>
      <w:proofErr w:type="gramStart"/>
      <w:r w:rsidRPr="006F3F0F">
        <w:rPr>
          <w:sz w:val="24"/>
          <w:szCs w:val="24"/>
        </w:rPr>
        <w:t>projekty</w:t>
      </w:r>
      <w:proofErr w:type="spellEnd"/>
      <w:proofErr w:type="gramEnd"/>
      <w:r w:rsidRPr="006F3F0F">
        <w:rPr>
          <w:sz w:val="24"/>
          <w:szCs w:val="24"/>
        </w:rPr>
        <w:t xml:space="preserve"> a </w:t>
      </w:r>
      <w:proofErr w:type="spellStart"/>
      <w:r w:rsidRPr="006F3F0F">
        <w:rPr>
          <w:sz w:val="24"/>
          <w:szCs w:val="24"/>
        </w:rPr>
        <w:t>slavnosti</w:t>
      </w:r>
      <w:proofErr w:type="spellEnd"/>
    </w:p>
    <w:p w14:paraId="1561834C" w14:textId="77777777" w:rsidR="00005B8D" w:rsidRPr="006F3F0F" w:rsidRDefault="00005B8D" w:rsidP="00005B8D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Slavnost</w:t>
      </w:r>
      <w:proofErr w:type="spellEnd"/>
      <w:r w:rsidRPr="006F3F0F">
        <w:rPr>
          <w:sz w:val="24"/>
          <w:szCs w:val="24"/>
        </w:rPr>
        <w:t xml:space="preserve"> „</w:t>
      </w:r>
      <w:proofErr w:type="spellStart"/>
      <w:r w:rsidRPr="006F3F0F">
        <w:rPr>
          <w:sz w:val="24"/>
          <w:szCs w:val="24"/>
        </w:rPr>
        <w:t>Naše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proofErr w:type="gramStart"/>
      <w:r w:rsidRPr="006F3F0F">
        <w:rPr>
          <w:sz w:val="24"/>
          <w:szCs w:val="24"/>
        </w:rPr>
        <w:t>jména</w:t>
      </w:r>
      <w:proofErr w:type="spellEnd"/>
      <w:r w:rsidRPr="006F3F0F">
        <w:rPr>
          <w:sz w:val="24"/>
          <w:szCs w:val="24"/>
        </w:rPr>
        <w:t>“ –</w:t>
      </w:r>
      <w:proofErr w:type="gramEnd"/>
      <w:r w:rsidRPr="006F3F0F">
        <w:rPr>
          <w:sz w:val="24"/>
          <w:szCs w:val="24"/>
        </w:rPr>
        <w:t xml:space="preserve"> den, </w:t>
      </w:r>
      <w:proofErr w:type="spellStart"/>
      <w:r w:rsidRPr="006F3F0F">
        <w:rPr>
          <w:sz w:val="24"/>
          <w:szCs w:val="24"/>
        </w:rPr>
        <w:t>kdy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si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každý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může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říct</w:t>
      </w:r>
      <w:proofErr w:type="spellEnd"/>
      <w:r w:rsidRPr="006F3F0F">
        <w:rPr>
          <w:sz w:val="24"/>
          <w:szCs w:val="24"/>
        </w:rPr>
        <w:t xml:space="preserve">, co o </w:t>
      </w:r>
      <w:proofErr w:type="spellStart"/>
      <w:r w:rsidRPr="006F3F0F">
        <w:rPr>
          <w:sz w:val="24"/>
          <w:szCs w:val="24"/>
        </w:rPr>
        <w:t>sobě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chce</w:t>
      </w:r>
      <w:proofErr w:type="spellEnd"/>
      <w:r w:rsidRPr="006F3F0F">
        <w:rPr>
          <w:sz w:val="24"/>
          <w:szCs w:val="24"/>
        </w:rPr>
        <w:t>.</w:t>
      </w:r>
    </w:p>
    <w:p w14:paraId="58F6C0E4" w14:textId="77777777" w:rsidR="00005B8D" w:rsidRPr="006F3F0F" w:rsidRDefault="00005B8D" w:rsidP="00005B8D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Návštěva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zahrady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hřiště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nebo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knihovny</w:t>
      </w:r>
      <w:proofErr w:type="spellEnd"/>
      <w:r w:rsidRPr="006F3F0F">
        <w:rPr>
          <w:sz w:val="24"/>
          <w:szCs w:val="24"/>
        </w:rPr>
        <w:t xml:space="preserve"> – </w:t>
      </w:r>
      <w:proofErr w:type="spellStart"/>
      <w:r w:rsidRPr="006F3F0F">
        <w:rPr>
          <w:sz w:val="24"/>
          <w:szCs w:val="24"/>
        </w:rPr>
        <w:t>první</w:t>
      </w:r>
      <w:proofErr w:type="spellEnd"/>
      <w:r w:rsidRPr="006F3F0F">
        <w:rPr>
          <w:sz w:val="24"/>
          <w:szCs w:val="24"/>
        </w:rPr>
        <w:t xml:space="preserve"> „</w:t>
      </w:r>
      <w:proofErr w:type="spellStart"/>
      <w:proofErr w:type="gramStart"/>
      <w:r w:rsidRPr="006F3F0F">
        <w:rPr>
          <w:sz w:val="24"/>
          <w:szCs w:val="24"/>
        </w:rPr>
        <w:t>výlet</w:t>
      </w:r>
      <w:proofErr w:type="spellEnd"/>
      <w:r w:rsidRPr="006F3F0F">
        <w:rPr>
          <w:sz w:val="24"/>
          <w:szCs w:val="24"/>
        </w:rPr>
        <w:t>“</w:t>
      </w:r>
      <w:proofErr w:type="gramEnd"/>
      <w:r w:rsidRPr="006F3F0F">
        <w:rPr>
          <w:sz w:val="24"/>
          <w:szCs w:val="24"/>
        </w:rPr>
        <w:t>.</w:t>
      </w:r>
    </w:p>
    <w:p w14:paraId="0D52D335" w14:textId="77777777" w:rsidR="00005B8D" w:rsidRPr="006F3F0F" w:rsidRDefault="00005B8D" w:rsidP="00005B8D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Setkání</w:t>
      </w:r>
      <w:proofErr w:type="spellEnd"/>
      <w:r w:rsidRPr="006F3F0F">
        <w:rPr>
          <w:sz w:val="24"/>
          <w:szCs w:val="24"/>
        </w:rPr>
        <w:t xml:space="preserve"> s </w:t>
      </w:r>
      <w:proofErr w:type="spellStart"/>
      <w:r w:rsidRPr="006F3F0F">
        <w:rPr>
          <w:sz w:val="24"/>
          <w:szCs w:val="24"/>
        </w:rPr>
        <w:t>rodiči</w:t>
      </w:r>
      <w:proofErr w:type="spellEnd"/>
      <w:r w:rsidRPr="006F3F0F">
        <w:rPr>
          <w:sz w:val="24"/>
          <w:szCs w:val="24"/>
        </w:rPr>
        <w:t xml:space="preserve"> – </w:t>
      </w:r>
      <w:proofErr w:type="spellStart"/>
      <w:r w:rsidRPr="006F3F0F">
        <w:rPr>
          <w:sz w:val="24"/>
          <w:szCs w:val="24"/>
        </w:rPr>
        <w:t>společná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tvorba</w:t>
      </w:r>
      <w:proofErr w:type="spellEnd"/>
      <w:r w:rsidRPr="006F3F0F">
        <w:rPr>
          <w:sz w:val="24"/>
          <w:szCs w:val="24"/>
        </w:rPr>
        <w:t xml:space="preserve"> „</w:t>
      </w:r>
      <w:proofErr w:type="spellStart"/>
      <w:r w:rsidRPr="006F3F0F">
        <w:rPr>
          <w:sz w:val="24"/>
          <w:szCs w:val="24"/>
        </w:rPr>
        <w:t>stromu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proofErr w:type="gramStart"/>
      <w:r w:rsidRPr="006F3F0F">
        <w:rPr>
          <w:sz w:val="24"/>
          <w:szCs w:val="24"/>
        </w:rPr>
        <w:t>rodiny</w:t>
      </w:r>
      <w:proofErr w:type="spellEnd"/>
      <w:r w:rsidRPr="006F3F0F">
        <w:rPr>
          <w:sz w:val="24"/>
          <w:szCs w:val="24"/>
        </w:rPr>
        <w:t>“</w:t>
      </w:r>
      <w:proofErr w:type="gramEnd"/>
      <w:r w:rsidRPr="006F3F0F">
        <w:rPr>
          <w:sz w:val="24"/>
          <w:szCs w:val="24"/>
        </w:rPr>
        <w:t>.</w:t>
      </w:r>
    </w:p>
    <w:p w14:paraId="5DF274C8" w14:textId="77777777" w:rsidR="00147C88" w:rsidRPr="006F3F0F" w:rsidRDefault="00147C88" w:rsidP="00005B8D">
      <w:pPr>
        <w:rPr>
          <w:sz w:val="24"/>
          <w:szCs w:val="24"/>
        </w:rPr>
      </w:pPr>
    </w:p>
    <w:p w14:paraId="2A11F587" w14:textId="77777777" w:rsidR="00147C88" w:rsidRPr="00745799" w:rsidRDefault="00147C88" w:rsidP="00544B9B">
      <w:pPr>
        <w:pStyle w:val="Nadpis2"/>
        <w:rPr>
          <w:sz w:val="36"/>
          <w:szCs w:val="36"/>
        </w:rPr>
      </w:pPr>
      <w:proofErr w:type="spellStart"/>
      <w:r w:rsidRPr="00745799">
        <w:rPr>
          <w:sz w:val="36"/>
          <w:szCs w:val="36"/>
        </w:rPr>
        <w:t>Říjen</w:t>
      </w:r>
      <w:proofErr w:type="spellEnd"/>
      <w:r w:rsidRPr="00745799">
        <w:rPr>
          <w:sz w:val="36"/>
          <w:szCs w:val="36"/>
        </w:rPr>
        <w:t xml:space="preserve"> – </w:t>
      </w:r>
      <w:proofErr w:type="spellStart"/>
      <w:r w:rsidRPr="00745799">
        <w:rPr>
          <w:sz w:val="36"/>
          <w:szCs w:val="36"/>
        </w:rPr>
        <w:t>Barevný</w:t>
      </w:r>
      <w:proofErr w:type="spellEnd"/>
      <w:r w:rsidRPr="00745799">
        <w:rPr>
          <w:sz w:val="36"/>
          <w:szCs w:val="36"/>
        </w:rPr>
        <w:t xml:space="preserve"> </w:t>
      </w:r>
      <w:proofErr w:type="spellStart"/>
      <w:r w:rsidRPr="00745799">
        <w:rPr>
          <w:sz w:val="36"/>
          <w:szCs w:val="36"/>
        </w:rPr>
        <w:t>podzim</w:t>
      </w:r>
      <w:proofErr w:type="spellEnd"/>
    </w:p>
    <w:p w14:paraId="70625C18" w14:textId="77777777" w:rsidR="00147C88" w:rsidRPr="006F3F0F" w:rsidRDefault="00147C88" w:rsidP="00544B9B">
      <w:pPr>
        <w:pStyle w:val="Nadpis3"/>
        <w:rPr>
          <w:sz w:val="24"/>
          <w:szCs w:val="24"/>
        </w:rPr>
      </w:pPr>
      <w:proofErr w:type="spellStart"/>
      <w:r w:rsidRPr="006F3F0F">
        <w:rPr>
          <w:sz w:val="24"/>
          <w:szCs w:val="24"/>
        </w:rPr>
        <w:t>Hlavní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cíle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měsíce</w:t>
      </w:r>
      <w:proofErr w:type="spellEnd"/>
    </w:p>
    <w:p w14:paraId="087403F3" w14:textId="77777777" w:rsidR="00147C88" w:rsidRPr="006F3F0F" w:rsidRDefault="00147C88" w:rsidP="00147C88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Vnímat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proměny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přírody</w:t>
      </w:r>
      <w:proofErr w:type="spellEnd"/>
      <w:r w:rsidRPr="006F3F0F">
        <w:rPr>
          <w:sz w:val="24"/>
          <w:szCs w:val="24"/>
        </w:rPr>
        <w:t xml:space="preserve"> v </w:t>
      </w:r>
      <w:proofErr w:type="spellStart"/>
      <w:r w:rsidRPr="006F3F0F">
        <w:rPr>
          <w:sz w:val="24"/>
          <w:szCs w:val="24"/>
        </w:rPr>
        <w:t>podzimním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období</w:t>
      </w:r>
      <w:proofErr w:type="spellEnd"/>
      <w:r w:rsidRPr="006F3F0F">
        <w:rPr>
          <w:sz w:val="24"/>
          <w:szCs w:val="24"/>
        </w:rPr>
        <w:t>.</w:t>
      </w:r>
    </w:p>
    <w:p w14:paraId="65C8453C" w14:textId="77777777" w:rsidR="00147C88" w:rsidRPr="006F3F0F" w:rsidRDefault="00147C88" w:rsidP="00147C88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Rozvíjet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smyslové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vnímání</w:t>
      </w:r>
      <w:proofErr w:type="spellEnd"/>
      <w:r w:rsidRPr="006F3F0F">
        <w:rPr>
          <w:sz w:val="24"/>
          <w:szCs w:val="24"/>
        </w:rPr>
        <w:t xml:space="preserve"> a </w:t>
      </w:r>
      <w:proofErr w:type="spellStart"/>
      <w:r w:rsidRPr="006F3F0F">
        <w:rPr>
          <w:sz w:val="24"/>
          <w:szCs w:val="24"/>
        </w:rPr>
        <w:t>tvořivost</w:t>
      </w:r>
      <w:proofErr w:type="spellEnd"/>
      <w:r w:rsidRPr="006F3F0F">
        <w:rPr>
          <w:sz w:val="24"/>
          <w:szCs w:val="24"/>
        </w:rPr>
        <w:t>.</w:t>
      </w:r>
    </w:p>
    <w:p w14:paraId="4F150555" w14:textId="77777777" w:rsidR="00147C88" w:rsidRPr="006F3F0F" w:rsidRDefault="00147C88" w:rsidP="00147C88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Seznamovat</w:t>
      </w:r>
      <w:proofErr w:type="spellEnd"/>
      <w:r w:rsidRPr="006F3F0F">
        <w:rPr>
          <w:sz w:val="24"/>
          <w:szCs w:val="24"/>
        </w:rPr>
        <w:t xml:space="preserve"> se s </w:t>
      </w:r>
      <w:proofErr w:type="spellStart"/>
      <w:r w:rsidRPr="006F3F0F">
        <w:rPr>
          <w:sz w:val="24"/>
          <w:szCs w:val="24"/>
        </w:rPr>
        <w:t>prací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lidí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na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podzim</w:t>
      </w:r>
      <w:proofErr w:type="spellEnd"/>
      <w:r w:rsidRPr="006F3F0F">
        <w:rPr>
          <w:sz w:val="24"/>
          <w:szCs w:val="24"/>
        </w:rPr>
        <w:t xml:space="preserve"> (</w:t>
      </w:r>
      <w:proofErr w:type="spellStart"/>
      <w:r w:rsidRPr="006F3F0F">
        <w:rPr>
          <w:sz w:val="24"/>
          <w:szCs w:val="24"/>
        </w:rPr>
        <w:t>sklizeň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podzimní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práce</w:t>
      </w:r>
      <w:proofErr w:type="spellEnd"/>
      <w:r w:rsidRPr="006F3F0F">
        <w:rPr>
          <w:sz w:val="24"/>
          <w:szCs w:val="24"/>
        </w:rPr>
        <w:t>).</w:t>
      </w:r>
    </w:p>
    <w:p w14:paraId="747A755A" w14:textId="77777777" w:rsidR="00147C88" w:rsidRPr="006F3F0F" w:rsidRDefault="00147C88" w:rsidP="00147C88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Posilovat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environmentální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vnímání</w:t>
      </w:r>
      <w:proofErr w:type="spellEnd"/>
      <w:r w:rsidRPr="006F3F0F">
        <w:rPr>
          <w:sz w:val="24"/>
          <w:szCs w:val="24"/>
        </w:rPr>
        <w:t xml:space="preserve"> a </w:t>
      </w:r>
      <w:proofErr w:type="spellStart"/>
      <w:r w:rsidRPr="006F3F0F">
        <w:rPr>
          <w:sz w:val="24"/>
          <w:szCs w:val="24"/>
        </w:rPr>
        <w:t>péči</w:t>
      </w:r>
      <w:proofErr w:type="spellEnd"/>
      <w:r w:rsidRPr="006F3F0F">
        <w:rPr>
          <w:sz w:val="24"/>
          <w:szCs w:val="24"/>
        </w:rPr>
        <w:t xml:space="preserve"> o </w:t>
      </w:r>
      <w:proofErr w:type="spellStart"/>
      <w:r w:rsidRPr="006F3F0F">
        <w:rPr>
          <w:sz w:val="24"/>
          <w:szCs w:val="24"/>
        </w:rPr>
        <w:t>okolí</w:t>
      </w:r>
      <w:proofErr w:type="spellEnd"/>
      <w:r w:rsidRPr="006F3F0F">
        <w:rPr>
          <w:sz w:val="24"/>
          <w:szCs w:val="24"/>
        </w:rPr>
        <w:t>.</w:t>
      </w:r>
    </w:p>
    <w:p w14:paraId="18F4F7FB" w14:textId="77777777" w:rsidR="00147C88" w:rsidRPr="006F3F0F" w:rsidRDefault="00147C88" w:rsidP="00147C88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Upevňovat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pravidla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soužití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ve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skupině</w:t>
      </w:r>
      <w:proofErr w:type="spellEnd"/>
      <w:r w:rsidRPr="006F3F0F">
        <w:rPr>
          <w:sz w:val="24"/>
          <w:szCs w:val="24"/>
        </w:rPr>
        <w:t xml:space="preserve"> a </w:t>
      </w:r>
      <w:proofErr w:type="spellStart"/>
      <w:r w:rsidRPr="006F3F0F">
        <w:rPr>
          <w:sz w:val="24"/>
          <w:szCs w:val="24"/>
        </w:rPr>
        <w:t>spolupráci</w:t>
      </w:r>
      <w:proofErr w:type="spellEnd"/>
      <w:r w:rsidRPr="006F3F0F">
        <w:rPr>
          <w:sz w:val="24"/>
          <w:szCs w:val="24"/>
        </w:rPr>
        <w:t>.</w:t>
      </w:r>
    </w:p>
    <w:p w14:paraId="08DA1C72" w14:textId="77777777" w:rsidR="00147C88" w:rsidRPr="006F3F0F" w:rsidRDefault="00147C88" w:rsidP="00544B9B">
      <w:pPr>
        <w:pStyle w:val="Nadpis3"/>
        <w:rPr>
          <w:sz w:val="24"/>
          <w:szCs w:val="24"/>
        </w:rPr>
      </w:pPr>
      <w:proofErr w:type="spellStart"/>
      <w:r w:rsidRPr="006F3F0F">
        <w:rPr>
          <w:sz w:val="24"/>
          <w:szCs w:val="24"/>
        </w:rPr>
        <w:t>Týdenní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podtémata</w:t>
      </w:r>
      <w:proofErr w:type="spellEnd"/>
    </w:p>
    <w:p w14:paraId="32820719" w14:textId="77777777" w:rsidR="00147C88" w:rsidRPr="006F3F0F" w:rsidRDefault="00147C88" w:rsidP="00147C88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1. Co se </w:t>
      </w:r>
      <w:proofErr w:type="spellStart"/>
      <w:r w:rsidRPr="006F3F0F">
        <w:rPr>
          <w:sz w:val="24"/>
          <w:szCs w:val="24"/>
        </w:rPr>
        <w:t>děje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na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podzim</w:t>
      </w:r>
      <w:proofErr w:type="spellEnd"/>
    </w:p>
    <w:p w14:paraId="41572113" w14:textId="77777777" w:rsidR="00147C88" w:rsidRPr="006F3F0F" w:rsidRDefault="00147C88" w:rsidP="00147C88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2. </w:t>
      </w:r>
      <w:proofErr w:type="spellStart"/>
      <w:r w:rsidRPr="006F3F0F">
        <w:rPr>
          <w:sz w:val="24"/>
          <w:szCs w:val="24"/>
        </w:rPr>
        <w:t>Plody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podzimu</w:t>
      </w:r>
      <w:proofErr w:type="spellEnd"/>
    </w:p>
    <w:p w14:paraId="469CAB52" w14:textId="77777777" w:rsidR="00147C88" w:rsidRPr="006F3F0F" w:rsidRDefault="00147C88" w:rsidP="00147C88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3. </w:t>
      </w:r>
      <w:proofErr w:type="spellStart"/>
      <w:r w:rsidRPr="006F3F0F">
        <w:rPr>
          <w:sz w:val="24"/>
          <w:szCs w:val="24"/>
        </w:rPr>
        <w:t>Zvířátka</w:t>
      </w:r>
      <w:proofErr w:type="spellEnd"/>
      <w:r w:rsidRPr="006F3F0F">
        <w:rPr>
          <w:sz w:val="24"/>
          <w:szCs w:val="24"/>
        </w:rPr>
        <w:t xml:space="preserve"> se </w:t>
      </w:r>
      <w:proofErr w:type="spellStart"/>
      <w:r w:rsidRPr="006F3F0F">
        <w:rPr>
          <w:sz w:val="24"/>
          <w:szCs w:val="24"/>
        </w:rPr>
        <w:t>chystají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na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zimu</w:t>
      </w:r>
      <w:proofErr w:type="spellEnd"/>
    </w:p>
    <w:p w14:paraId="03654554" w14:textId="77777777" w:rsidR="00147C88" w:rsidRPr="006F3F0F" w:rsidRDefault="00147C88" w:rsidP="00147C88">
      <w:pPr>
        <w:rPr>
          <w:sz w:val="24"/>
          <w:szCs w:val="24"/>
        </w:rPr>
      </w:pPr>
      <w:r w:rsidRPr="006F3F0F">
        <w:rPr>
          <w:sz w:val="24"/>
          <w:szCs w:val="24"/>
        </w:rPr>
        <w:lastRenderedPageBreak/>
        <w:t xml:space="preserve">• 4. </w:t>
      </w:r>
      <w:proofErr w:type="spellStart"/>
      <w:r w:rsidRPr="006F3F0F">
        <w:rPr>
          <w:sz w:val="24"/>
          <w:szCs w:val="24"/>
        </w:rPr>
        <w:t>Lidé</w:t>
      </w:r>
      <w:proofErr w:type="spellEnd"/>
      <w:r w:rsidRPr="006F3F0F">
        <w:rPr>
          <w:sz w:val="24"/>
          <w:szCs w:val="24"/>
        </w:rPr>
        <w:t xml:space="preserve"> a </w:t>
      </w:r>
      <w:proofErr w:type="spellStart"/>
      <w:r w:rsidRPr="006F3F0F">
        <w:rPr>
          <w:sz w:val="24"/>
          <w:szCs w:val="24"/>
        </w:rPr>
        <w:t>podzim</w:t>
      </w:r>
      <w:proofErr w:type="spellEnd"/>
    </w:p>
    <w:p w14:paraId="5F216781" w14:textId="77777777" w:rsidR="00147C88" w:rsidRPr="006F3F0F" w:rsidRDefault="00147C88" w:rsidP="00147C88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5. Halloween – </w:t>
      </w:r>
      <w:proofErr w:type="spellStart"/>
      <w:r w:rsidRPr="006F3F0F">
        <w:rPr>
          <w:sz w:val="24"/>
          <w:szCs w:val="24"/>
        </w:rPr>
        <w:t>světýlka</w:t>
      </w:r>
      <w:proofErr w:type="spellEnd"/>
      <w:r w:rsidRPr="006F3F0F">
        <w:rPr>
          <w:sz w:val="24"/>
          <w:szCs w:val="24"/>
        </w:rPr>
        <w:t xml:space="preserve"> a </w:t>
      </w:r>
      <w:proofErr w:type="spellStart"/>
      <w:r w:rsidRPr="006F3F0F">
        <w:rPr>
          <w:sz w:val="24"/>
          <w:szCs w:val="24"/>
        </w:rPr>
        <w:t>kouzla</w:t>
      </w:r>
      <w:proofErr w:type="spellEnd"/>
    </w:p>
    <w:p w14:paraId="1F8C9E5A" w14:textId="77777777" w:rsidR="00147C88" w:rsidRPr="006F3F0F" w:rsidRDefault="00147C88" w:rsidP="00544B9B">
      <w:pPr>
        <w:pStyle w:val="Nadpis3"/>
        <w:rPr>
          <w:sz w:val="24"/>
          <w:szCs w:val="24"/>
        </w:rPr>
      </w:pPr>
      <w:proofErr w:type="spellStart"/>
      <w:r w:rsidRPr="006F3F0F">
        <w:rPr>
          <w:sz w:val="24"/>
          <w:szCs w:val="24"/>
        </w:rPr>
        <w:t>Rozvoj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klíčových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kompetencí</w:t>
      </w:r>
      <w:proofErr w:type="spellEnd"/>
    </w:p>
    <w:p w14:paraId="70A3980B" w14:textId="77777777" w:rsidR="00147C88" w:rsidRPr="006F3F0F" w:rsidRDefault="00147C88" w:rsidP="00147C88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Kompetence</w:t>
      </w:r>
      <w:proofErr w:type="spellEnd"/>
      <w:r w:rsidRPr="006F3F0F">
        <w:rPr>
          <w:sz w:val="24"/>
          <w:szCs w:val="24"/>
        </w:rPr>
        <w:t xml:space="preserve"> k </w:t>
      </w:r>
      <w:proofErr w:type="spellStart"/>
      <w:r w:rsidRPr="006F3F0F">
        <w:rPr>
          <w:sz w:val="24"/>
          <w:szCs w:val="24"/>
        </w:rPr>
        <w:t>řešení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problémů</w:t>
      </w:r>
      <w:proofErr w:type="spellEnd"/>
      <w:r w:rsidRPr="006F3F0F">
        <w:rPr>
          <w:sz w:val="24"/>
          <w:szCs w:val="24"/>
        </w:rPr>
        <w:t xml:space="preserve"> – </w:t>
      </w:r>
      <w:proofErr w:type="spellStart"/>
      <w:r w:rsidRPr="006F3F0F">
        <w:rPr>
          <w:sz w:val="24"/>
          <w:szCs w:val="24"/>
        </w:rPr>
        <w:t>pozorování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přírody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třídění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tvořivost</w:t>
      </w:r>
      <w:proofErr w:type="spellEnd"/>
      <w:r w:rsidRPr="006F3F0F">
        <w:rPr>
          <w:sz w:val="24"/>
          <w:szCs w:val="24"/>
        </w:rPr>
        <w:t>.</w:t>
      </w:r>
    </w:p>
    <w:p w14:paraId="4F0CC46C" w14:textId="77777777" w:rsidR="00147C88" w:rsidRPr="006F3F0F" w:rsidRDefault="00147C88" w:rsidP="00147C88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Kompetence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pracovní</w:t>
      </w:r>
      <w:proofErr w:type="spellEnd"/>
      <w:r w:rsidRPr="006F3F0F">
        <w:rPr>
          <w:sz w:val="24"/>
          <w:szCs w:val="24"/>
        </w:rPr>
        <w:t xml:space="preserve"> – </w:t>
      </w:r>
      <w:proofErr w:type="spellStart"/>
      <w:r w:rsidRPr="006F3F0F">
        <w:rPr>
          <w:sz w:val="24"/>
          <w:szCs w:val="24"/>
        </w:rPr>
        <w:t>zapojení</w:t>
      </w:r>
      <w:proofErr w:type="spellEnd"/>
      <w:r w:rsidRPr="006F3F0F">
        <w:rPr>
          <w:sz w:val="24"/>
          <w:szCs w:val="24"/>
        </w:rPr>
        <w:t xml:space="preserve"> do </w:t>
      </w:r>
      <w:proofErr w:type="spellStart"/>
      <w:r w:rsidRPr="006F3F0F">
        <w:rPr>
          <w:sz w:val="24"/>
          <w:szCs w:val="24"/>
        </w:rPr>
        <w:t>jednoduchých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praktických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činností</w:t>
      </w:r>
      <w:proofErr w:type="spellEnd"/>
      <w:r w:rsidRPr="006F3F0F">
        <w:rPr>
          <w:sz w:val="24"/>
          <w:szCs w:val="24"/>
        </w:rPr>
        <w:t>.</w:t>
      </w:r>
    </w:p>
    <w:p w14:paraId="37D848C3" w14:textId="77777777" w:rsidR="00147C88" w:rsidRPr="006F3F0F" w:rsidRDefault="00147C88" w:rsidP="00147C88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Kompetence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komunikativní</w:t>
      </w:r>
      <w:proofErr w:type="spellEnd"/>
      <w:r w:rsidRPr="006F3F0F">
        <w:rPr>
          <w:sz w:val="24"/>
          <w:szCs w:val="24"/>
        </w:rPr>
        <w:t xml:space="preserve"> – </w:t>
      </w:r>
      <w:proofErr w:type="spellStart"/>
      <w:r w:rsidRPr="006F3F0F">
        <w:rPr>
          <w:sz w:val="24"/>
          <w:szCs w:val="24"/>
        </w:rPr>
        <w:t>popis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změn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sdílení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zážitků</w:t>
      </w:r>
      <w:proofErr w:type="spellEnd"/>
      <w:r w:rsidRPr="006F3F0F">
        <w:rPr>
          <w:sz w:val="24"/>
          <w:szCs w:val="24"/>
        </w:rPr>
        <w:t>.</w:t>
      </w:r>
    </w:p>
    <w:p w14:paraId="7F6C3F65" w14:textId="77777777" w:rsidR="00147C88" w:rsidRPr="006F3F0F" w:rsidRDefault="00147C88" w:rsidP="00544B9B">
      <w:pPr>
        <w:pStyle w:val="Nadpis3"/>
        <w:rPr>
          <w:sz w:val="24"/>
          <w:szCs w:val="24"/>
        </w:rPr>
      </w:pPr>
      <w:proofErr w:type="spellStart"/>
      <w:r w:rsidRPr="006F3F0F">
        <w:rPr>
          <w:sz w:val="24"/>
          <w:szCs w:val="24"/>
        </w:rPr>
        <w:t>Propojení</w:t>
      </w:r>
      <w:proofErr w:type="spellEnd"/>
      <w:r w:rsidRPr="006F3F0F">
        <w:rPr>
          <w:sz w:val="24"/>
          <w:szCs w:val="24"/>
        </w:rPr>
        <w:t xml:space="preserve"> s </w:t>
      </w:r>
      <w:proofErr w:type="spellStart"/>
      <w:r w:rsidRPr="006F3F0F">
        <w:rPr>
          <w:sz w:val="24"/>
          <w:szCs w:val="24"/>
        </w:rPr>
        <w:t>oblastmi</w:t>
      </w:r>
      <w:proofErr w:type="spellEnd"/>
      <w:r w:rsidRPr="006F3F0F">
        <w:rPr>
          <w:sz w:val="24"/>
          <w:szCs w:val="24"/>
        </w:rPr>
        <w:t xml:space="preserve"> RVP PV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320"/>
        <w:gridCol w:w="4320"/>
      </w:tblGrid>
      <w:tr w:rsidR="00147C88" w:rsidRPr="006F3F0F" w14:paraId="3656EDB8" w14:textId="77777777" w:rsidTr="00860BE3">
        <w:tc>
          <w:tcPr>
            <w:tcW w:w="4320" w:type="dxa"/>
          </w:tcPr>
          <w:p w14:paraId="76C90EBB" w14:textId="77777777" w:rsidR="00147C88" w:rsidRPr="006F3F0F" w:rsidRDefault="00147C88" w:rsidP="00860BE3">
            <w:pPr>
              <w:rPr>
                <w:sz w:val="24"/>
                <w:szCs w:val="24"/>
              </w:rPr>
            </w:pPr>
            <w:r w:rsidRPr="006F3F0F">
              <w:rPr>
                <w:sz w:val="24"/>
                <w:szCs w:val="24"/>
              </w:rPr>
              <w:t>Oblast</w:t>
            </w:r>
          </w:p>
        </w:tc>
        <w:tc>
          <w:tcPr>
            <w:tcW w:w="4320" w:type="dxa"/>
          </w:tcPr>
          <w:p w14:paraId="1A4724AE" w14:textId="77777777" w:rsidR="00147C88" w:rsidRPr="006F3F0F" w:rsidRDefault="00147C88" w:rsidP="00860BE3">
            <w:pPr>
              <w:rPr>
                <w:sz w:val="24"/>
                <w:szCs w:val="24"/>
              </w:rPr>
            </w:pPr>
            <w:proofErr w:type="spellStart"/>
            <w:r w:rsidRPr="006F3F0F">
              <w:rPr>
                <w:sz w:val="24"/>
                <w:szCs w:val="24"/>
              </w:rPr>
              <w:t>Cíle</w:t>
            </w:r>
            <w:proofErr w:type="spellEnd"/>
            <w:r w:rsidRPr="006F3F0F">
              <w:rPr>
                <w:sz w:val="24"/>
                <w:szCs w:val="24"/>
              </w:rPr>
              <w:t xml:space="preserve"> a </w:t>
            </w:r>
            <w:proofErr w:type="spellStart"/>
            <w:r w:rsidRPr="006F3F0F">
              <w:rPr>
                <w:sz w:val="24"/>
                <w:szCs w:val="24"/>
              </w:rPr>
              <w:t>výstupy</w:t>
            </w:r>
            <w:proofErr w:type="spellEnd"/>
          </w:p>
        </w:tc>
      </w:tr>
      <w:tr w:rsidR="00147C88" w:rsidRPr="006F3F0F" w14:paraId="0580948B" w14:textId="77777777" w:rsidTr="00860BE3">
        <w:tc>
          <w:tcPr>
            <w:tcW w:w="4320" w:type="dxa"/>
          </w:tcPr>
          <w:p w14:paraId="3FEA82C3" w14:textId="77777777" w:rsidR="00147C88" w:rsidRPr="006F3F0F" w:rsidRDefault="00147C88" w:rsidP="00860BE3">
            <w:pPr>
              <w:rPr>
                <w:sz w:val="24"/>
                <w:szCs w:val="24"/>
              </w:rPr>
            </w:pPr>
            <w:proofErr w:type="spellStart"/>
            <w:r w:rsidRPr="006F3F0F">
              <w:rPr>
                <w:sz w:val="24"/>
                <w:szCs w:val="24"/>
              </w:rPr>
              <w:t>Dítě</w:t>
            </w:r>
            <w:proofErr w:type="spellEnd"/>
            <w:r w:rsidRPr="006F3F0F">
              <w:rPr>
                <w:sz w:val="24"/>
                <w:szCs w:val="24"/>
              </w:rPr>
              <w:t xml:space="preserve"> a </w:t>
            </w:r>
            <w:proofErr w:type="spellStart"/>
            <w:r w:rsidRPr="006F3F0F">
              <w:rPr>
                <w:sz w:val="24"/>
                <w:szCs w:val="24"/>
              </w:rPr>
              <w:t>jeho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tělo</w:t>
            </w:r>
            <w:proofErr w:type="spellEnd"/>
          </w:p>
        </w:tc>
        <w:tc>
          <w:tcPr>
            <w:tcW w:w="4320" w:type="dxa"/>
          </w:tcPr>
          <w:p w14:paraId="22A7414B" w14:textId="77777777" w:rsidR="00147C88" w:rsidRPr="006F3F0F" w:rsidRDefault="00147C88" w:rsidP="00860BE3">
            <w:pPr>
              <w:rPr>
                <w:sz w:val="24"/>
                <w:szCs w:val="24"/>
              </w:rPr>
            </w:pPr>
            <w:proofErr w:type="spellStart"/>
            <w:r w:rsidRPr="006F3F0F">
              <w:rPr>
                <w:sz w:val="24"/>
                <w:szCs w:val="24"/>
              </w:rPr>
              <w:t>Rozvoj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jemné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i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hrubé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motoriky</w:t>
            </w:r>
            <w:proofErr w:type="spellEnd"/>
            <w:r w:rsidRPr="006F3F0F">
              <w:rPr>
                <w:sz w:val="24"/>
                <w:szCs w:val="24"/>
              </w:rPr>
              <w:t xml:space="preserve"> (</w:t>
            </w:r>
            <w:proofErr w:type="spellStart"/>
            <w:r w:rsidRPr="006F3F0F">
              <w:rPr>
                <w:sz w:val="24"/>
                <w:szCs w:val="24"/>
              </w:rPr>
              <w:t>sběr</w:t>
            </w:r>
            <w:proofErr w:type="spellEnd"/>
            <w:r w:rsidRPr="006F3F0F">
              <w:rPr>
                <w:sz w:val="24"/>
                <w:szCs w:val="24"/>
              </w:rPr>
              <w:t xml:space="preserve">, </w:t>
            </w:r>
            <w:proofErr w:type="spellStart"/>
            <w:r w:rsidRPr="006F3F0F">
              <w:rPr>
                <w:sz w:val="24"/>
                <w:szCs w:val="24"/>
              </w:rPr>
              <w:t>třídění</w:t>
            </w:r>
            <w:proofErr w:type="spellEnd"/>
            <w:r w:rsidRPr="006F3F0F">
              <w:rPr>
                <w:sz w:val="24"/>
                <w:szCs w:val="24"/>
              </w:rPr>
              <w:t xml:space="preserve">), </w:t>
            </w:r>
            <w:proofErr w:type="spellStart"/>
            <w:r w:rsidRPr="006F3F0F">
              <w:rPr>
                <w:sz w:val="24"/>
                <w:szCs w:val="24"/>
              </w:rPr>
              <w:t>pohyb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venku</w:t>
            </w:r>
            <w:proofErr w:type="spellEnd"/>
            <w:r w:rsidRPr="006F3F0F">
              <w:rPr>
                <w:sz w:val="24"/>
                <w:szCs w:val="24"/>
              </w:rPr>
              <w:t>.</w:t>
            </w:r>
          </w:p>
        </w:tc>
      </w:tr>
      <w:tr w:rsidR="00147C88" w:rsidRPr="006F3F0F" w14:paraId="08040AAB" w14:textId="77777777" w:rsidTr="00860BE3">
        <w:tc>
          <w:tcPr>
            <w:tcW w:w="4320" w:type="dxa"/>
          </w:tcPr>
          <w:p w14:paraId="30CF581D" w14:textId="77777777" w:rsidR="00147C88" w:rsidRPr="006F3F0F" w:rsidRDefault="00147C88" w:rsidP="00860BE3">
            <w:pPr>
              <w:rPr>
                <w:sz w:val="24"/>
                <w:szCs w:val="24"/>
              </w:rPr>
            </w:pPr>
            <w:proofErr w:type="spellStart"/>
            <w:r w:rsidRPr="006F3F0F">
              <w:rPr>
                <w:sz w:val="24"/>
                <w:szCs w:val="24"/>
              </w:rPr>
              <w:t>Dítě</w:t>
            </w:r>
            <w:proofErr w:type="spellEnd"/>
            <w:r w:rsidRPr="006F3F0F">
              <w:rPr>
                <w:sz w:val="24"/>
                <w:szCs w:val="24"/>
              </w:rPr>
              <w:t xml:space="preserve"> a </w:t>
            </w:r>
            <w:proofErr w:type="spellStart"/>
            <w:r w:rsidRPr="006F3F0F">
              <w:rPr>
                <w:sz w:val="24"/>
                <w:szCs w:val="24"/>
              </w:rPr>
              <w:t>jeho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psychika</w:t>
            </w:r>
            <w:proofErr w:type="spellEnd"/>
          </w:p>
        </w:tc>
        <w:tc>
          <w:tcPr>
            <w:tcW w:w="4320" w:type="dxa"/>
          </w:tcPr>
          <w:p w14:paraId="1D740C2E" w14:textId="77777777" w:rsidR="00147C88" w:rsidRPr="006F3F0F" w:rsidRDefault="00147C88" w:rsidP="00860BE3">
            <w:pPr>
              <w:rPr>
                <w:sz w:val="24"/>
                <w:szCs w:val="24"/>
              </w:rPr>
            </w:pPr>
            <w:proofErr w:type="spellStart"/>
            <w:r w:rsidRPr="006F3F0F">
              <w:rPr>
                <w:sz w:val="24"/>
                <w:szCs w:val="24"/>
              </w:rPr>
              <w:t>Vnímání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změn</w:t>
            </w:r>
            <w:proofErr w:type="spellEnd"/>
            <w:r w:rsidRPr="006F3F0F">
              <w:rPr>
                <w:sz w:val="24"/>
                <w:szCs w:val="24"/>
              </w:rPr>
              <w:t xml:space="preserve">, </w:t>
            </w:r>
            <w:proofErr w:type="spellStart"/>
            <w:r w:rsidRPr="006F3F0F">
              <w:rPr>
                <w:sz w:val="24"/>
                <w:szCs w:val="24"/>
              </w:rPr>
              <w:t>rozvoj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smyslů</w:t>
            </w:r>
            <w:proofErr w:type="spellEnd"/>
            <w:r w:rsidRPr="006F3F0F">
              <w:rPr>
                <w:sz w:val="24"/>
                <w:szCs w:val="24"/>
              </w:rPr>
              <w:t xml:space="preserve">, </w:t>
            </w:r>
            <w:proofErr w:type="spellStart"/>
            <w:r w:rsidRPr="006F3F0F">
              <w:rPr>
                <w:sz w:val="24"/>
                <w:szCs w:val="24"/>
              </w:rPr>
              <w:t>pozorování</w:t>
            </w:r>
            <w:proofErr w:type="spellEnd"/>
            <w:r w:rsidRPr="006F3F0F">
              <w:rPr>
                <w:sz w:val="24"/>
                <w:szCs w:val="24"/>
              </w:rPr>
              <w:t>.</w:t>
            </w:r>
          </w:p>
        </w:tc>
      </w:tr>
      <w:tr w:rsidR="00147C88" w:rsidRPr="006F3F0F" w14:paraId="76047D5D" w14:textId="77777777" w:rsidTr="00860BE3">
        <w:tc>
          <w:tcPr>
            <w:tcW w:w="4320" w:type="dxa"/>
          </w:tcPr>
          <w:p w14:paraId="1E1A0050" w14:textId="77777777" w:rsidR="00147C88" w:rsidRPr="006F3F0F" w:rsidRDefault="00147C88" w:rsidP="00860BE3">
            <w:pPr>
              <w:rPr>
                <w:sz w:val="24"/>
                <w:szCs w:val="24"/>
              </w:rPr>
            </w:pPr>
            <w:proofErr w:type="spellStart"/>
            <w:r w:rsidRPr="006F3F0F">
              <w:rPr>
                <w:sz w:val="24"/>
                <w:szCs w:val="24"/>
              </w:rPr>
              <w:t>Dítě</w:t>
            </w:r>
            <w:proofErr w:type="spellEnd"/>
            <w:r w:rsidRPr="006F3F0F">
              <w:rPr>
                <w:sz w:val="24"/>
                <w:szCs w:val="24"/>
              </w:rPr>
              <w:t xml:space="preserve"> a ten </w:t>
            </w:r>
            <w:proofErr w:type="spellStart"/>
            <w:r w:rsidRPr="006F3F0F">
              <w:rPr>
                <w:sz w:val="24"/>
                <w:szCs w:val="24"/>
              </w:rPr>
              <w:t>druhý</w:t>
            </w:r>
            <w:proofErr w:type="spellEnd"/>
          </w:p>
        </w:tc>
        <w:tc>
          <w:tcPr>
            <w:tcW w:w="4320" w:type="dxa"/>
          </w:tcPr>
          <w:p w14:paraId="668ACDC2" w14:textId="77777777" w:rsidR="00147C88" w:rsidRPr="006F3F0F" w:rsidRDefault="00147C88" w:rsidP="00860BE3">
            <w:pPr>
              <w:rPr>
                <w:sz w:val="24"/>
                <w:szCs w:val="24"/>
              </w:rPr>
            </w:pPr>
            <w:proofErr w:type="spellStart"/>
            <w:r w:rsidRPr="006F3F0F">
              <w:rPr>
                <w:sz w:val="24"/>
                <w:szCs w:val="24"/>
              </w:rPr>
              <w:t>Spolupráce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při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hrách</w:t>
            </w:r>
            <w:proofErr w:type="spellEnd"/>
            <w:r w:rsidRPr="006F3F0F">
              <w:rPr>
                <w:sz w:val="24"/>
                <w:szCs w:val="24"/>
              </w:rPr>
              <w:t xml:space="preserve"> a </w:t>
            </w:r>
            <w:proofErr w:type="spellStart"/>
            <w:r w:rsidRPr="006F3F0F">
              <w:rPr>
                <w:sz w:val="24"/>
                <w:szCs w:val="24"/>
              </w:rPr>
              <w:t>tvoření</w:t>
            </w:r>
            <w:proofErr w:type="spellEnd"/>
            <w:r w:rsidRPr="006F3F0F">
              <w:rPr>
                <w:sz w:val="24"/>
                <w:szCs w:val="24"/>
              </w:rPr>
              <w:t>.</w:t>
            </w:r>
          </w:p>
        </w:tc>
      </w:tr>
      <w:tr w:rsidR="00147C88" w:rsidRPr="006F3F0F" w14:paraId="03E0EF25" w14:textId="77777777" w:rsidTr="00860BE3">
        <w:tc>
          <w:tcPr>
            <w:tcW w:w="4320" w:type="dxa"/>
          </w:tcPr>
          <w:p w14:paraId="254A5C96" w14:textId="77777777" w:rsidR="00147C88" w:rsidRPr="006F3F0F" w:rsidRDefault="00147C88" w:rsidP="00860BE3">
            <w:pPr>
              <w:rPr>
                <w:sz w:val="24"/>
                <w:szCs w:val="24"/>
              </w:rPr>
            </w:pPr>
            <w:proofErr w:type="spellStart"/>
            <w:r w:rsidRPr="006F3F0F">
              <w:rPr>
                <w:sz w:val="24"/>
                <w:szCs w:val="24"/>
              </w:rPr>
              <w:t>Dítě</w:t>
            </w:r>
            <w:proofErr w:type="spellEnd"/>
            <w:r w:rsidRPr="006F3F0F">
              <w:rPr>
                <w:sz w:val="24"/>
                <w:szCs w:val="24"/>
              </w:rPr>
              <w:t xml:space="preserve"> a </w:t>
            </w:r>
            <w:proofErr w:type="spellStart"/>
            <w:r w:rsidRPr="006F3F0F">
              <w:rPr>
                <w:sz w:val="24"/>
                <w:szCs w:val="24"/>
              </w:rPr>
              <w:t>společnost</w:t>
            </w:r>
            <w:proofErr w:type="spellEnd"/>
          </w:p>
        </w:tc>
        <w:tc>
          <w:tcPr>
            <w:tcW w:w="4320" w:type="dxa"/>
          </w:tcPr>
          <w:p w14:paraId="30CEAD73" w14:textId="77777777" w:rsidR="00147C88" w:rsidRPr="006F3F0F" w:rsidRDefault="00147C88" w:rsidP="00860BE3">
            <w:pPr>
              <w:rPr>
                <w:sz w:val="24"/>
                <w:szCs w:val="24"/>
              </w:rPr>
            </w:pPr>
            <w:proofErr w:type="spellStart"/>
            <w:r w:rsidRPr="006F3F0F">
              <w:rPr>
                <w:sz w:val="24"/>
                <w:szCs w:val="24"/>
              </w:rPr>
              <w:t>Poznávání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práce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lidí</w:t>
            </w:r>
            <w:proofErr w:type="spellEnd"/>
            <w:r w:rsidRPr="006F3F0F">
              <w:rPr>
                <w:sz w:val="24"/>
                <w:szCs w:val="24"/>
              </w:rPr>
              <w:t xml:space="preserve">, </w:t>
            </w:r>
            <w:proofErr w:type="spellStart"/>
            <w:r w:rsidRPr="006F3F0F">
              <w:rPr>
                <w:sz w:val="24"/>
                <w:szCs w:val="24"/>
              </w:rPr>
              <w:t>tradic</w:t>
            </w:r>
            <w:proofErr w:type="spellEnd"/>
            <w:r w:rsidRPr="006F3F0F">
              <w:rPr>
                <w:sz w:val="24"/>
                <w:szCs w:val="24"/>
              </w:rPr>
              <w:t>.</w:t>
            </w:r>
          </w:p>
        </w:tc>
      </w:tr>
      <w:tr w:rsidR="00147C88" w:rsidRPr="006F3F0F" w14:paraId="4F4D861B" w14:textId="77777777" w:rsidTr="00860BE3">
        <w:tc>
          <w:tcPr>
            <w:tcW w:w="4320" w:type="dxa"/>
          </w:tcPr>
          <w:p w14:paraId="6743142A" w14:textId="77777777" w:rsidR="00147C88" w:rsidRPr="006F3F0F" w:rsidRDefault="00147C88" w:rsidP="00860BE3">
            <w:pPr>
              <w:rPr>
                <w:sz w:val="24"/>
                <w:szCs w:val="24"/>
              </w:rPr>
            </w:pPr>
            <w:proofErr w:type="spellStart"/>
            <w:r w:rsidRPr="006F3F0F">
              <w:rPr>
                <w:sz w:val="24"/>
                <w:szCs w:val="24"/>
              </w:rPr>
              <w:t>Dítě</w:t>
            </w:r>
            <w:proofErr w:type="spellEnd"/>
            <w:r w:rsidRPr="006F3F0F">
              <w:rPr>
                <w:sz w:val="24"/>
                <w:szCs w:val="24"/>
              </w:rPr>
              <w:t xml:space="preserve"> a </w:t>
            </w:r>
            <w:proofErr w:type="spellStart"/>
            <w:r w:rsidRPr="006F3F0F">
              <w:rPr>
                <w:sz w:val="24"/>
                <w:szCs w:val="24"/>
              </w:rPr>
              <w:t>svět</w:t>
            </w:r>
            <w:proofErr w:type="spellEnd"/>
          </w:p>
        </w:tc>
        <w:tc>
          <w:tcPr>
            <w:tcW w:w="4320" w:type="dxa"/>
          </w:tcPr>
          <w:p w14:paraId="1369722B" w14:textId="77777777" w:rsidR="00147C88" w:rsidRPr="006F3F0F" w:rsidRDefault="00147C88" w:rsidP="00860BE3">
            <w:pPr>
              <w:rPr>
                <w:sz w:val="24"/>
                <w:szCs w:val="24"/>
              </w:rPr>
            </w:pPr>
            <w:proofErr w:type="spellStart"/>
            <w:r w:rsidRPr="006F3F0F">
              <w:rPr>
                <w:sz w:val="24"/>
                <w:szCs w:val="24"/>
              </w:rPr>
              <w:t>Proměny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přírody</w:t>
            </w:r>
            <w:proofErr w:type="spellEnd"/>
            <w:r w:rsidRPr="006F3F0F">
              <w:rPr>
                <w:sz w:val="24"/>
                <w:szCs w:val="24"/>
              </w:rPr>
              <w:t xml:space="preserve">, </w:t>
            </w:r>
            <w:proofErr w:type="spellStart"/>
            <w:r w:rsidRPr="006F3F0F">
              <w:rPr>
                <w:sz w:val="24"/>
                <w:szCs w:val="24"/>
              </w:rPr>
              <w:t>roční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období</w:t>
            </w:r>
            <w:proofErr w:type="spellEnd"/>
            <w:r w:rsidRPr="006F3F0F">
              <w:rPr>
                <w:sz w:val="24"/>
                <w:szCs w:val="24"/>
              </w:rPr>
              <w:t xml:space="preserve">, </w:t>
            </w:r>
            <w:proofErr w:type="spellStart"/>
            <w:r w:rsidRPr="006F3F0F">
              <w:rPr>
                <w:sz w:val="24"/>
                <w:szCs w:val="24"/>
              </w:rPr>
              <w:t>živá</w:t>
            </w:r>
            <w:proofErr w:type="spellEnd"/>
            <w:r w:rsidRPr="006F3F0F">
              <w:rPr>
                <w:sz w:val="24"/>
                <w:szCs w:val="24"/>
              </w:rPr>
              <w:t xml:space="preserve"> a </w:t>
            </w:r>
            <w:proofErr w:type="spellStart"/>
            <w:r w:rsidRPr="006F3F0F">
              <w:rPr>
                <w:sz w:val="24"/>
                <w:szCs w:val="24"/>
              </w:rPr>
              <w:t>neživá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příroda</w:t>
            </w:r>
            <w:proofErr w:type="spellEnd"/>
            <w:r w:rsidRPr="006F3F0F">
              <w:rPr>
                <w:sz w:val="24"/>
                <w:szCs w:val="24"/>
              </w:rPr>
              <w:t>.</w:t>
            </w:r>
          </w:p>
        </w:tc>
      </w:tr>
    </w:tbl>
    <w:p w14:paraId="6C1E9345" w14:textId="77777777" w:rsidR="00147C88" w:rsidRPr="006F3F0F" w:rsidRDefault="00147C88" w:rsidP="00147C88">
      <w:pPr>
        <w:rPr>
          <w:sz w:val="24"/>
          <w:szCs w:val="24"/>
        </w:rPr>
      </w:pPr>
    </w:p>
    <w:p w14:paraId="6C04B99F" w14:textId="77777777" w:rsidR="00147C88" w:rsidRPr="006F3F0F" w:rsidRDefault="00147C88" w:rsidP="00544B9B">
      <w:pPr>
        <w:pStyle w:val="Nadpis3"/>
        <w:rPr>
          <w:sz w:val="24"/>
          <w:szCs w:val="24"/>
        </w:rPr>
      </w:pPr>
      <w:proofErr w:type="spellStart"/>
      <w:r w:rsidRPr="006F3F0F">
        <w:rPr>
          <w:sz w:val="24"/>
          <w:szCs w:val="24"/>
        </w:rPr>
        <w:t>Návrhy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činností</w:t>
      </w:r>
      <w:proofErr w:type="spellEnd"/>
    </w:p>
    <w:p w14:paraId="0C51F6D6" w14:textId="77777777" w:rsidR="00147C88" w:rsidRPr="006F3F0F" w:rsidRDefault="00147C88" w:rsidP="00147C88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Výtvarné</w:t>
      </w:r>
      <w:proofErr w:type="spellEnd"/>
      <w:r w:rsidRPr="006F3F0F">
        <w:rPr>
          <w:sz w:val="24"/>
          <w:szCs w:val="24"/>
        </w:rPr>
        <w:t xml:space="preserve">: </w:t>
      </w:r>
      <w:proofErr w:type="spellStart"/>
      <w:r w:rsidRPr="006F3F0F">
        <w:rPr>
          <w:sz w:val="24"/>
          <w:szCs w:val="24"/>
        </w:rPr>
        <w:t>tiskání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listů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malování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ovocem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koláže</w:t>
      </w:r>
      <w:proofErr w:type="spellEnd"/>
      <w:r w:rsidRPr="006F3F0F">
        <w:rPr>
          <w:sz w:val="24"/>
          <w:szCs w:val="24"/>
        </w:rPr>
        <w:t xml:space="preserve"> z </w:t>
      </w:r>
      <w:proofErr w:type="spellStart"/>
      <w:r w:rsidRPr="006F3F0F">
        <w:rPr>
          <w:sz w:val="24"/>
          <w:szCs w:val="24"/>
        </w:rPr>
        <w:t>přírodnin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výroba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masek</w:t>
      </w:r>
      <w:proofErr w:type="spellEnd"/>
      <w:r w:rsidRPr="006F3F0F">
        <w:rPr>
          <w:sz w:val="24"/>
          <w:szCs w:val="24"/>
        </w:rPr>
        <w:t>.</w:t>
      </w:r>
    </w:p>
    <w:p w14:paraId="3F771CC6" w14:textId="77777777" w:rsidR="00147C88" w:rsidRPr="006F3F0F" w:rsidRDefault="00147C88" w:rsidP="00147C88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Pohybové</w:t>
      </w:r>
      <w:proofErr w:type="spellEnd"/>
      <w:r w:rsidRPr="006F3F0F">
        <w:rPr>
          <w:sz w:val="24"/>
          <w:szCs w:val="24"/>
        </w:rPr>
        <w:t xml:space="preserve">: </w:t>
      </w:r>
      <w:proofErr w:type="spellStart"/>
      <w:r w:rsidRPr="006F3F0F">
        <w:rPr>
          <w:sz w:val="24"/>
          <w:szCs w:val="24"/>
        </w:rPr>
        <w:t>skákání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přes</w:t>
      </w:r>
      <w:proofErr w:type="spellEnd"/>
      <w:r w:rsidRPr="006F3F0F">
        <w:rPr>
          <w:sz w:val="24"/>
          <w:szCs w:val="24"/>
        </w:rPr>
        <w:t xml:space="preserve"> „</w:t>
      </w:r>
      <w:proofErr w:type="spellStart"/>
      <w:proofErr w:type="gramStart"/>
      <w:r w:rsidRPr="006F3F0F">
        <w:rPr>
          <w:sz w:val="24"/>
          <w:szCs w:val="24"/>
        </w:rPr>
        <w:t>louže</w:t>
      </w:r>
      <w:proofErr w:type="spellEnd"/>
      <w:r w:rsidRPr="006F3F0F">
        <w:rPr>
          <w:sz w:val="24"/>
          <w:szCs w:val="24"/>
        </w:rPr>
        <w:t>“</w:t>
      </w:r>
      <w:proofErr w:type="gram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hra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na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vítr</w:t>
      </w:r>
      <w:proofErr w:type="spellEnd"/>
      <w:r w:rsidRPr="006F3F0F">
        <w:rPr>
          <w:sz w:val="24"/>
          <w:szCs w:val="24"/>
        </w:rPr>
        <w:t xml:space="preserve"> a </w:t>
      </w:r>
      <w:proofErr w:type="spellStart"/>
      <w:r w:rsidRPr="006F3F0F">
        <w:rPr>
          <w:sz w:val="24"/>
          <w:szCs w:val="24"/>
        </w:rPr>
        <w:t>listy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tanec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masek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překážková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dráha</w:t>
      </w:r>
      <w:proofErr w:type="spellEnd"/>
      <w:r w:rsidRPr="006F3F0F">
        <w:rPr>
          <w:sz w:val="24"/>
          <w:szCs w:val="24"/>
        </w:rPr>
        <w:t>.</w:t>
      </w:r>
    </w:p>
    <w:p w14:paraId="5797B823" w14:textId="77777777" w:rsidR="00147C88" w:rsidRPr="006F3F0F" w:rsidRDefault="00147C88" w:rsidP="00147C88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Hudební</w:t>
      </w:r>
      <w:proofErr w:type="spellEnd"/>
      <w:r w:rsidRPr="006F3F0F">
        <w:rPr>
          <w:sz w:val="24"/>
          <w:szCs w:val="24"/>
        </w:rPr>
        <w:t xml:space="preserve">: </w:t>
      </w:r>
      <w:proofErr w:type="spellStart"/>
      <w:r w:rsidRPr="006F3F0F">
        <w:rPr>
          <w:sz w:val="24"/>
          <w:szCs w:val="24"/>
        </w:rPr>
        <w:t>písně</w:t>
      </w:r>
      <w:proofErr w:type="spellEnd"/>
      <w:r w:rsidRPr="006F3F0F">
        <w:rPr>
          <w:sz w:val="24"/>
          <w:szCs w:val="24"/>
        </w:rPr>
        <w:t xml:space="preserve"> „</w:t>
      </w:r>
      <w:proofErr w:type="spellStart"/>
      <w:r w:rsidRPr="006F3F0F">
        <w:rPr>
          <w:sz w:val="24"/>
          <w:szCs w:val="24"/>
        </w:rPr>
        <w:t>Padá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proofErr w:type="gramStart"/>
      <w:r w:rsidRPr="006F3F0F">
        <w:rPr>
          <w:sz w:val="24"/>
          <w:szCs w:val="24"/>
        </w:rPr>
        <w:t>listí</w:t>
      </w:r>
      <w:proofErr w:type="spellEnd"/>
      <w:r w:rsidRPr="006F3F0F">
        <w:rPr>
          <w:sz w:val="24"/>
          <w:szCs w:val="24"/>
        </w:rPr>
        <w:t>“</w:t>
      </w:r>
      <w:proofErr w:type="gram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rytmizace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deště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bubácké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písničky</w:t>
      </w:r>
      <w:proofErr w:type="spellEnd"/>
      <w:r w:rsidRPr="006F3F0F">
        <w:rPr>
          <w:sz w:val="24"/>
          <w:szCs w:val="24"/>
        </w:rPr>
        <w:t>.</w:t>
      </w:r>
    </w:p>
    <w:p w14:paraId="727FF93E" w14:textId="77777777" w:rsidR="00147C88" w:rsidRPr="006F3F0F" w:rsidRDefault="00147C88" w:rsidP="00147C88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Jazykové</w:t>
      </w:r>
      <w:proofErr w:type="spellEnd"/>
      <w:r w:rsidRPr="006F3F0F">
        <w:rPr>
          <w:sz w:val="24"/>
          <w:szCs w:val="24"/>
        </w:rPr>
        <w:t xml:space="preserve">: </w:t>
      </w:r>
      <w:proofErr w:type="spellStart"/>
      <w:r w:rsidRPr="006F3F0F">
        <w:rPr>
          <w:sz w:val="24"/>
          <w:szCs w:val="24"/>
        </w:rPr>
        <w:t>hádanky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příběhy</w:t>
      </w:r>
      <w:proofErr w:type="spellEnd"/>
      <w:r w:rsidRPr="006F3F0F">
        <w:rPr>
          <w:sz w:val="24"/>
          <w:szCs w:val="24"/>
        </w:rPr>
        <w:t xml:space="preserve"> o </w:t>
      </w:r>
      <w:proofErr w:type="spellStart"/>
      <w:r w:rsidRPr="006F3F0F">
        <w:rPr>
          <w:sz w:val="24"/>
          <w:szCs w:val="24"/>
        </w:rPr>
        <w:t>zvířátkách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říkadla</w:t>
      </w:r>
      <w:proofErr w:type="spellEnd"/>
      <w:r w:rsidRPr="006F3F0F">
        <w:rPr>
          <w:sz w:val="24"/>
          <w:szCs w:val="24"/>
        </w:rPr>
        <w:t xml:space="preserve"> „Bubu </w:t>
      </w:r>
      <w:proofErr w:type="spellStart"/>
      <w:r w:rsidRPr="006F3F0F">
        <w:rPr>
          <w:sz w:val="24"/>
          <w:szCs w:val="24"/>
        </w:rPr>
        <w:t>už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proofErr w:type="gramStart"/>
      <w:r w:rsidRPr="006F3F0F">
        <w:rPr>
          <w:sz w:val="24"/>
          <w:szCs w:val="24"/>
        </w:rPr>
        <w:t>jdu</w:t>
      </w:r>
      <w:proofErr w:type="spellEnd"/>
      <w:r w:rsidRPr="006F3F0F">
        <w:rPr>
          <w:sz w:val="24"/>
          <w:szCs w:val="24"/>
        </w:rPr>
        <w:t>!“</w:t>
      </w:r>
      <w:proofErr w:type="gramEnd"/>
      <w:r w:rsidRPr="006F3F0F">
        <w:rPr>
          <w:sz w:val="24"/>
          <w:szCs w:val="24"/>
        </w:rPr>
        <w:t>.</w:t>
      </w:r>
    </w:p>
    <w:p w14:paraId="3289BA42" w14:textId="77777777" w:rsidR="00147C88" w:rsidRPr="006F3F0F" w:rsidRDefault="00147C88" w:rsidP="00147C88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Pokusy</w:t>
      </w:r>
      <w:proofErr w:type="spellEnd"/>
      <w:r w:rsidRPr="006F3F0F">
        <w:rPr>
          <w:sz w:val="24"/>
          <w:szCs w:val="24"/>
        </w:rPr>
        <w:t xml:space="preserve">: </w:t>
      </w:r>
      <w:proofErr w:type="spellStart"/>
      <w:r w:rsidRPr="006F3F0F">
        <w:rPr>
          <w:sz w:val="24"/>
          <w:szCs w:val="24"/>
        </w:rPr>
        <w:t>sušení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ovoce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sledování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počasí</w:t>
      </w:r>
      <w:proofErr w:type="spellEnd"/>
      <w:r w:rsidRPr="006F3F0F">
        <w:rPr>
          <w:sz w:val="24"/>
          <w:szCs w:val="24"/>
        </w:rPr>
        <w:t xml:space="preserve">, co </w:t>
      </w:r>
      <w:proofErr w:type="spellStart"/>
      <w:r w:rsidRPr="006F3F0F">
        <w:rPr>
          <w:sz w:val="24"/>
          <w:szCs w:val="24"/>
        </w:rPr>
        <w:t>plave</w:t>
      </w:r>
      <w:proofErr w:type="spellEnd"/>
      <w:r w:rsidRPr="006F3F0F">
        <w:rPr>
          <w:sz w:val="24"/>
          <w:szCs w:val="24"/>
        </w:rPr>
        <w:t xml:space="preserve"> a co ne.</w:t>
      </w:r>
    </w:p>
    <w:p w14:paraId="68BB3DD5" w14:textId="77777777" w:rsidR="00147C88" w:rsidRPr="006F3F0F" w:rsidRDefault="00147C88" w:rsidP="00147C88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Projekty</w:t>
      </w:r>
      <w:proofErr w:type="spellEnd"/>
      <w:r w:rsidRPr="006F3F0F">
        <w:rPr>
          <w:sz w:val="24"/>
          <w:szCs w:val="24"/>
        </w:rPr>
        <w:t xml:space="preserve">: </w:t>
      </w:r>
      <w:proofErr w:type="spellStart"/>
      <w:r w:rsidRPr="006F3F0F">
        <w:rPr>
          <w:sz w:val="24"/>
          <w:szCs w:val="24"/>
        </w:rPr>
        <w:t>výstava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plodů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dýňové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tvoření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halloweenská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stezka</w:t>
      </w:r>
      <w:proofErr w:type="spellEnd"/>
      <w:r w:rsidRPr="006F3F0F">
        <w:rPr>
          <w:sz w:val="24"/>
          <w:szCs w:val="24"/>
        </w:rPr>
        <w:t>.</w:t>
      </w:r>
    </w:p>
    <w:p w14:paraId="723FF5A2" w14:textId="77777777" w:rsidR="00147C88" w:rsidRPr="006F3F0F" w:rsidRDefault="00147C88" w:rsidP="00544B9B">
      <w:pPr>
        <w:pStyle w:val="Nadpis3"/>
        <w:rPr>
          <w:sz w:val="24"/>
          <w:szCs w:val="24"/>
        </w:rPr>
      </w:pPr>
      <w:r w:rsidRPr="006F3F0F">
        <w:rPr>
          <w:sz w:val="24"/>
          <w:szCs w:val="24"/>
        </w:rPr>
        <w:t xml:space="preserve">Mini </w:t>
      </w:r>
      <w:proofErr w:type="spellStart"/>
      <w:proofErr w:type="gramStart"/>
      <w:r w:rsidRPr="006F3F0F">
        <w:rPr>
          <w:sz w:val="24"/>
          <w:szCs w:val="24"/>
        </w:rPr>
        <w:t>projekty</w:t>
      </w:r>
      <w:proofErr w:type="spellEnd"/>
      <w:proofErr w:type="gramEnd"/>
      <w:r w:rsidRPr="006F3F0F">
        <w:rPr>
          <w:sz w:val="24"/>
          <w:szCs w:val="24"/>
        </w:rPr>
        <w:t xml:space="preserve"> a </w:t>
      </w:r>
      <w:proofErr w:type="spellStart"/>
      <w:r w:rsidRPr="006F3F0F">
        <w:rPr>
          <w:sz w:val="24"/>
          <w:szCs w:val="24"/>
        </w:rPr>
        <w:t>slavnosti</w:t>
      </w:r>
      <w:proofErr w:type="spellEnd"/>
    </w:p>
    <w:p w14:paraId="1ABF3F37" w14:textId="77777777" w:rsidR="00147C88" w:rsidRPr="006F3F0F" w:rsidRDefault="00147C88" w:rsidP="00147C88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Výstava</w:t>
      </w:r>
      <w:proofErr w:type="spellEnd"/>
      <w:r w:rsidRPr="006F3F0F">
        <w:rPr>
          <w:sz w:val="24"/>
          <w:szCs w:val="24"/>
        </w:rPr>
        <w:t xml:space="preserve"> „</w:t>
      </w:r>
      <w:proofErr w:type="spellStart"/>
      <w:r w:rsidRPr="006F3F0F">
        <w:rPr>
          <w:sz w:val="24"/>
          <w:szCs w:val="24"/>
        </w:rPr>
        <w:t>Poklady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proofErr w:type="gramStart"/>
      <w:r w:rsidRPr="006F3F0F">
        <w:rPr>
          <w:sz w:val="24"/>
          <w:szCs w:val="24"/>
        </w:rPr>
        <w:t>podzimu</w:t>
      </w:r>
      <w:proofErr w:type="spellEnd"/>
      <w:r w:rsidRPr="006F3F0F">
        <w:rPr>
          <w:sz w:val="24"/>
          <w:szCs w:val="24"/>
        </w:rPr>
        <w:t>“</w:t>
      </w:r>
      <w:proofErr w:type="gramEnd"/>
      <w:r w:rsidRPr="006F3F0F">
        <w:rPr>
          <w:sz w:val="24"/>
          <w:szCs w:val="24"/>
        </w:rPr>
        <w:t>.</w:t>
      </w:r>
    </w:p>
    <w:p w14:paraId="35E8E218" w14:textId="77777777" w:rsidR="00147C88" w:rsidRPr="006F3F0F" w:rsidRDefault="00147C88" w:rsidP="00147C88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Halloween party – </w:t>
      </w:r>
      <w:proofErr w:type="spellStart"/>
      <w:r w:rsidRPr="006F3F0F">
        <w:rPr>
          <w:sz w:val="24"/>
          <w:szCs w:val="24"/>
        </w:rPr>
        <w:t>tanec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masek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výzdoba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tematické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hry</w:t>
      </w:r>
      <w:proofErr w:type="spellEnd"/>
      <w:r w:rsidRPr="006F3F0F">
        <w:rPr>
          <w:sz w:val="24"/>
          <w:szCs w:val="24"/>
        </w:rPr>
        <w:t>.</w:t>
      </w:r>
    </w:p>
    <w:p w14:paraId="423686A3" w14:textId="77777777" w:rsidR="00147C88" w:rsidRPr="006F3F0F" w:rsidRDefault="00147C88" w:rsidP="00147C88">
      <w:pPr>
        <w:rPr>
          <w:sz w:val="24"/>
          <w:szCs w:val="24"/>
        </w:rPr>
      </w:pPr>
      <w:r w:rsidRPr="006F3F0F">
        <w:rPr>
          <w:sz w:val="24"/>
          <w:szCs w:val="24"/>
        </w:rPr>
        <w:lastRenderedPageBreak/>
        <w:t xml:space="preserve">• </w:t>
      </w:r>
      <w:proofErr w:type="spellStart"/>
      <w:r w:rsidRPr="006F3F0F">
        <w:rPr>
          <w:sz w:val="24"/>
          <w:szCs w:val="24"/>
        </w:rPr>
        <w:t>Pečení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dýňových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sušenek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výroba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podzimního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čaje</w:t>
      </w:r>
      <w:proofErr w:type="spellEnd"/>
      <w:r w:rsidRPr="006F3F0F">
        <w:rPr>
          <w:sz w:val="24"/>
          <w:szCs w:val="24"/>
        </w:rPr>
        <w:t>.</w:t>
      </w:r>
    </w:p>
    <w:p w14:paraId="40D805D7" w14:textId="77777777" w:rsidR="00147C88" w:rsidRPr="006F3F0F" w:rsidRDefault="00147C88" w:rsidP="00147C88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Ekoprojekt</w:t>
      </w:r>
      <w:proofErr w:type="spellEnd"/>
      <w:r w:rsidRPr="006F3F0F">
        <w:rPr>
          <w:sz w:val="24"/>
          <w:szCs w:val="24"/>
        </w:rPr>
        <w:t xml:space="preserve"> – </w:t>
      </w:r>
      <w:proofErr w:type="spellStart"/>
      <w:r w:rsidRPr="006F3F0F">
        <w:rPr>
          <w:sz w:val="24"/>
          <w:szCs w:val="24"/>
        </w:rPr>
        <w:t>úklid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zahrady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výroba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krmítka</w:t>
      </w:r>
      <w:proofErr w:type="spellEnd"/>
      <w:r w:rsidRPr="006F3F0F">
        <w:rPr>
          <w:sz w:val="24"/>
          <w:szCs w:val="24"/>
        </w:rPr>
        <w:t>.</w:t>
      </w:r>
    </w:p>
    <w:p w14:paraId="2373BC77" w14:textId="77777777" w:rsidR="00147C88" w:rsidRPr="006F3F0F" w:rsidRDefault="00147C88" w:rsidP="00005B8D">
      <w:pPr>
        <w:rPr>
          <w:sz w:val="24"/>
          <w:szCs w:val="24"/>
        </w:rPr>
      </w:pPr>
    </w:p>
    <w:p w14:paraId="3C85A548" w14:textId="77777777" w:rsidR="00F025BD" w:rsidRPr="00745799" w:rsidRDefault="00F025BD" w:rsidP="00F025BD">
      <w:pPr>
        <w:pStyle w:val="Nadpis2"/>
        <w:rPr>
          <w:sz w:val="36"/>
          <w:szCs w:val="36"/>
        </w:rPr>
      </w:pPr>
      <w:r w:rsidRPr="00745799">
        <w:rPr>
          <w:sz w:val="36"/>
          <w:szCs w:val="36"/>
        </w:rPr>
        <w:t xml:space="preserve">Listopad – </w:t>
      </w:r>
      <w:proofErr w:type="spellStart"/>
      <w:r w:rsidRPr="00745799">
        <w:rPr>
          <w:sz w:val="36"/>
          <w:szCs w:val="36"/>
        </w:rPr>
        <w:t>Já</w:t>
      </w:r>
      <w:proofErr w:type="spellEnd"/>
      <w:r w:rsidRPr="00745799">
        <w:rPr>
          <w:sz w:val="36"/>
          <w:szCs w:val="36"/>
        </w:rPr>
        <w:t xml:space="preserve"> a </w:t>
      </w:r>
      <w:proofErr w:type="spellStart"/>
      <w:r w:rsidRPr="00745799">
        <w:rPr>
          <w:sz w:val="36"/>
          <w:szCs w:val="36"/>
        </w:rPr>
        <w:t>moje</w:t>
      </w:r>
      <w:proofErr w:type="spellEnd"/>
      <w:r w:rsidRPr="00745799">
        <w:rPr>
          <w:sz w:val="36"/>
          <w:szCs w:val="36"/>
        </w:rPr>
        <w:t xml:space="preserve"> </w:t>
      </w:r>
      <w:proofErr w:type="spellStart"/>
      <w:r w:rsidRPr="00745799">
        <w:rPr>
          <w:sz w:val="36"/>
          <w:szCs w:val="36"/>
        </w:rPr>
        <w:t>tělo</w:t>
      </w:r>
      <w:proofErr w:type="spellEnd"/>
    </w:p>
    <w:p w14:paraId="40CEBFE5" w14:textId="77777777" w:rsidR="00F025BD" w:rsidRPr="006F3F0F" w:rsidRDefault="00F025BD" w:rsidP="00F025BD">
      <w:pPr>
        <w:pStyle w:val="Nadpis3"/>
        <w:rPr>
          <w:sz w:val="24"/>
          <w:szCs w:val="24"/>
        </w:rPr>
      </w:pPr>
      <w:proofErr w:type="spellStart"/>
      <w:r w:rsidRPr="006F3F0F">
        <w:rPr>
          <w:sz w:val="24"/>
          <w:szCs w:val="24"/>
        </w:rPr>
        <w:t>Hlavní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cíle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měsíce</w:t>
      </w:r>
      <w:proofErr w:type="spellEnd"/>
    </w:p>
    <w:p w14:paraId="56A481BE" w14:textId="77777777" w:rsidR="00F025BD" w:rsidRPr="006F3F0F" w:rsidRDefault="00F025BD" w:rsidP="00F025BD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Vést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děti</w:t>
      </w:r>
      <w:proofErr w:type="spellEnd"/>
      <w:r w:rsidRPr="006F3F0F">
        <w:rPr>
          <w:sz w:val="24"/>
          <w:szCs w:val="24"/>
        </w:rPr>
        <w:t xml:space="preserve"> k </w:t>
      </w:r>
      <w:proofErr w:type="spellStart"/>
      <w:r w:rsidRPr="006F3F0F">
        <w:rPr>
          <w:sz w:val="24"/>
          <w:szCs w:val="24"/>
        </w:rPr>
        <w:t>poznávání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svého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těla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jeho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částí</w:t>
      </w:r>
      <w:proofErr w:type="spellEnd"/>
      <w:r w:rsidRPr="006F3F0F">
        <w:rPr>
          <w:sz w:val="24"/>
          <w:szCs w:val="24"/>
        </w:rPr>
        <w:t xml:space="preserve"> a </w:t>
      </w:r>
      <w:proofErr w:type="spellStart"/>
      <w:r w:rsidRPr="006F3F0F">
        <w:rPr>
          <w:sz w:val="24"/>
          <w:szCs w:val="24"/>
        </w:rPr>
        <w:t>funkcí</w:t>
      </w:r>
      <w:proofErr w:type="spellEnd"/>
      <w:r w:rsidRPr="006F3F0F">
        <w:rPr>
          <w:sz w:val="24"/>
          <w:szCs w:val="24"/>
        </w:rPr>
        <w:t>.</w:t>
      </w:r>
    </w:p>
    <w:p w14:paraId="00122FCB" w14:textId="77777777" w:rsidR="00F025BD" w:rsidRPr="006F3F0F" w:rsidRDefault="00F025BD" w:rsidP="00F025BD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Vést</w:t>
      </w:r>
      <w:proofErr w:type="spellEnd"/>
      <w:r w:rsidRPr="006F3F0F">
        <w:rPr>
          <w:sz w:val="24"/>
          <w:szCs w:val="24"/>
        </w:rPr>
        <w:t xml:space="preserve"> k </w:t>
      </w:r>
      <w:proofErr w:type="spellStart"/>
      <w:r w:rsidRPr="006F3F0F">
        <w:rPr>
          <w:sz w:val="24"/>
          <w:szCs w:val="24"/>
        </w:rPr>
        <w:t>základnímu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povědomí</w:t>
      </w:r>
      <w:proofErr w:type="spellEnd"/>
      <w:r w:rsidRPr="006F3F0F">
        <w:rPr>
          <w:sz w:val="24"/>
          <w:szCs w:val="24"/>
        </w:rPr>
        <w:t xml:space="preserve"> o </w:t>
      </w:r>
      <w:proofErr w:type="spellStart"/>
      <w:r w:rsidRPr="006F3F0F">
        <w:rPr>
          <w:sz w:val="24"/>
          <w:szCs w:val="24"/>
        </w:rPr>
        <w:t>zdraví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hygieně</w:t>
      </w:r>
      <w:proofErr w:type="spellEnd"/>
      <w:r w:rsidRPr="006F3F0F">
        <w:rPr>
          <w:sz w:val="24"/>
          <w:szCs w:val="24"/>
        </w:rPr>
        <w:t xml:space="preserve"> a </w:t>
      </w:r>
      <w:proofErr w:type="spellStart"/>
      <w:r w:rsidRPr="006F3F0F">
        <w:rPr>
          <w:sz w:val="24"/>
          <w:szCs w:val="24"/>
        </w:rPr>
        <w:t>bezpečí</w:t>
      </w:r>
      <w:proofErr w:type="spellEnd"/>
      <w:r w:rsidRPr="006F3F0F">
        <w:rPr>
          <w:sz w:val="24"/>
          <w:szCs w:val="24"/>
        </w:rPr>
        <w:t>.</w:t>
      </w:r>
    </w:p>
    <w:p w14:paraId="54C02316" w14:textId="77777777" w:rsidR="00F025BD" w:rsidRPr="006F3F0F" w:rsidRDefault="00F025BD" w:rsidP="00F025BD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Učit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děti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rozeznávat</w:t>
      </w:r>
      <w:proofErr w:type="spellEnd"/>
      <w:r w:rsidRPr="006F3F0F">
        <w:rPr>
          <w:sz w:val="24"/>
          <w:szCs w:val="24"/>
        </w:rPr>
        <w:t xml:space="preserve"> a </w:t>
      </w:r>
      <w:proofErr w:type="spellStart"/>
      <w:r w:rsidRPr="006F3F0F">
        <w:rPr>
          <w:sz w:val="24"/>
          <w:szCs w:val="24"/>
        </w:rPr>
        <w:t>zvládat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základní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emoce</w:t>
      </w:r>
      <w:proofErr w:type="spellEnd"/>
      <w:r w:rsidRPr="006F3F0F">
        <w:rPr>
          <w:sz w:val="24"/>
          <w:szCs w:val="24"/>
        </w:rPr>
        <w:t>.</w:t>
      </w:r>
    </w:p>
    <w:p w14:paraId="6A0EE080" w14:textId="77777777" w:rsidR="00F025BD" w:rsidRPr="006F3F0F" w:rsidRDefault="00F025BD" w:rsidP="00F025BD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Rozvíjet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smyslové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vnímání</w:t>
      </w:r>
      <w:proofErr w:type="spellEnd"/>
      <w:r w:rsidRPr="006F3F0F">
        <w:rPr>
          <w:sz w:val="24"/>
          <w:szCs w:val="24"/>
        </w:rPr>
        <w:t xml:space="preserve"> a </w:t>
      </w:r>
      <w:proofErr w:type="spellStart"/>
      <w:r w:rsidRPr="006F3F0F">
        <w:rPr>
          <w:sz w:val="24"/>
          <w:szCs w:val="24"/>
        </w:rPr>
        <w:t>koordinaci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pohybu</w:t>
      </w:r>
      <w:proofErr w:type="spellEnd"/>
      <w:r w:rsidRPr="006F3F0F">
        <w:rPr>
          <w:sz w:val="24"/>
          <w:szCs w:val="24"/>
        </w:rPr>
        <w:t>.</w:t>
      </w:r>
    </w:p>
    <w:p w14:paraId="57C79059" w14:textId="77777777" w:rsidR="00F025BD" w:rsidRPr="006F3F0F" w:rsidRDefault="00F025BD" w:rsidP="00F025BD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Podporovat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vnímání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vlastních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potřeb</w:t>
      </w:r>
      <w:proofErr w:type="spellEnd"/>
      <w:r w:rsidRPr="006F3F0F">
        <w:rPr>
          <w:sz w:val="24"/>
          <w:szCs w:val="24"/>
        </w:rPr>
        <w:t xml:space="preserve"> a </w:t>
      </w:r>
      <w:proofErr w:type="spellStart"/>
      <w:r w:rsidRPr="006F3F0F">
        <w:rPr>
          <w:sz w:val="24"/>
          <w:szCs w:val="24"/>
        </w:rPr>
        <w:t>péče</w:t>
      </w:r>
      <w:proofErr w:type="spellEnd"/>
      <w:r w:rsidRPr="006F3F0F">
        <w:rPr>
          <w:sz w:val="24"/>
          <w:szCs w:val="24"/>
        </w:rPr>
        <w:t xml:space="preserve"> o </w:t>
      </w:r>
      <w:proofErr w:type="spellStart"/>
      <w:r w:rsidRPr="006F3F0F">
        <w:rPr>
          <w:sz w:val="24"/>
          <w:szCs w:val="24"/>
        </w:rPr>
        <w:t>sebe</w:t>
      </w:r>
      <w:proofErr w:type="spellEnd"/>
      <w:r w:rsidRPr="006F3F0F">
        <w:rPr>
          <w:sz w:val="24"/>
          <w:szCs w:val="24"/>
        </w:rPr>
        <w:t>.</w:t>
      </w:r>
    </w:p>
    <w:p w14:paraId="1DF99E38" w14:textId="77777777" w:rsidR="00F025BD" w:rsidRPr="006F3F0F" w:rsidRDefault="00F025BD" w:rsidP="00F025BD">
      <w:pPr>
        <w:pStyle w:val="Nadpis3"/>
        <w:rPr>
          <w:sz w:val="24"/>
          <w:szCs w:val="24"/>
        </w:rPr>
      </w:pPr>
      <w:proofErr w:type="spellStart"/>
      <w:r w:rsidRPr="006F3F0F">
        <w:rPr>
          <w:sz w:val="24"/>
          <w:szCs w:val="24"/>
        </w:rPr>
        <w:t>Týdenní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podtémata</w:t>
      </w:r>
      <w:proofErr w:type="spellEnd"/>
    </w:p>
    <w:p w14:paraId="0C3795CD" w14:textId="77777777" w:rsidR="00F025BD" w:rsidRPr="006F3F0F" w:rsidRDefault="00F025BD" w:rsidP="00F025BD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1. Moje </w:t>
      </w:r>
      <w:proofErr w:type="spellStart"/>
      <w:r w:rsidRPr="006F3F0F">
        <w:rPr>
          <w:sz w:val="24"/>
          <w:szCs w:val="24"/>
        </w:rPr>
        <w:t>tělo</w:t>
      </w:r>
      <w:proofErr w:type="spellEnd"/>
    </w:p>
    <w:p w14:paraId="4B7A8994" w14:textId="77777777" w:rsidR="00F025BD" w:rsidRPr="006F3F0F" w:rsidRDefault="00F025BD" w:rsidP="00F025BD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2. </w:t>
      </w:r>
      <w:proofErr w:type="spellStart"/>
      <w:r w:rsidRPr="006F3F0F">
        <w:rPr>
          <w:sz w:val="24"/>
          <w:szCs w:val="24"/>
        </w:rPr>
        <w:t>Zdraví</w:t>
      </w:r>
      <w:proofErr w:type="spellEnd"/>
      <w:r w:rsidRPr="006F3F0F">
        <w:rPr>
          <w:sz w:val="24"/>
          <w:szCs w:val="24"/>
        </w:rPr>
        <w:t xml:space="preserve"> a </w:t>
      </w:r>
      <w:proofErr w:type="spellStart"/>
      <w:r w:rsidRPr="006F3F0F">
        <w:rPr>
          <w:sz w:val="24"/>
          <w:szCs w:val="24"/>
        </w:rPr>
        <w:t>nemoc</w:t>
      </w:r>
      <w:proofErr w:type="spellEnd"/>
    </w:p>
    <w:p w14:paraId="36FCBDC5" w14:textId="77777777" w:rsidR="00F025BD" w:rsidRPr="006F3F0F" w:rsidRDefault="00F025BD" w:rsidP="00F025BD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3. Co </w:t>
      </w:r>
      <w:proofErr w:type="spellStart"/>
      <w:r w:rsidRPr="006F3F0F">
        <w:rPr>
          <w:sz w:val="24"/>
          <w:szCs w:val="24"/>
        </w:rPr>
        <w:t>cítím</w:t>
      </w:r>
      <w:proofErr w:type="spellEnd"/>
      <w:r w:rsidRPr="006F3F0F">
        <w:rPr>
          <w:sz w:val="24"/>
          <w:szCs w:val="24"/>
        </w:rPr>
        <w:t xml:space="preserve"> a co </w:t>
      </w:r>
      <w:proofErr w:type="spellStart"/>
      <w:r w:rsidRPr="006F3F0F">
        <w:rPr>
          <w:sz w:val="24"/>
          <w:szCs w:val="24"/>
        </w:rPr>
        <w:t>prožívám</w:t>
      </w:r>
      <w:proofErr w:type="spellEnd"/>
    </w:p>
    <w:p w14:paraId="19090197" w14:textId="77777777" w:rsidR="00F025BD" w:rsidRPr="006F3F0F" w:rsidRDefault="00F025BD" w:rsidP="00F025BD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4. </w:t>
      </w:r>
      <w:proofErr w:type="spellStart"/>
      <w:r w:rsidRPr="006F3F0F">
        <w:rPr>
          <w:sz w:val="24"/>
          <w:szCs w:val="24"/>
        </w:rPr>
        <w:t>Bezpečně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doma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i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venku</w:t>
      </w:r>
      <w:proofErr w:type="spellEnd"/>
      <w:r w:rsidRPr="006F3F0F">
        <w:rPr>
          <w:sz w:val="24"/>
          <w:szCs w:val="24"/>
        </w:rPr>
        <w:t xml:space="preserve"> a </w:t>
      </w:r>
      <w:proofErr w:type="spellStart"/>
      <w:r w:rsidRPr="006F3F0F">
        <w:rPr>
          <w:sz w:val="24"/>
          <w:szCs w:val="24"/>
        </w:rPr>
        <w:t>uspávání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broučků</w:t>
      </w:r>
      <w:proofErr w:type="spellEnd"/>
    </w:p>
    <w:p w14:paraId="098EBB3A" w14:textId="77777777" w:rsidR="00F025BD" w:rsidRPr="006F3F0F" w:rsidRDefault="00F025BD" w:rsidP="00F025BD">
      <w:pPr>
        <w:pStyle w:val="Nadpis3"/>
        <w:rPr>
          <w:sz w:val="24"/>
          <w:szCs w:val="24"/>
        </w:rPr>
      </w:pPr>
      <w:proofErr w:type="spellStart"/>
      <w:r w:rsidRPr="006F3F0F">
        <w:rPr>
          <w:sz w:val="24"/>
          <w:szCs w:val="24"/>
        </w:rPr>
        <w:t>Rozvoj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klíčových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kompetencí</w:t>
      </w:r>
      <w:proofErr w:type="spellEnd"/>
    </w:p>
    <w:p w14:paraId="43B14A7B" w14:textId="77777777" w:rsidR="00F025BD" w:rsidRPr="006F3F0F" w:rsidRDefault="00F025BD" w:rsidP="00F025BD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Kompetence</w:t>
      </w:r>
      <w:proofErr w:type="spellEnd"/>
      <w:r w:rsidRPr="006F3F0F">
        <w:rPr>
          <w:sz w:val="24"/>
          <w:szCs w:val="24"/>
        </w:rPr>
        <w:t xml:space="preserve"> k </w:t>
      </w:r>
      <w:proofErr w:type="spellStart"/>
      <w:r w:rsidRPr="006F3F0F">
        <w:rPr>
          <w:sz w:val="24"/>
          <w:szCs w:val="24"/>
        </w:rPr>
        <w:t>učení</w:t>
      </w:r>
      <w:proofErr w:type="spellEnd"/>
      <w:r w:rsidRPr="006F3F0F">
        <w:rPr>
          <w:sz w:val="24"/>
          <w:szCs w:val="24"/>
        </w:rPr>
        <w:t xml:space="preserve"> – </w:t>
      </w:r>
      <w:proofErr w:type="spellStart"/>
      <w:r w:rsidRPr="006F3F0F">
        <w:rPr>
          <w:sz w:val="24"/>
          <w:szCs w:val="24"/>
        </w:rPr>
        <w:t>poznávání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těla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otázky</w:t>
      </w:r>
      <w:proofErr w:type="spellEnd"/>
      <w:r w:rsidRPr="006F3F0F">
        <w:rPr>
          <w:sz w:val="24"/>
          <w:szCs w:val="24"/>
        </w:rPr>
        <w:t xml:space="preserve"> </w:t>
      </w:r>
      <w:proofErr w:type="gramStart"/>
      <w:r w:rsidRPr="006F3F0F">
        <w:rPr>
          <w:sz w:val="24"/>
          <w:szCs w:val="24"/>
        </w:rPr>
        <w:t>a</w:t>
      </w:r>
      <w:proofErr w:type="gram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odpovědi</w:t>
      </w:r>
      <w:proofErr w:type="spellEnd"/>
      <w:r w:rsidRPr="006F3F0F">
        <w:rPr>
          <w:sz w:val="24"/>
          <w:szCs w:val="24"/>
        </w:rPr>
        <w:t>.</w:t>
      </w:r>
    </w:p>
    <w:p w14:paraId="0383232F" w14:textId="77777777" w:rsidR="00F025BD" w:rsidRPr="006F3F0F" w:rsidRDefault="00F025BD" w:rsidP="00F025BD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Kompetence</w:t>
      </w:r>
      <w:proofErr w:type="spellEnd"/>
      <w:r w:rsidRPr="006F3F0F">
        <w:rPr>
          <w:sz w:val="24"/>
          <w:szCs w:val="24"/>
        </w:rPr>
        <w:t xml:space="preserve"> k </w:t>
      </w:r>
      <w:proofErr w:type="spellStart"/>
      <w:r w:rsidRPr="006F3F0F">
        <w:rPr>
          <w:sz w:val="24"/>
          <w:szCs w:val="24"/>
        </w:rPr>
        <w:t>řešení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problémů</w:t>
      </w:r>
      <w:proofErr w:type="spellEnd"/>
      <w:r w:rsidRPr="006F3F0F">
        <w:rPr>
          <w:sz w:val="24"/>
          <w:szCs w:val="24"/>
        </w:rPr>
        <w:t xml:space="preserve"> – </w:t>
      </w:r>
      <w:proofErr w:type="spellStart"/>
      <w:r w:rsidRPr="006F3F0F">
        <w:rPr>
          <w:sz w:val="24"/>
          <w:szCs w:val="24"/>
        </w:rPr>
        <w:t>reagování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na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situace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vyhodnocování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rizik</w:t>
      </w:r>
      <w:proofErr w:type="spellEnd"/>
      <w:r w:rsidRPr="006F3F0F">
        <w:rPr>
          <w:sz w:val="24"/>
          <w:szCs w:val="24"/>
        </w:rPr>
        <w:t>.</w:t>
      </w:r>
    </w:p>
    <w:p w14:paraId="58E97506" w14:textId="77777777" w:rsidR="00F025BD" w:rsidRPr="006F3F0F" w:rsidRDefault="00F025BD" w:rsidP="00F025BD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Kompetence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pracovní</w:t>
      </w:r>
      <w:proofErr w:type="spellEnd"/>
      <w:r w:rsidRPr="006F3F0F">
        <w:rPr>
          <w:sz w:val="24"/>
          <w:szCs w:val="24"/>
        </w:rPr>
        <w:t xml:space="preserve"> – </w:t>
      </w:r>
      <w:proofErr w:type="spellStart"/>
      <w:r w:rsidRPr="006F3F0F">
        <w:rPr>
          <w:sz w:val="24"/>
          <w:szCs w:val="24"/>
        </w:rPr>
        <w:t>péče</w:t>
      </w:r>
      <w:proofErr w:type="spellEnd"/>
      <w:r w:rsidRPr="006F3F0F">
        <w:rPr>
          <w:sz w:val="24"/>
          <w:szCs w:val="24"/>
        </w:rPr>
        <w:t xml:space="preserve"> o </w:t>
      </w:r>
      <w:proofErr w:type="spellStart"/>
      <w:r w:rsidRPr="006F3F0F">
        <w:rPr>
          <w:sz w:val="24"/>
          <w:szCs w:val="24"/>
        </w:rPr>
        <w:t>osobní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věci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zvládání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jednoduchých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úkolů</w:t>
      </w:r>
      <w:proofErr w:type="spellEnd"/>
      <w:r w:rsidRPr="006F3F0F">
        <w:rPr>
          <w:sz w:val="24"/>
          <w:szCs w:val="24"/>
        </w:rPr>
        <w:t>.</w:t>
      </w:r>
    </w:p>
    <w:p w14:paraId="0F3B54CE" w14:textId="77777777" w:rsidR="00F025BD" w:rsidRPr="006F3F0F" w:rsidRDefault="00F025BD" w:rsidP="00F025BD">
      <w:pPr>
        <w:pStyle w:val="Nadpis3"/>
        <w:rPr>
          <w:sz w:val="24"/>
          <w:szCs w:val="24"/>
        </w:rPr>
      </w:pPr>
      <w:proofErr w:type="spellStart"/>
      <w:r w:rsidRPr="006F3F0F">
        <w:rPr>
          <w:sz w:val="24"/>
          <w:szCs w:val="24"/>
        </w:rPr>
        <w:t>Propojení</w:t>
      </w:r>
      <w:proofErr w:type="spellEnd"/>
      <w:r w:rsidRPr="006F3F0F">
        <w:rPr>
          <w:sz w:val="24"/>
          <w:szCs w:val="24"/>
        </w:rPr>
        <w:t xml:space="preserve"> s </w:t>
      </w:r>
      <w:proofErr w:type="spellStart"/>
      <w:r w:rsidRPr="006F3F0F">
        <w:rPr>
          <w:sz w:val="24"/>
          <w:szCs w:val="24"/>
        </w:rPr>
        <w:t>oblastmi</w:t>
      </w:r>
      <w:proofErr w:type="spellEnd"/>
      <w:r w:rsidRPr="006F3F0F">
        <w:rPr>
          <w:sz w:val="24"/>
          <w:szCs w:val="24"/>
        </w:rPr>
        <w:t xml:space="preserve"> RVP PV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320"/>
        <w:gridCol w:w="4320"/>
      </w:tblGrid>
      <w:tr w:rsidR="00F025BD" w:rsidRPr="006F3F0F" w14:paraId="26F31E4E" w14:textId="77777777" w:rsidTr="00860BE3">
        <w:tc>
          <w:tcPr>
            <w:tcW w:w="4320" w:type="dxa"/>
          </w:tcPr>
          <w:p w14:paraId="72310C58" w14:textId="77777777" w:rsidR="00F025BD" w:rsidRPr="006F3F0F" w:rsidRDefault="00F025BD" w:rsidP="00860BE3">
            <w:pPr>
              <w:rPr>
                <w:sz w:val="24"/>
                <w:szCs w:val="24"/>
              </w:rPr>
            </w:pPr>
            <w:r w:rsidRPr="006F3F0F">
              <w:rPr>
                <w:sz w:val="24"/>
                <w:szCs w:val="24"/>
              </w:rPr>
              <w:t>Oblast</w:t>
            </w:r>
          </w:p>
        </w:tc>
        <w:tc>
          <w:tcPr>
            <w:tcW w:w="4320" w:type="dxa"/>
          </w:tcPr>
          <w:p w14:paraId="5EB37DEF" w14:textId="77777777" w:rsidR="00F025BD" w:rsidRPr="006F3F0F" w:rsidRDefault="00F025BD" w:rsidP="00860BE3">
            <w:pPr>
              <w:rPr>
                <w:sz w:val="24"/>
                <w:szCs w:val="24"/>
              </w:rPr>
            </w:pPr>
            <w:proofErr w:type="spellStart"/>
            <w:r w:rsidRPr="006F3F0F">
              <w:rPr>
                <w:sz w:val="24"/>
                <w:szCs w:val="24"/>
              </w:rPr>
              <w:t>Cíle</w:t>
            </w:r>
            <w:proofErr w:type="spellEnd"/>
            <w:r w:rsidRPr="006F3F0F">
              <w:rPr>
                <w:sz w:val="24"/>
                <w:szCs w:val="24"/>
              </w:rPr>
              <w:t xml:space="preserve"> a </w:t>
            </w:r>
            <w:proofErr w:type="spellStart"/>
            <w:r w:rsidRPr="006F3F0F">
              <w:rPr>
                <w:sz w:val="24"/>
                <w:szCs w:val="24"/>
              </w:rPr>
              <w:t>výstupy</w:t>
            </w:r>
            <w:proofErr w:type="spellEnd"/>
          </w:p>
        </w:tc>
      </w:tr>
      <w:tr w:rsidR="00F025BD" w:rsidRPr="006F3F0F" w14:paraId="01BBEAB8" w14:textId="77777777" w:rsidTr="00860BE3">
        <w:tc>
          <w:tcPr>
            <w:tcW w:w="4320" w:type="dxa"/>
          </w:tcPr>
          <w:p w14:paraId="57DE6010" w14:textId="77777777" w:rsidR="00F025BD" w:rsidRPr="006F3F0F" w:rsidRDefault="00F025BD" w:rsidP="00860BE3">
            <w:pPr>
              <w:rPr>
                <w:sz w:val="24"/>
                <w:szCs w:val="24"/>
              </w:rPr>
            </w:pPr>
            <w:proofErr w:type="spellStart"/>
            <w:r w:rsidRPr="006F3F0F">
              <w:rPr>
                <w:sz w:val="24"/>
                <w:szCs w:val="24"/>
              </w:rPr>
              <w:t>Dítě</w:t>
            </w:r>
            <w:proofErr w:type="spellEnd"/>
            <w:r w:rsidRPr="006F3F0F">
              <w:rPr>
                <w:sz w:val="24"/>
                <w:szCs w:val="24"/>
              </w:rPr>
              <w:t xml:space="preserve"> a </w:t>
            </w:r>
            <w:proofErr w:type="spellStart"/>
            <w:r w:rsidRPr="006F3F0F">
              <w:rPr>
                <w:sz w:val="24"/>
                <w:szCs w:val="24"/>
              </w:rPr>
              <w:t>jeho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tělo</w:t>
            </w:r>
            <w:proofErr w:type="spellEnd"/>
          </w:p>
        </w:tc>
        <w:tc>
          <w:tcPr>
            <w:tcW w:w="4320" w:type="dxa"/>
          </w:tcPr>
          <w:p w14:paraId="09183BD4" w14:textId="77777777" w:rsidR="00F025BD" w:rsidRPr="006F3F0F" w:rsidRDefault="00F025BD" w:rsidP="00860BE3">
            <w:pPr>
              <w:rPr>
                <w:sz w:val="24"/>
                <w:szCs w:val="24"/>
              </w:rPr>
            </w:pPr>
            <w:proofErr w:type="spellStart"/>
            <w:r w:rsidRPr="006F3F0F">
              <w:rPr>
                <w:sz w:val="24"/>
                <w:szCs w:val="24"/>
              </w:rPr>
              <w:t>Uvědomuje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si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části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těla</w:t>
            </w:r>
            <w:proofErr w:type="spellEnd"/>
            <w:r w:rsidRPr="006F3F0F">
              <w:rPr>
                <w:sz w:val="24"/>
                <w:szCs w:val="24"/>
              </w:rPr>
              <w:t xml:space="preserve">, </w:t>
            </w:r>
            <w:proofErr w:type="spellStart"/>
            <w:r w:rsidRPr="006F3F0F">
              <w:rPr>
                <w:sz w:val="24"/>
                <w:szCs w:val="24"/>
              </w:rPr>
              <w:t>pohybuje</w:t>
            </w:r>
            <w:proofErr w:type="spellEnd"/>
            <w:r w:rsidRPr="006F3F0F">
              <w:rPr>
                <w:sz w:val="24"/>
                <w:szCs w:val="24"/>
              </w:rPr>
              <w:t xml:space="preserve"> se </w:t>
            </w:r>
            <w:proofErr w:type="spellStart"/>
            <w:r w:rsidRPr="006F3F0F">
              <w:rPr>
                <w:sz w:val="24"/>
                <w:szCs w:val="24"/>
              </w:rPr>
              <w:t>koordinovaně</w:t>
            </w:r>
            <w:proofErr w:type="spellEnd"/>
            <w:r w:rsidRPr="006F3F0F">
              <w:rPr>
                <w:sz w:val="24"/>
                <w:szCs w:val="24"/>
              </w:rPr>
              <w:t xml:space="preserve">, </w:t>
            </w:r>
            <w:proofErr w:type="spellStart"/>
            <w:r w:rsidRPr="006F3F0F">
              <w:rPr>
                <w:sz w:val="24"/>
                <w:szCs w:val="24"/>
              </w:rPr>
              <w:t>chápe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péči</w:t>
            </w:r>
            <w:proofErr w:type="spellEnd"/>
            <w:r w:rsidRPr="006F3F0F">
              <w:rPr>
                <w:sz w:val="24"/>
                <w:szCs w:val="24"/>
              </w:rPr>
              <w:t xml:space="preserve"> o </w:t>
            </w:r>
            <w:proofErr w:type="spellStart"/>
            <w:r w:rsidRPr="006F3F0F">
              <w:rPr>
                <w:sz w:val="24"/>
                <w:szCs w:val="24"/>
              </w:rPr>
              <w:t>zdraví</w:t>
            </w:r>
            <w:proofErr w:type="spellEnd"/>
            <w:r w:rsidRPr="006F3F0F">
              <w:rPr>
                <w:sz w:val="24"/>
                <w:szCs w:val="24"/>
              </w:rPr>
              <w:t>.</w:t>
            </w:r>
          </w:p>
        </w:tc>
      </w:tr>
      <w:tr w:rsidR="00F025BD" w:rsidRPr="006F3F0F" w14:paraId="6E5EC0C8" w14:textId="77777777" w:rsidTr="00860BE3">
        <w:tc>
          <w:tcPr>
            <w:tcW w:w="4320" w:type="dxa"/>
          </w:tcPr>
          <w:p w14:paraId="212838E3" w14:textId="77777777" w:rsidR="00F025BD" w:rsidRPr="006F3F0F" w:rsidRDefault="00F025BD" w:rsidP="00860BE3">
            <w:pPr>
              <w:rPr>
                <w:sz w:val="24"/>
                <w:szCs w:val="24"/>
              </w:rPr>
            </w:pPr>
            <w:proofErr w:type="spellStart"/>
            <w:r w:rsidRPr="006F3F0F">
              <w:rPr>
                <w:sz w:val="24"/>
                <w:szCs w:val="24"/>
              </w:rPr>
              <w:t>Dítě</w:t>
            </w:r>
            <w:proofErr w:type="spellEnd"/>
            <w:r w:rsidRPr="006F3F0F">
              <w:rPr>
                <w:sz w:val="24"/>
                <w:szCs w:val="24"/>
              </w:rPr>
              <w:t xml:space="preserve"> a </w:t>
            </w:r>
            <w:proofErr w:type="spellStart"/>
            <w:r w:rsidRPr="006F3F0F">
              <w:rPr>
                <w:sz w:val="24"/>
                <w:szCs w:val="24"/>
              </w:rPr>
              <w:t>jeho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psychika</w:t>
            </w:r>
            <w:proofErr w:type="spellEnd"/>
          </w:p>
        </w:tc>
        <w:tc>
          <w:tcPr>
            <w:tcW w:w="4320" w:type="dxa"/>
          </w:tcPr>
          <w:p w14:paraId="1F1B1E1B" w14:textId="77777777" w:rsidR="00F025BD" w:rsidRPr="006F3F0F" w:rsidRDefault="00F025BD" w:rsidP="00860BE3">
            <w:pPr>
              <w:rPr>
                <w:sz w:val="24"/>
                <w:szCs w:val="24"/>
              </w:rPr>
            </w:pPr>
            <w:proofErr w:type="spellStart"/>
            <w:r w:rsidRPr="006F3F0F">
              <w:rPr>
                <w:sz w:val="24"/>
                <w:szCs w:val="24"/>
              </w:rPr>
              <w:t>Rozlišuje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emoce</w:t>
            </w:r>
            <w:proofErr w:type="spellEnd"/>
            <w:r w:rsidRPr="006F3F0F">
              <w:rPr>
                <w:sz w:val="24"/>
                <w:szCs w:val="24"/>
              </w:rPr>
              <w:t xml:space="preserve">, </w:t>
            </w:r>
            <w:proofErr w:type="spellStart"/>
            <w:r w:rsidRPr="006F3F0F">
              <w:rPr>
                <w:sz w:val="24"/>
                <w:szCs w:val="24"/>
              </w:rPr>
              <w:t>mluví</w:t>
            </w:r>
            <w:proofErr w:type="spellEnd"/>
            <w:r w:rsidRPr="006F3F0F">
              <w:rPr>
                <w:sz w:val="24"/>
                <w:szCs w:val="24"/>
              </w:rPr>
              <w:t xml:space="preserve"> o </w:t>
            </w:r>
            <w:proofErr w:type="spellStart"/>
            <w:r w:rsidRPr="006F3F0F">
              <w:rPr>
                <w:sz w:val="24"/>
                <w:szCs w:val="24"/>
              </w:rPr>
              <w:t>svých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pocitech</w:t>
            </w:r>
            <w:proofErr w:type="spellEnd"/>
            <w:r w:rsidRPr="006F3F0F">
              <w:rPr>
                <w:sz w:val="24"/>
                <w:szCs w:val="24"/>
              </w:rPr>
              <w:t xml:space="preserve">, </w:t>
            </w:r>
            <w:proofErr w:type="spellStart"/>
            <w:r w:rsidRPr="006F3F0F">
              <w:rPr>
                <w:sz w:val="24"/>
                <w:szCs w:val="24"/>
              </w:rPr>
              <w:t>učí</w:t>
            </w:r>
            <w:proofErr w:type="spellEnd"/>
            <w:r w:rsidRPr="006F3F0F">
              <w:rPr>
                <w:sz w:val="24"/>
                <w:szCs w:val="24"/>
              </w:rPr>
              <w:t xml:space="preserve"> se </w:t>
            </w:r>
            <w:proofErr w:type="spellStart"/>
            <w:r w:rsidRPr="006F3F0F">
              <w:rPr>
                <w:sz w:val="24"/>
                <w:szCs w:val="24"/>
              </w:rPr>
              <w:t>seberegulaci</w:t>
            </w:r>
            <w:proofErr w:type="spellEnd"/>
            <w:r w:rsidRPr="006F3F0F">
              <w:rPr>
                <w:sz w:val="24"/>
                <w:szCs w:val="24"/>
              </w:rPr>
              <w:t>.</w:t>
            </w:r>
          </w:p>
        </w:tc>
      </w:tr>
      <w:tr w:rsidR="00F025BD" w:rsidRPr="006F3F0F" w14:paraId="50BC5850" w14:textId="77777777" w:rsidTr="00860BE3">
        <w:tc>
          <w:tcPr>
            <w:tcW w:w="4320" w:type="dxa"/>
          </w:tcPr>
          <w:p w14:paraId="4416A3BB" w14:textId="77777777" w:rsidR="00F025BD" w:rsidRPr="006F3F0F" w:rsidRDefault="00F025BD" w:rsidP="00860BE3">
            <w:pPr>
              <w:rPr>
                <w:sz w:val="24"/>
                <w:szCs w:val="24"/>
              </w:rPr>
            </w:pPr>
            <w:proofErr w:type="spellStart"/>
            <w:r w:rsidRPr="006F3F0F">
              <w:rPr>
                <w:sz w:val="24"/>
                <w:szCs w:val="24"/>
              </w:rPr>
              <w:t>Dítě</w:t>
            </w:r>
            <w:proofErr w:type="spellEnd"/>
            <w:r w:rsidRPr="006F3F0F">
              <w:rPr>
                <w:sz w:val="24"/>
                <w:szCs w:val="24"/>
              </w:rPr>
              <w:t xml:space="preserve"> a ten </w:t>
            </w:r>
            <w:proofErr w:type="spellStart"/>
            <w:r w:rsidRPr="006F3F0F">
              <w:rPr>
                <w:sz w:val="24"/>
                <w:szCs w:val="24"/>
              </w:rPr>
              <w:t>druhý</w:t>
            </w:r>
            <w:proofErr w:type="spellEnd"/>
          </w:p>
        </w:tc>
        <w:tc>
          <w:tcPr>
            <w:tcW w:w="4320" w:type="dxa"/>
          </w:tcPr>
          <w:p w14:paraId="33940624" w14:textId="77777777" w:rsidR="00F025BD" w:rsidRPr="006F3F0F" w:rsidRDefault="00F025BD" w:rsidP="00860BE3">
            <w:pPr>
              <w:rPr>
                <w:sz w:val="24"/>
                <w:szCs w:val="24"/>
              </w:rPr>
            </w:pPr>
            <w:proofErr w:type="spellStart"/>
            <w:r w:rsidRPr="006F3F0F">
              <w:rPr>
                <w:sz w:val="24"/>
                <w:szCs w:val="24"/>
              </w:rPr>
              <w:t>Chápe</w:t>
            </w:r>
            <w:proofErr w:type="spellEnd"/>
            <w:r w:rsidRPr="006F3F0F">
              <w:rPr>
                <w:sz w:val="24"/>
                <w:szCs w:val="24"/>
              </w:rPr>
              <w:t xml:space="preserve">, co je </w:t>
            </w:r>
            <w:proofErr w:type="spellStart"/>
            <w:r w:rsidRPr="006F3F0F">
              <w:rPr>
                <w:sz w:val="24"/>
                <w:szCs w:val="24"/>
              </w:rPr>
              <w:t>ohleduplnost</w:t>
            </w:r>
            <w:proofErr w:type="spellEnd"/>
            <w:r w:rsidRPr="006F3F0F">
              <w:rPr>
                <w:sz w:val="24"/>
                <w:szCs w:val="24"/>
              </w:rPr>
              <w:t xml:space="preserve"> a </w:t>
            </w:r>
            <w:proofErr w:type="spellStart"/>
            <w:r w:rsidRPr="006F3F0F">
              <w:rPr>
                <w:sz w:val="24"/>
                <w:szCs w:val="24"/>
              </w:rPr>
              <w:t>bezpečné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lastRenderedPageBreak/>
              <w:t>chování</w:t>
            </w:r>
            <w:proofErr w:type="spellEnd"/>
            <w:r w:rsidRPr="006F3F0F">
              <w:rPr>
                <w:sz w:val="24"/>
                <w:szCs w:val="24"/>
              </w:rPr>
              <w:t>.</w:t>
            </w:r>
          </w:p>
        </w:tc>
      </w:tr>
      <w:tr w:rsidR="00F025BD" w:rsidRPr="006F3F0F" w14:paraId="5DA9CC6D" w14:textId="77777777" w:rsidTr="00860BE3">
        <w:tc>
          <w:tcPr>
            <w:tcW w:w="4320" w:type="dxa"/>
          </w:tcPr>
          <w:p w14:paraId="6494C89B" w14:textId="77777777" w:rsidR="00F025BD" w:rsidRPr="006F3F0F" w:rsidRDefault="00F025BD" w:rsidP="00860BE3">
            <w:pPr>
              <w:rPr>
                <w:sz w:val="24"/>
                <w:szCs w:val="24"/>
              </w:rPr>
            </w:pPr>
            <w:proofErr w:type="spellStart"/>
            <w:r w:rsidRPr="006F3F0F">
              <w:rPr>
                <w:sz w:val="24"/>
                <w:szCs w:val="24"/>
              </w:rPr>
              <w:lastRenderedPageBreak/>
              <w:t>Dítě</w:t>
            </w:r>
            <w:proofErr w:type="spellEnd"/>
            <w:r w:rsidRPr="006F3F0F">
              <w:rPr>
                <w:sz w:val="24"/>
                <w:szCs w:val="24"/>
              </w:rPr>
              <w:t xml:space="preserve"> a </w:t>
            </w:r>
            <w:proofErr w:type="spellStart"/>
            <w:r w:rsidRPr="006F3F0F">
              <w:rPr>
                <w:sz w:val="24"/>
                <w:szCs w:val="24"/>
              </w:rPr>
              <w:t>společnost</w:t>
            </w:r>
            <w:proofErr w:type="spellEnd"/>
          </w:p>
        </w:tc>
        <w:tc>
          <w:tcPr>
            <w:tcW w:w="4320" w:type="dxa"/>
          </w:tcPr>
          <w:p w14:paraId="3AE0D074" w14:textId="77777777" w:rsidR="00F025BD" w:rsidRPr="006F3F0F" w:rsidRDefault="00F025BD" w:rsidP="00860BE3">
            <w:pPr>
              <w:rPr>
                <w:sz w:val="24"/>
                <w:szCs w:val="24"/>
              </w:rPr>
            </w:pPr>
            <w:proofErr w:type="spellStart"/>
            <w:r w:rsidRPr="006F3F0F">
              <w:rPr>
                <w:sz w:val="24"/>
                <w:szCs w:val="24"/>
              </w:rPr>
              <w:t>Orientuje</w:t>
            </w:r>
            <w:proofErr w:type="spellEnd"/>
            <w:r w:rsidRPr="006F3F0F">
              <w:rPr>
                <w:sz w:val="24"/>
                <w:szCs w:val="24"/>
              </w:rPr>
              <w:t xml:space="preserve"> se v </w:t>
            </w:r>
            <w:proofErr w:type="spellStart"/>
            <w:r w:rsidRPr="006F3F0F">
              <w:rPr>
                <w:sz w:val="24"/>
                <w:szCs w:val="24"/>
              </w:rPr>
              <w:t>každodenních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situacích</w:t>
            </w:r>
            <w:proofErr w:type="spellEnd"/>
            <w:r w:rsidRPr="006F3F0F">
              <w:rPr>
                <w:sz w:val="24"/>
                <w:szCs w:val="24"/>
              </w:rPr>
              <w:t xml:space="preserve">, </w:t>
            </w:r>
            <w:proofErr w:type="spellStart"/>
            <w:r w:rsidRPr="006F3F0F">
              <w:rPr>
                <w:sz w:val="24"/>
                <w:szCs w:val="24"/>
              </w:rPr>
              <w:t>poznává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roli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lékaře</w:t>
            </w:r>
            <w:proofErr w:type="spellEnd"/>
            <w:r w:rsidRPr="006F3F0F">
              <w:rPr>
                <w:sz w:val="24"/>
                <w:szCs w:val="24"/>
              </w:rPr>
              <w:t xml:space="preserve"> a </w:t>
            </w:r>
            <w:proofErr w:type="spellStart"/>
            <w:r w:rsidRPr="006F3F0F">
              <w:rPr>
                <w:sz w:val="24"/>
                <w:szCs w:val="24"/>
              </w:rPr>
              <w:t>pečovatelů</w:t>
            </w:r>
            <w:proofErr w:type="spellEnd"/>
            <w:r w:rsidRPr="006F3F0F">
              <w:rPr>
                <w:sz w:val="24"/>
                <w:szCs w:val="24"/>
              </w:rPr>
              <w:t>.</w:t>
            </w:r>
          </w:p>
        </w:tc>
      </w:tr>
      <w:tr w:rsidR="00F025BD" w:rsidRPr="006F3F0F" w14:paraId="498530B8" w14:textId="77777777" w:rsidTr="00860BE3">
        <w:tc>
          <w:tcPr>
            <w:tcW w:w="4320" w:type="dxa"/>
          </w:tcPr>
          <w:p w14:paraId="56146D14" w14:textId="77777777" w:rsidR="00F025BD" w:rsidRPr="006F3F0F" w:rsidRDefault="00F025BD" w:rsidP="00860BE3">
            <w:pPr>
              <w:rPr>
                <w:sz w:val="24"/>
                <w:szCs w:val="24"/>
              </w:rPr>
            </w:pPr>
            <w:proofErr w:type="spellStart"/>
            <w:r w:rsidRPr="006F3F0F">
              <w:rPr>
                <w:sz w:val="24"/>
                <w:szCs w:val="24"/>
              </w:rPr>
              <w:t>Dítě</w:t>
            </w:r>
            <w:proofErr w:type="spellEnd"/>
            <w:r w:rsidRPr="006F3F0F">
              <w:rPr>
                <w:sz w:val="24"/>
                <w:szCs w:val="24"/>
              </w:rPr>
              <w:t xml:space="preserve"> a </w:t>
            </w:r>
            <w:proofErr w:type="spellStart"/>
            <w:r w:rsidRPr="006F3F0F">
              <w:rPr>
                <w:sz w:val="24"/>
                <w:szCs w:val="24"/>
              </w:rPr>
              <w:t>svět</w:t>
            </w:r>
            <w:proofErr w:type="spellEnd"/>
          </w:p>
        </w:tc>
        <w:tc>
          <w:tcPr>
            <w:tcW w:w="4320" w:type="dxa"/>
          </w:tcPr>
          <w:p w14:paraId="68A97F4A" w14:textId="77777777" w:rsidR="00F025BD" w:rsidRPr="006F3F0F" w:rsidRDefault="00F025BD" w:rsidP="00860BE3">
            <w:pPr>
              <w:rPr>
                <w:sz w:val="24"/>
                <w:szCs w:val="24"/>
              </w:rPr>
            </w:pPr>
            <w:proofErr w:type="spellStart"/>
            <w:r w:rsidRPr="006F3F0F">
              <w:rPr>
                <w:sz w:val="24"/>
                <w:szCs w:val="24"/>
              </w:rPr>
              <w:t>Chápe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vliv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prostředí</w:t>
            </w:r>
            <w:proofErr w:type="spellEnd"/>
            <w:r w:rsidRPr="006F3F0F">
              <w:rPr>
                <w:sz w:val="24"/>
                <w:szCs w:val="24"/>
              </w:rPr>
              <w:t xml:space="preserve"> a </w:t>
            </w:r>
            <w:proofErr w:type="spellStart"/>
            <w:r w:rsidRPr="006F3F0F">
              <w:rPr>
                <w:sz w:val="24"/>
                <w:szCs w:val="24"/>
              </w:rPr>
              <w:t>počasí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na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tělo</w:t>
            </w:r>
            <w:proofErr w:type="spellEnd"/>
            <w:r w:rsidRPr="006F3F0F">
              <w:rPr>
                <w:sz w:val="24"/>
                <w:szCs w:val="24"/>
              </w:rPr>
              <w:t xml:space="preserve">, </w:t>
            </w:r>
            <w:proofErr w:type="spellStart"/>
            <w:r w:rsidRPr="006F3F0F">
              <w:rPr>
                <w:sz w:val="24"/>
                <w:szCs w:val="24"/>
              </w:rPr>
              <w:t>učí</w:t>
            </w:r>
            <w:proofErr w:type="spellEnd"/>
            <w:r w:rsidRPr="006F3F0F">
              <w:rPr>
                <w:sz w:val="24"/>
                <w:szCs w:val="24"/>
              </w:rPr>
              <w:t xml:space="preserve"> se </w:t>
            </w:r>
            <w:proofErr w:type="spellStart"/>
            <w:r w:rsidRPr="006F3F0F">
              <w:rPr>
                <w:sz w:val="24"/>
                <w:szCs w:val="24"/>
              </w:rPr>
              <w:t>chránit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zdraví</w:t>
            </w:r>
            <w:proofErr w:type="spellEnd"/>
            <w:r w:rsidRPr="006F3F0F">
              <w:rPr>
                <w:sz w:val="24"/>
                <w:szCs w:val="24"/>
              </w:rPr>
              <w:t>.</w:t>
            </w:r>
          </w:p>
        </w:tc>
      </w:tr>
    </w:tbl>
    <w:p w14:paraId="15AADFD5" w14:textId="77777777" w:rsidR="00F025BD" w:rsidRPr="006F3F0F" w:rsidRDefault="00F025BD" w:rsidP="00F025BD">
      <w:pPr>
        <w:rPr>
          <w:sz w:val="24"/>
          <w:szCs w:val="24"/>
        </w:rPr>
      </w:pPr>
    </w:p>
    <w:p w14:paraId="5759B1D0" w14:textId="77777777" w:rsidR="00F025BD" w:rsidRPr="006F3F0F" w:rsidRDefault="00F025BD" w:rsidP="00E05CD8">
      <w:pPr>
        <w:pStyle w:val="Nadpis3"/>
        <w:rPr>
          <w:sz w:val="24"/>
          <w:szCs w:val="24"/>
        </w:rPr>
      </w:pPr>
      <w:proofErr w:type="spellStart"/>
      <w:r w:rsidRPr="006F3F0F">
        <w:rPr>
          <w:sz w:val="24"/>
          <w:szCs w:val="24"/>
        </w:rPr>
        <w:t>Návrhy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činností</w:t>
      </w:r>
      <w:proofErr w:type="spellEnd"/>
    </w:p>
    <w:p w14:paraId="270764B0" w14:textId="77777777" w:rsidR="00F025BD" w:rsidRPr="006F3F0F" w:rsidRDefault="00F025BD" w:rsidP="00F025BD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Výtvarné</w:t>
      </w:r>
      <w:proofErr w:type="spellEnd"/>
      <w:r w:rsidRPr="006F3F0F">
        <w:rPr>
          <w:sz w:val="24"/>
          <w:szCs w:val="24"/>
        </w:rPr>
        <w:t xml:space="preserve">: </w:t>
      </w:r>
      <w:proofErr w:type="spellStart"/>
      <w:r w:rsidRPr="006F3F0F">
        <w:rPr>
          <w:sz w:val="24"/>
          <w:szCs w:val="24"/>
        </w:rPr>
        <w:t>obkreslování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těla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kresba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obličeje</w:t>
      </w:r>
      <w:proofErr w:type="spellEnd"/>
      <w:r w:rsidRPr="006F3F0F">
        <w:rPr>
          <w:sz w:val="24"/>
          <w:szCs w:val="24"/>
        </w:rPr>
        <w:t xml:space="preserve">, „co </w:t>
      </w:r>
      <w:proofErr w:type="spellStart"/>
      <w:r w:rsidRPr="006F3F0F">
        <w:rPr>
          <w:sz w:val="24"/>
          <w:szCs w:val="24"/>
        </w:rPr>
        <w:t>nosí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proofErr w:type="gramStart"/>
      <w:r w:rsidRPr="006F3F0F">
        <w:rPr>
          <w:sz w:val="24"/>
          <w:szCs w:val="24"/>
        </w:rPr>
        <w:t>bacil</w:t>
      </w:r>
      <w:proofErr w:type="spellEnd"/>
      <w:r w:rsidRPr="006F3F0F">
        <w:rPr>
          <w:sz w:val="24"/>
          <w:szCs w:val="24"/>
        </w:rPr>
        <w:t>?“</w:t>
      </w:r>
      <w:proofErr w:type="gramEnd"/>
    </w:p>
    <w:p w14:paraId="61AE6B88" w14:textId="77777777" w:rsidR="00F025BD" w:rsidRPr="006F3F0F" w:rsidRDefault="00F025BD" w:rsidP="00F025BD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Pohybové</w:t>
      </w:r>
      <w:proofErr w:type="spellEnd"/>
      <w:r w:rsidRPr="006F3F0F">
        <w:rPr>
          <w:sz w:val="24"/>
          <w:szCs w:val="24"/>
        </w:rPr>
        <w:t xml:space="preserve">: </w:t>
      </w:r>
      <w:proofErr w:type="spellStart"/>
      <w:r w:rsidRPr="006F3F0F">
        <w:rPr>
          <w:sz w:val="24"/>
          <w:szCs w:val="24"/>
        </w:rPr>
        <w:t>hra</w:t>
      </w:r>
      <w:proofErr w:type="spellEnd"/>
      <w:r w:rsidRPr="006F3F0F">
        <w:rPr>
          <w:sz w:val="24"/>
          <w:szCs w:val="24"/>
        </w:rPr>
        <w:t xml:space="preserve"> „co </w:t>
      </w:r>
      <w:proofErr w:type="spellStart"/>
      <w:r w:rsidRPr="006F3F0F">
        <w:rPr>
          <w:sz w:val="24"/>
          <w:szCs w:val="24"/>
        </w:rPr>
        <w:t>umí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moje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proofErr w:type="gramStart"/>
      <w:r w:rsidRPr="006F3F0F">
        <w:rPr>
          <w:sz w:val="24"/>
          <w:szCs w:val="24"/>
        </w:rPr>
        <w:t>tělo</w:t>
      </w:r>
      <w:proofErr w:type="spellEnd"/>
      <w:r w:rsidRPr="006F3F0F">
        <w:rPr>
          <w:sz w:val="24"/>
          <w:szCs w:val="24"/>
        </w:rPr>
        <w:t>“</w:t>
      </w:r>
      <w:proofErr w:type="gram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dětská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jóga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opičí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dráha</w:t>
      </w:r>
      <w:proofErr w:type="spellEnd"/>
      <w:r w:rsidRPr="006F3F0F">
        <w:rPr>
          <w:sz w:val="24"/>
          <w:szCs w:val="24"/>
        </w:rPr>
        <w:t>.</w:t>
      </w:r>
    </w:p>
    <w:p w14:paraId="7B603810" w14:textId="77777777" w:rsidR="00F025BD" w:rsidRPr="006F3F0F" w:rsidRDefault="00F025BD" w:rsidP="00F025BD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Hudební</w:t>
      </w:r>
      <w:proofErr w:type="spellEnd"/>
      <w:r w:rsidRPr="006F3F0F">
        <w:rPr>
          <w:sz w:val="24"/>
          <w:szCs w:val="24"/>
        </w:rPr>
        <w:t xml:space="preserve">: </w:t>
      </w:r>
      <w:proofErr w:type="spellStart"/>
      <w:r w:rsidRPr="006F3F0F">
        <w:rPr>
          <w:sz w:val="24"/>
          <w:szCs w:val="24"/>
        </w:rPr>
        <w:t>rytmizace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těla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písně</w:t>
      </w:r>
      <w:proofErr w:type="spellEnd"/>
      <w:r w:rsidRPr="006F3F0F">
        <w:rPr>
          <w:sz w:val="24"/>
          <w:szCs w:val="24"/>
        </w:rPr>
        <w:t xml:space="preserve"> o </w:t>
      </w:r>
      <w:proofErr w:type="spellStart"/>
      <w:r w:rsidRPr="006F3F0F">
        <w:rPr>
          <w:sz w:val="24"/>
          <w:szCs w:val="24"/>
        </w:rPr>
        <w:t>těle</w:t>
      </w:r>
      <w:proofErr w:type="spellEnd"/>
      <w:r w:rsidRPr="006F3F0F">
        <w:rPr>
          <w:sz w:val="24"/>
          <w:szCs w:val="24"/>
        </w:rPr>
        <w:t xml:space="preserve"> („Hlava, </w:t>
      </w:r>
      <w:proofErr w:type="spellStart"/>
      <w:r w:rsidRPr="006F3F0F">
        <w:rPr>
          <w:sz w:val="24"/>
          <w:szCs w:val="24"/>
        </w:rPr>
        <w:t>ramena</w:t>
      </w:r>
      <w:proofErr w:type="spellEnd"/>
      <w:proofErr w:type="gramStart"/>
      <w:r w:rsidRPr="006F3F0F">
        <w:rPr>
          <w:sz w:val="24"/>
          <w:szCs w:val="24"/>
        </w:rPr>
        <w:t>…“</w:t>
      </w:r>
      <w:proofErr w:type="gramEnd"/>
      <w:r w:rsidRPr="006F3F0F">
        <w:rPr>
          <w:sz w:val="24"/>
          <w:szCs w:val="24"/>
        </w:rPr>
        <w:t>).</w:t>
      </w:r>
    </w:p>
    <w:p w14:paraId="3553C116" w14:textId="77777777" w:rsidR="00F025BD" w:rsidRPr="006F3F0F" w:rsidRDefault="00F025BD" w:rsidP="00F025BD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Jazykové</w:t>
      </w:r>
      <w:proofErr w:type="spellEnd"/>
      <w:r w:rsidRPr="006F3F0F">
        <w:rPr>
          <w:sz w:val="24"/>
          <w:szCs w:val="24"/>
        </w:rPr>
        <w:t xml:space="preserve">: </w:t>
      </w:r>
      <w:proofErr w:type="spellStart"/>
      <w:r w:rsidRPr="006F3F0F">
        <w:rPr>
          <w:sz w:val="24"/>
          <w:szCs w:val="24"/>
        </w:rPr>
        <w:t>rozhovory</w:t>
      </w:r>
      <w:proofErr w:type="spellEnd"/>
      <w:r w:rsidRPr="006F3F0F">
        <w:rPr>
          <w:sz w:val="24"/>
          <w:szCs w:val="24"/>
        </w:rPr>
        <w:t xml:space="preserve"> o </w:t>
      </w:r>
      <w:proofErr w:type="spellStart"/>
      <w:r w:rsidRPr="006F3F0F">
        <w:rPr>
          <w:sz w:val="24"/>
          <w:szCs w:val="24"/>
        </w:rPr>
        <w:t>zdraví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pojmenování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emocí</w:t>
      </w:r>
      <w:proofErr w:type="spellEnd"/>
      <w:r w:rsidRPr="006F3F0F">
        <w:rPr>
          <w:sz w:val="24"/>
          <w:szCs w:val="24"/>
        </w:rPr>
        <w:t xml:space="preserve">, „jak se </w:t>
      </w:r>
      <w:proofErr w:type="spellStart"/>
      <w:proofErr w:type="gramStart"/>
      <w:r w:rsidRPr="006F3F0F">
        <w:rPr>
          <w:sz w:val="24"/>
          <w:szCs w:val="24"/>
        </w:rPr>
        <w:t>cítíš</w:t>
      </w:r>
      <w:proofErr w:type="spellEnd"/>
      <w:r w:rsidRPr="006F3F0F">
        <w:rPr>
          <w:sz w:val="24"/>
          <w:szCs w:val="24"/>
        </w:rPr>
        <w:t>?“</w:t>
      </w:r>
      <w:proofErr w:type="gramEnd"/>
      <w:r w:rsidRPr="006F3F0F">
        <w:rPr>
          <w:sz w:val="24"/>
          <w:szCs w:val="24"/>
        </w:rPr>
        <w:t>.</w:t>
      </w:r>
    </w:p>
    <w:p w14:paraId="69234BD2" w14:textId="77777777" w:rsidR="00F025BD" w:rsidRPr="006F3F0F" w:rsidRDefault="00F025BD" w:rsidP="00F025BD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Pokusy</w:t>
      </w:r>
      <w:proofErr w:type="spellEnd"/>
      <w:r w:rsidRPr="006F3F0F">
        <w:rPr>
          <w:sz w:val="24"/>
          <w:szCs w:val="24"/>
        </w:rPr>
        <w:t xml:space="preserve"> </w:t>
      </w:r>
      <w:proofErr w:type="gramStart"/>
      <w:r w:rsidRPr="006F3F0F">
        <w:rPr>
          <w:sz w:val="24"/>
          <w:szCs w:val="24"/>
        </w:rPr>
        <w:t xml:space="preserve">a </w:t>
      </w:r>
      <w:proofErr w:type="spellStart"/>
      <w:r w:rsidRPr="006F3F0F">
        <w:rPr>
          <w:sz w:val="24"/>
          <w:szCs w:val="24"/>
        </w:rPr>
        <w:t>smysly</w:t>
      </w:r>
      <w:proofErr w:type="spellEnd"/>
      <w:proofErr w:type="gramEnd"/>
      <w:r w:rsidRPr="006F3F0F">
        <w:rPr>
          <w:sz w:val="24"/>
          <w:szCs w:val="24"/>
        </w:rPr>
        <w:t xml:space="preserve">: </w:t>
      </w:r>
      <w:proofErr w:type="spellStart"/>
      <w:r w:rsidRPr="006F3F0F">
        <w:rPr>
          <w:sz w:val="24"/>
          <w:szCs w:val="24"/>
        </w:rPr>
        <w:t>hádej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podle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chuti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hmatu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zvuku</w:t>
      </w:r>
      <w:proofErr w:type="spellEnd"/>
      <w:r w:rsidRPr="006F3F0F">
        <w:rPr>
          <w:sz w:val="24"/>
          <w:szCs w:val="24"/>
        </w:rPr>
        <w:t>.</w:t>
      </w:r>
    </w:p>
    <w:p w14:paraId="0A20A789" w14:textId="77777777" w:rsidR="00F025BD" w:rsidRPr="006F3F0F" w:rsidRDefault="00F025BD" w:rsidP="00F025BD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Společné</w:t>
      </w:r>
      <w:proofErr w:type="spellEnd"/>
      <w:r w:rsidRPr="006F3F0F">
        <w:rPr>
          <w:sz w:val="24"/>
          <w:szCs w:val="24"/>
        </w:rPr>
        <w:t xml:space="preserve">: </w:t>
      </w:r>
      <w:proofErr w:type="spellStart"/>
      <w:r w:rsidRPr="006F3F0F">
        <w:rPr>
          <w:sz w:val="24"/>
          <w:szCs w:val="24"/>
        </w:rPr>
        <w:t>hra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na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lékaře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úklid</w:t>
      </w:r>
      <w:proofErr w:type="spellEnd"/>
      <w:r w:rsidRPr="006F3F0F">
        <w:rPr>
          <w:sz w:val="24"/>
          <w:szCs w:val="24"/>
        </w:rPr>
        <w:t xml:space="preserve"> a </w:t>
      </w:r>
      <w:proofErr w:type="spellStart"/>
      <w:r w:rsidRPr="006F3F0F">
        <w:rPr>
          <w:sz w:val="24"/>
          <w:szCs w:val="24"/>
        </w:rPr>
        <w:t>péče</w:t>
      </w:r>
      <w:proofErr w:type="spellEnd"/>
      <w:r w:rsidRPr="006F3F0F">
        <w:rPr>
          <w:sz w:val="24"/>
          <w:szCs w:val="24"/>
        </w:rPr>
        <w:t xml:space="preserve"> o </w:t>
      </w:r>
      <w:proofErr w:type="spellStart"/>
      <w:r w:rsidRPr="006F3F0F">
        <w:rPr>
          <w:sz w:val="24"/>
          <w:szCs w:val="24"/>
        </w:rPr>
        <w:t>třídu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lucerničkový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průvod</w:t>
      </w:r>
      <w:proofErr w:type="spellEnd"/>
      <w:r w:rsidRPr="006F3F0F">
        <w:rPr>
          <w:sz w:val="24"/>
          <w:szCs w:val="24"/>
        </w:rPr>
        <w:t>.</w:t>
      </w:r>
    </w:p>
    <w:p w14:paraId="21C7E9FE" w14:textId="77777777" w:rsidR="00F025BD" w:rsidRPr="006F3F0F" w:rsidRDefault="00F025BD" w:rsidP="00E05CD8">
      <w:pPr>
        <w:pStyle w:val="Nadpis3"/>
        <w:rPr>
          <w:sz w:val="24"/>
          <w:szCs w:val="24"/>
        </w:rPr>
      </w:pPr>
      <w:r w:rsidRPr="006F3F0F">
        <w:rPr>
          <w:sz w:val="24"/>
          <w:szCs w:val="24"/>
        </w:rPr>
        <w:t xml:space="preserve">Mini </w:t>
      </w:r>
      <w:proofErr w:type="spellStart"/>
      <w:proofErr w:type="gramStart"/>
      <w:r w:rsidRPr="006F3F0F">
        <w:rPr>
          <w:sz w:val="24"/>
          <w:szCs w:val="24"/>
        </w:rPr>
        <w:t>projekty</w:t>
      </w:r>
      <w:proofErr w:type="spellEnd"/>
      <w:proofErr w:type="gramEnd"/>
      <w:r w:rsidRPr="006F3F0F">
        <w:rPr>
          <w:sz w:val="24"/>
          <w:szCs w:val="24"/>
        </w:rPr>
        <w:t xml:space="preserve"> a </w:t>
      </w:r>
      <w:proofErr w:type="spellStart"/>
      <w:r w:rsidRPr="006F3F0F">
        <w:rPr>
          <w:sz w:val="24"/>
          <w:szCs w:val="24"/>
        </w:rPr>
        <w:t>slavnosti</w:t>
      </w:r>
      <w:proofErr w:type="spellEnd"/>
    </w:p>
    <w:p w14:paraId="0D688A18" w14:textId="77777777" w:rsidR="00F025BD" w:rsidRPr="006F3F0F" w:rsidRDefault="00F025BD" w:rsidP="00F025BD">
      <w:pPr>
        <w:rPr>
          <w:sz w:val="24"/>
          <w:szCs w:val="24"/>
        </w:rPr>
      </w:pPr>
      <w:r w:rsidRPr="006F3F0F">
        <w:rPr>
          <w:sz w:val="24"/>
          <w:szCs w:val="24"/>
        </w:rPr>
        <w:t>• „</w:t>
      </w:r>
      <w:proofErr w:type="spellStart"/>
      <w:r w:rsidRPr="006F3F0F">
        <w:rPr>
          <w:sz w:val="24"/>
          <w:szCs w:val="24"/>
        </w:rPr>
        <w:t>Týden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proofErr w:type="gramStart"/>
      <w:r w:rsidRPr="006F3F0F">
        <w:rPr>
          <w:sz w:val="24"/>
          <w:szCs w:val="24"/>
        </w:rPr>
        <w:t>zdraví</w:t>
      </w:r>
      <w:proofErr w:type="spellEnd"/>
      <w:r w:rsidRPr="006F3F0F">
        <w:rPr>
          <w:sz w:val="24"/>
          <w:szCs w:val="24"/>
        </w:rPr>
        <w:t>“ –</w:t>
      </w:r>
      <w:proofErr w:type="gram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každé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dítě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přinese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zdravý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recept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nebo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surovinu</w:t>
      </w:r>
      <w:proofErr w:type="spellEnd"/>
      <w:r w:rsidRPr="006F3F0F">
        <w:rPr>
          <w:sz w:val="24"/>
          <w:szCs w:val="24"/>
        </w:rPr>
        <w:t>.</w:t>
      </w:r>
    </w:p>
    <w:p w14:paraId="7E8685DE" w14:textId="77777777" w:rsidR="00F025BD" w:rsidRPr="006F3F0F" w:rsidRDefault="00F025BD" w:rsidP="00F025BD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Návštěva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zdravotníka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nebo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hra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na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nemocnici</w:t>
      </w:r>
      <w:proofErr w:type="spellEnd"/>
      <w:r w:rsidRPr="006F3F0F">
        <w:rPr>
          <w:sz w:val="24"/>
          <w:szCs w:val="24"/>
        </w:rPr>
        <w:t>.</w:t>
      </w:r>
    </w:p>
    <w:p w14:paraId="09CA9CF9" w14:textId="77777777" w:rsidR="00F025BD" w:rsidRPr="006F3F0F" w:rsidRDefault="00F025BD" w:rsidP="00F025BD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Výroba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vitamínového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salátu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čajový</w:t>
      </w:r>
      <w:proofErr w:type="spellEnd"/>
      <w:r w:rsidRPr="006F3F0F">
        <w:rPr>
          <w:sz w:val="24"/>
          <w:szCs w:val="24"/>
        </w:rPr>
        <w:t xml:space="preserve"> den.</w:t>
      </w:r>
    </w:p>
    <w:p w14:paraId="3CF4B1BB" w14:textId="77777777" w:rsidR="00F025BD" w:rsidRPr="006F3F0F" w:rsidRDefault="00F025BD" w:rsidP="00F025BD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Den </w:t>
      </w:r>
      <w:proofErr w:type="spellStart"/>
      <w:r w:rsidRPr="006F3F0F">
        <w:rPr>
          <w:sz w:val="24"/>
          <w:szCs w:val="24"/>
        </w:rPr>
        <w:t>pohybu</w:t>
      </w:r>
      <w:proofErr w:type="spellEnd"/>
      <w:r w:rsidRPr="006F3F0F">
        <w:rPr>
          <w:sz w:val="24"/>
          <w:szCs w:val="24"/>
        </w:rPr>
        <w:t xml:space="preserve"> – </w:t>
      </w:r>
      <w:proofErr w:type="spellStart"/>
      <w:r w:rsidRPr="006F3F0F">
        <w:rPr>
          <w:sz w:val="24"/>
          <w:szCs w:val="24"/>
        </w:rPr>
        <w:t>sportovní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dopoledne</w:t>
      </w:r>
      <w:proofErr w:type="spellEnd"/>
      <w:r w:rsidRPr="006F3F0F">
        <w:rPr>
          <w:sz w:val="24"/>
          <w:szCs w:val="24"/>
        </w:rPr>
        <w:t xml:space="preserve"> v </w:t>
      </w:r>
      <w:proofErr w:type="spellStart"/>
      <w:r w:rsidRPr="006F3F0F">
        <w:rPr>
          <w:sz w:val="24"/>
          <w:szCs w:val="24"/>
        </w:rPr>
        <w:t>tělocvičně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nebo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na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hřišti</w:t>
      </w:r>
      <w:proofErr w:type="spellEnd"/>
      <w:r w:rsidRPr="006F3F0F">
        <w:rPr>
          <w:sz w:val="24"/>
          <w:szCs w:val="24"/>
        </w:rPr>
        <w:t>.</w:t>
      </w:r>
    </w:p>
    <w:p w14:paraId="12533265" w14:textId="77777777" w:rsidR="00F025BD" w:rsidRPr="006F3F0F" w:rsidRDefault="00F025BD" w:rsidP="00F025BD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Uspávání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broučků</w:t>
      </w:r>
      <w:proofErr w:type="spellEnd"/>
      <w:r w:rsidRPr="006F3F0F">
        <w:rPr>
          <w:sz w:val="24"/>
          <w:szCs w:val="24"/>
        </w:rPr>
        <w:t xml:space="preserve"> – </w:t>
      </w:r>
      <w:proofErr w:type="spellStart"/>
      <w:r w:rsidRPr="006F3F0F">
        <w:rPr>
          <w:sz w:val="24"/>
          <w:szCs w:val="24"/>
        </w:rPr>
        <w:t>lucerničkový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průvod</w:t>
      </w:r>
      <w:proofErr w:type="spellEnd"/>
      <w:r w:rsidRPr="006F3F0F">
        <w:rPr>
          <w:sz w:val="24"/>
          <w:szCs w:val="24"/>
        </w:rPr>
        <w:t xml:space="preserve"> s </w:t>
      </w:r>
      <w:proofErr w:type="spellStart"/>
      <w:r w:rsidRPr="006F3F0F">
        <w:rPr>
          <w:sz w:val="24"/>
          <w:szCs w:val="24"/>
        </w:rPr>
        <w:t>rodiči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symbolické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ukládání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přírody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ke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spánku</w:t>
      </w:r>
      <w:proofErr w:type="spellEnd"/>
      <w:r w:rsidRPr="006F3F0F">
        <w:rPr>
          <w:sz w:val="24"/>
          <w:szCs w:val="24"/>
        </w:rPr>
        <w:t>.</w:t>
      </w:r>
    </w:p>
    <w:p w14:paraId="16FD3394" w14:textId="77777777" w:rsidR="00ED359B" w:rsidRPr="00745799" w:rsidRDefault="00ED359B" w:rsidP="00ED359B">
      <w:pPr>
        <w:pStyle w:val="Nadpis2"/>
        <w:rPr>
          <w:sz w:val="36"/>
          <w:szCs w:val="36"/>
        </w:rPr>
      </w:pPr>
      <w:proofErr w:type="spellStart"/>
      <w:r w:rsidRPr="00745799">
        <w:rPr>
          <w:sz w:val="36"/>
          <w:szCs w:val="36"/>
        </w:rPr>
        <w:t>Prosinec</w:t>
      </w:r>
      <w:proofErr w:type="spellEnd"/>
      <w:r w:rsidRPr="00745799">
        <w:rPr>
          <w:sz w:val="36"/>
          <w:szCs w:val="36"/>
        </w:rPr>
        <w:t xml:space="preserve"> – </w:t>
      </w:r>
      <w:proofErr w:type="spellStart"/>
      <w:r w:rsidRPr="00745799">
        <w:rPr>
          <w:sz w:val="36"/>
          <w:szCs w:val="36"/>
        </w:rPr>
        <w:t>Světlo</w:t>
      </w:r>
      <w:proofErr w:type="spellEnd"/>
      <w:r w:rsidRPr="00745799">
        <w:rPr>
          <w:sz w:val="36"/>
          <w:szCs w:val="36"/>
        </w:rPr>
        <w:t xml:space="preserve"> a </w:t>
      </w:r>
      <w:proofErr w:type="spellStart"/>
      <w:r w:rsidRPr="00745799">
        <w:rPr>
          <w:sz w:val="36"/>
          <w:szCs w:val="36"/>
        </w:rPr>
        <w:t>tma</w:t>
      </w:r>
      <w:proofErr w:type="spellEnd"/>
    </w:p>
    <w:p w14:paraId="2C094ACB" w14:textId="77777777" w:rsidR="00ED359B" w:rsidRPr="006F3F0F" w:rsidRDefault="00ED359B" w:rsidP="00ED359B">
      <w:pPr>
        <w:pStyle w:val="Nadpis3"/>
        <w:rPr>
          <w:sz w:val="24"/>
          <w:szCs w:val="24"/>
        </w:rPr>
      </w:pPr>
      <w:proofErr w:type="spellStart"/>
      <w:r w:rsidRPr="006F3F0F">
        <w:rPr>
          <w:sz w:val="24"/>
          <w:szCs w:val="24"/>
        </w:rPr>
        <w:t>Hlavní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cíle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měsíce</w:t>
      </w:r>
      <w:proofErr w:type="spellEnd"/>
    </w:p>
    <w:p w14:paraId="7B871320" w14:textId="77777777" w:rsidR="00ED359B" w:rsidRPr="006F3F0F" w:rsidRDefault="00ED359B" w:rsidP="00ED359B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Prohlubovat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povědomí</w:t>
      </w:r>
      <w:proofErr w:type="spellEnd"/>
      <w:r w:rsidRPr="006F3F0F">
        <w:rPr>
          <w:sz w:val="24"/>
          <w:szCs w:val="24"/>
        </w:rPr>
        <w:t xml:space="preserve"> o </w:t>
      </w:r>
      <w:proofErr w:type="spellStart"/>
      <w:r w:rsidRPr="006F3F0F">
        <w:rPr>
          <w:sz w:val="24"/>
          <w:szCs w:val="24"/>
        </w:rPr>
        <w:t>emocích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hodnotách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přátelství</w:t>
      </w:r>
      <w:proofErr w:type="spellEnd"/>
      <w:r w:rsidRPr="006F3F0F">
        <w:rPr>
          <w:sz w:val="24"/>
          <w:szCs w:val="24"/>
        </w:rPr>
        <w:t xml:space="preserve"> a </w:t>
      </w:r>
      <w:proofErr w:type="spellStart"/>
      <w:r w:rsidRPr="006F3F0F">
        <w:rPr>
          <w:sz w:val="24"/>
          <w:szCs w:val="24"/>
        </w:rPr>
        <w:t>pomoci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druhým</w:t>
      </w:r>
      <w:proofErr w:type="spellEnd"/>
      <w:r w:rsidRPr="006F3F0F">
        <w:rPr>
          <w:sz w:val="24"/>
          <w:szCs w:val="24"/>
        </w:rPr>
        <w:t>.</w:t>
      </w:r>
    </w:p>
    <w:p w14:paraId="07F5BA79" w14:textId="77777777" w:rsidR="00ED359B" w:rsidRPr="006F3F0F" w:rsidRDefault="00ED359B" w:rsidP="00ED359B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Seznamovat</w:t>
      </w:r>
      <w:proofErr w:type="spellEnd"/>
      <w:r w:rsidRPr="006F3F0F">
        <w:rPr>
          <w:sz w:val="24"/>
          <w:szCs w:val="24"/>
        </w:rPr>
        <w:t xml:space="preserve"> se s </w:t>
      </w:r>
      <w:proofErr w:type="spellStart"/>
      <w:r w:rsidRPr="006F3F0F">
        <w:rPr>
          <w:sz w:val="24"/>
          <w:szCs w:val="24"/>
        </w:rPr>
        <w:t>tradicemi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Vánoc</w:t>
      </w:r>
      <w:proofErr w:type="spellEnd"/>
      <w:r w:rsidRPr="006F3F0F">
        <w:rPr>
          <w:sz w:val="24"/>
          <w:szCs w:val="24"/>
        </w:rPr>
        <w:t xml:space="preserve"> a </w:t>
      </w:r>
      <w:proofErr w:type="spellStart"/>
      <w:r w:rsidRPr="006F3F0F">
        <w:rPr>
          <w:sz w:val="24"/>
          <w:szCs w:val="24"/>
        </w:rPr>
        <w:t>zimními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zvyky</w:t>
      </w:r>
      <w:proofErr w:type="spellEnd"/>
      <w:r w:rsidRPr="006F3F0F">
        <w:rPr>
          <w:sz w:val="24"/>
          <w:szCs w:val="24"/>
        </w:rPr>
        <w:t>.</w:t>
      </w:r>
    </w:p>
    <w:p w14:paraId="78FF7391" w14:textId="77777777" w:rsidR="00ED359B" w:rsidRPr="006F3F0F" w:rsidRDefault="00ED359B" w:rsidP="00ED359B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Podporovat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vnímání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kontrastů</w:t>
      </w:r>
      <w:proofErr w:type="spellEnd"/>
      <w:r w:rsidRPr="006F3F0F">
        <w:rPr>
          <w:sz w:val="24"/>
          <w:szCs w:val="24"/>
        </w:rPr>
        <w:t xml:space="preserve"> (</w:t>
      </w:r>
      <w:proofErr w:type="spellStart"/>
      <w:r w:rsidRPr="006F3F0F">
        <w:rPr>
          <w:sz w:val="24"/>
          <w:szCs w:val="24"/>
        </w:rPr>
        <w:t>světlo</w:t>
      </w:r>
      <w:proofErr w:type="spellEnd"/>
      <w:r w:rsidRPr="006F3F0F">
        <w:rPr>
          <w:sz w:val="24"/>
          <w:szCs w:val="24"/>
        </w:rPr>
        <w:t xml:space="preserve"> x </w:t>
      </w:r>
      <w:proofErr w:type="spellStart"/>
      <w:r w:rsidRPr="006F3F0F">
        <w:rPr>
          <w:sz w:val="24"/>
          <w:szCs w:val="24"/>
        </w:rPr>
        <w:t>tma</w:t>
      </w:r>
      <w:proofErr w:type="spellEnd"/>
      <w:r w:rsidRPr="006F3F0F">
        <w:rPr>
          <w:sz w:val="24"/>
          <w:szCs w:val="24"/>
        </w:rPr>
        <w:t xml:space="preserve">, dobro x </w:t>
      </w:r>
      <w:proofErr w:type="spellStart"/>
      <w:r w:rsidRPr="006F3F0F">
        <w:rPr>
          <w:sz w:val="24"/>
          <w:szCs w:val="24"/>
        </w:rPr>
        <w:t>zlo</w:t>
      </w:r>
      <w:proofErr w:type="spellEnd"/>
      <w:r w:rsidRPr="006F3F0F">
        <w:rPr>
          <w:sz w:val="24"/>
          <w:szCs w:val="24"/>
        </w:rPr>
        <w:t>).</w:t>
      </w:r>
    </w:p>
    <w:p w14:paraId="7B018A0B" w14:textId="77777777" w:rsidR="00ED359B" w:rsidRPr="006F3F0F" w:rsidRDefault="00ED359B" w:rsidP="00ED359B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Vést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děti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ke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spolupráci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tvořivosti</w:t>
      </w:r>
      <w:proofErr w:type="spellEnd"/>
      <w:r w:rsidRPr="006F3F0F">
        <w:rPr>
          <w:sz w:val="24"/>
          <w:szCs w:val="24"/>
        </w:rPr>
        <w:t xml:space="preserve"> a </w:t>
      </w:r>
      <w:proofErr w:type="spellStart"/>
      <w:r w:rsidRPr="006F3F0F">
        <w:rPr>
          <w:sz w:val="24"/>
          <w:szCs w:val="24"/>
        </w:rPr>
        <w:t>soucitu</w:t>
      </w:r>
      <w:proofErr w:type="spellEnd"/>
      <w:r w:rsidRPr="006F3F0F">
        <w:rPr>
          <w:sz w:val="24"/>
          <w:szCs w:val="24"/>
        </w:rPr>
        <w:t>.</w:t>
      </w:r>
    </w:p>
    <w:p w14:paraId="0519B851" w14:textId="77777777" w:rsidR="00ED359B" w:rsidRPr="006F3F0F" w:rsidRDefault="00ED359B" w:rsidP="00ED359B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Posilovat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duchovní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estetické</w:t>
      </w:r>
      <w:proofErr w:type="spellEnd"/>
      <w:r w:rsidRPr="006F3F0F">
        <w:rPr>
          <w:sz w:val="24"/>
          <w:szCs w:val="24"/>
        </w:rPr>
        <w:t xml:space="preserve"> a </w:t>
      </w:r>
      <w:proofErr w:type="spellStart"/>
      <w:r w:rsidRPr="006F3F0F">
        <w:rPr>
          <w:sz w:val="24"/>
          <w:szCs w:val="24"/>
        </w:rPr>
        <w:t>prožitkové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vnímání</w:t>
      </w:r>
      <w:proofErr w:type="spellEnd"/>
      <w:r w:rsidRPr="006F3F0F">
        <w:rPr>
          <w:sz w:val="24"/>
          <w:szCs w:val="24"/>
        </w:rPr>
        <w:t>.</w:t>
      </w:r>
    </w:p>
    <w:p w14:paraId="46C0B9B1" w14:textId="77777777" w:rsidR="00ED359B" w:rsidRPr="006F3F0F" w:rsidRDefault="00ED359B" w:rsidP="00ED359B">
      <w:pPr>
        <w:pStyle w:val="Nadpis3"/>
        <w:rPr>
          <w:sz w:val="24"/>
          <w:szCs w:val="24"/>
        </w:rPr>
      </w:pPr>
      <w:proofErr w:type="spellStart"/>
      <w:r w:rsidRPr="006F3F0F">
        <w:rPr>
          <w:sz w:val="24"/>
          <w:szCs w:val="24"/>
        </w:rPr>
        <w:lastRenderedPageBreak/>
        <w:t>Týdenní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podtémata</w:t>
      </w:r>
      <w:proofErr w:type="spellEnd"/>
    </w:p>
    <w:p w14:paraId="6AA092F7" w14:textId="77777777" w:rsidR="00ED359B" w:rsidRPr="006F3F0F" w:rsidRDefault="00ED359B" w:rsidP="00ED359B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1. </w:t>
      </w:r>
      <w:proofErr w:type="spellStart"/>
      <w:r w:rsidRPr="006F3F0F">
        <w:rPr>
          <w:sz w:val="24"/>
          <w:szCs w:val="24"/>
        </w:rPr>
        <w:t>Tma</w:t>
      </w:r>
      <w:proofErr w:type="spellEnd"/>
      <w:r w:rsidRPr="006F3F0F">
        <w:rPr>
          <w:sz w:val="24"/>
          <w:szCs w:val="24"/>
        </w:rPr>
        <w:t xml:space="preserve"> a </w:t>
      </w:r>
      <w:proofErr w:type="spellStart"/>
      <w:r w:rsidRPr="006F3F0F">
        <w:rPr>
          <w:sz w:val="24"/>
          <w:szCs w:val="24"/>
        </w:rPr>
        <w:t>světlo</w:t>
      </w:r>
      <w:proofErr w:type="spellEnd"/>
    </w:p>
    <w:p w14:paraId="2D32FB80" w14:textId="77777777" w:rsidR="00ED359B" w:rsidRPr="006F3F0F" w:rsidRDefault="00ED359B" w:rsidP="00ED359B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2. </w:t>
      </w:r>
      <w:proofErr w:type="spellStart"/>
      <w:r w:rsidRPr="006F3F0F">
        <w:rPr>
          <w:sz w:val="24"/>
          <w:szCs w:val="24"/>
        </w:rPr>
        <w:t>Zimní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příroda</w:t>
      </w:r>
      <w:proofErr w:type="spellEnd"/>
    </w:p>
    <w:p w14:paraId="17E73B50" w14:textId="77777777" w:rsidR="00ED359B" w:rsidRPr="006F3F0F" w:rsidRDefault="00ED359B" w:rsidP="00ED359B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3. </w:t>
      </w:r>
      <w:proofErr w:type="spellStart"/>
      <w:r w:rsidRPr="006F3F0F">
        <w:rPr>
          <w:sz w:val="24"/>
          <w:szCs w:val="24"/>
        </w:rPr>
        <w:t>Adventní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čas</w:t>
      </w:r>
      <w:proofErr w:type="spellEnd"/>
    </w:p>
    <w:p w14:paraId="1CDB2F6D" w14:textId="77777777" w:rsidR="00ED359B" w:rsidRPr="006F3F0F" w:rsidRDefault="00ED359B" w:rsidP="00ED359B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4. </w:t>
      </w:r>
      <w:proofErr w:type="spellStart"/>
      <w:proofErr w:type="gramStart"/>
      <w:r w:rsidRPr="006F3F0F">
        <w:rPr>
          <w:sz w:val="24"/>
          <w:szCs w:val="24"/>
        </w:rPr>
        <w:t>Vánoce</w:t>
      </w:r>
      <w:proofErr w:type="spellEnd"/>
      <w:proofErr w:type="gramEnd"/>
      <w:r w:rsidRPr="006F3F0F">
        <w:rPr>
          <w:sz w:val="24"/>
          <w:szCs w:val="24"/>
        </w:rPr>
        <w:t xml:space="preserve"> a </w:t>
      </w:r>
      <w:proofErr w:type="spellStart"/>
      <w:r w:rsidRPr="006F3F0F">
        <w:rPr>
          <w:sz w:val="24"/>
          <w:szCs w:val="24"/>
        </w:rPr>
        <w:t>tradice</w:t>
      </w:r>
      <w:proofErr w:type="spellEnd"/>
    </w:p>
    <w:p w14:paraId="1FB72764" w14:textId="77777777" w:rsidR="00ED359B" w:rsidRPr="006F3F0F" w:rsidRDefault="00ED359B" w:rsidP="00ED359B">
      <w:pPr>
        <w:pStyle w:val="Nadpis3"/>
        <w:rPr>
          <w:sz w:val="24"/>
          <w:szCs w:val="24"/>
        </w:rPr>
      </w:pPr>
      <w:proofErr w:type="spellStart"/>
      <w:r w:rsidRPr="006F3F0F">
        <w:rPr>
          <w:sz w:val="24"/>
          <w:szCs w:val="24"/>
        </w:rPr>
        <w:t>Rozvoj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klíčových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kompetencí</w:t>
      </w:r>
      <w:proofErr w:type="spellEnd"/>
    </w:p>
    <w:p w14:paraId="506EE30C" w14:textId="77777777" w:rsidR="00ED359B" w:rsidRPr="006F3F0F" w:rsidRDefault="00ED359B" w:rsidP="00ED359B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Kompetence</w:t>
      </w:r>
      <w:proofErr w:type="spellEnd"/>
      <w:r w:rsidRPr="006F3F0F">
        <w:rPr>
          <w:sz w:val="24"/>
          <w:szCs w:val="24"/>
        </w:rPr>
        <w:t xml:space="preserve"> k </w:t>
      </w:r>
      <w:proofErr w:type="spellStart"/>
      <w:r w:rsidRPr="006F3F0F">
        <w:rPr>
          <w:sz w:val="24"/>
          <w:szCs w:val="24"/>
        </w:rPr>
        <w:t>učení</w:t>
      </w:r>
      <w:proofErr w:type="spellEnd"/>
      <w:r w:rsidRPr="006F3F0F">
        <w:rPr>
          <w:sz w:val="24"/>
          <w:szCs w:val="24"/>
        </w:rPr>
        <w:t xml:space="preserve"> – </w:t>
      </w:r>
      <w:proofErr w:type="spellStart"/>
      <w:r w:rsidRPr="006F3F0F">
        <w:rPr>
          <w:sz w:val="24"/>
          <w:szCs w:val="24"/>
        </w:rPr>
        <w:t>poznávání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symbolů</w:t>
      </w:r>
      <w:proofErr w:type="spellEnd"/>
      <w:r w:rsidRPr="006F3F0F">
        <w:rPr>
          <w:sz w:val="24"/>
          <w:szCs w:val="24"/>
        </w:rPr>
        <w:t xml:space="preserve"> a </w:t>
      </w:r>
      <w:proofErr w:type="spellStart"/>
      <w:r w:rsidRPr="006F3F0F">
        <w:rPr>
          <w:sz w:val="24"/>
          <w:szCs w:val="24"/>
        </w:rPr>
        <w:t>tradic</w:t>
      </w:r>
      <w:proofErr w:type="spellEnd"/>
      <w:r w:rsidRPr="006F3F0F">
        <w:rPr>
          <w:sz w:val="24"/>
          <w:szCs w:val="24"/>
        </w:rPr>
        <w:t>.</w:t>
      </w:r>
    </w:p>
    <w:p w14:paraId="49091448" w14:textId="77777777" w:rsidR="00ED359B" w:rsidRPr="006F3F0F" w:rsidRDefault="00ED359B" w:rsidP="00ED359B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Kompetence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sociální</w:t>
      </w:r>
      <w:proofErr w:type="spellEnd"/>
      <w:r w:rsidRPr="006F3F0F">
        <w:rPr>
          <w:sz w:val="24"/>
          <w:szCs w:val="24"/>
        </w:rPr>
        <w:t xml:space="preserve"> a </w:t>
      </w:r>
      <w:proofErr w:type="spellStart"/>
      <w:r w:rsidRPr="006F3F0F">
        <w:rPr>
          <w:sz w:val="24"/>
          <w:szCs w:val="24"/>
        </w:rPr>
        <w:t>personální</w:t>
      </w:r>
      <w:proofErr w:type="spellEnd"/>
      <w:r w:rsidRPr="006F3F0F">
        <w:rPr>
          <w:sz w:val="24"/>
          <w:szCs w:val="24"/>
        </w:rPr>
        <w:t xml:space="preserve"> – </w:t>
      </w:r>
      <w:proofErr w:type="spellStart"/>
      <w:r w:rsidRPr="006F3F0F">
        <w:rPr>
          <w:sz w:val="24"/>
          <w:szCs w:val="24"/>
        </w:rPr>
        <w:t>pomoc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empatie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spolupráce</w:t>
      </w:r>
      <w:proofErr w:type="spellEnd"/>
      <w:r w:rsidRPr="006F3F0F">
        <w:rPr>
          <w:sz w:val="24"/>
          <w:szCs w:val="24"/>
        </w:rPr>
        <w:t>.</w:t>
      </w:r>
    </w:p>
    <w:p w14:paraId="7C5BEE96" w14:textId="77777777" w:rsidR="00ED359B" w:rsidRPr="006F3F0F" w:rsidRDefault="00ED359B" w:rsidP="00ED359B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Kompetence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komunikativní</w:t>
      </w:r>
      <w:proofErr w:type="spellEnd"/>
      <w:r w:rsidRPr="006F3F0F">
        <w:rPr>
          <w:sz w:val="24"/>
          <w:szCs w:val="24"/>
        </w:rPr>
        <w:t xml:space="preserve"> – </w:t>
      </w:r>
      <w:proofErr w:type="spellStart"/>
      <w:r w:rsidRPr="006F3F0F">
        <w:rPr>
          <w:sz w:val="24"/>
          <w:szCs w:val="24"/>
        </w:rPr>
        <w:t>sdílení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emocí</w:t>
      </w:r>
      <w:proofErr w:type="spellEnd"/>
      <w:r w:rsidRPr="006F3F0F">
        <w:rPr>
          <w:sz w:val="24"/>
          <w:szCs w:val="24"/>
        </w:rPr>
        <w:t xml:space="preserve"> a </w:t>
      </w:r>
      <w:proofErr w:type="spellStart"/>
      <w:r w:rsidRPr="006F3F0F">
        <w:rPr>
          <w:sz w:val="24"/>
          <w:szCs w:val="24"/>
        </w:rPr>
        <w:t>přání</w:t>
      </w:r>
      <w:proofErr w:type="spellEnd"/>
      <w:r w:rsidRPr="006F3F0F">
        <w:rPr>
          <w:sz w:val="24"/>
          <w:szCs w:val="24"/>
        </w:rPr>
        <w:t>.</w:t>
      </w:r>
    </w:p>
    <w:p w14:paraId="6DDCE7ED" w14:textId="77777777" w:rsidR="00ED359B" w:rsidRPr="006F3F0F" w:rsidRDefault="00ED359B" w:rsidP="00ED359B">
      <w:pPr>
        <w:pStyle w:val="Nadpis3"/>
        <w:rPr>
          <w:sz w:val="24"/>
          <w:szCs w:val="24"/>
        </w:rPr>
      </w:pPr>
      <w:proofErr w:type="spellStart"/>
      <w:r w:rsidRPr="006F3F0F">
        <w:rPr>
          <w:sz w:val="24"/>
          <w:szCs w:val="24"/>
        </w:rPr>
        <w:t>Propojení</w:t>
      </w:r>
      <w:proofErr w:type="spellEnd"/>
      <w:r w:rsidRPr="006F3F0F">
        <w:rPr>
          <w:sz w:val="24"/>
          <w:szCs w:val="24"/>
        </w:rPr>
        <w:t xml:space="preserve"> s </w:t>
      </w:r>
      <w:proofErr w:type="spellStart"/>
      <w:r w:rsidRPr="006F3F0F">
        <w:rPr>
          <w:sz w:val="24"/>
          <w:szCs w:val="24"/>
        </w:rPr>
        <w:t>oblastmi</w:t>
      </w:r>
      <w:proofErr w:type="spellEnd"/>
      <w:r w:rsidRPr="006F3F0F">
        <w:rPr>
          <w:sz w:val="24"/>
          <w:szCs w:val="24"/>
        </w:rPr>
        <w:t xml:space="preserve"> RVP PV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320"/>
        <w:gridCol w:w="4320"/>
      </w:tblGrid>
      <w:tr w:rsidR="00ED359B" w:rsidRPr="006F3F0F" w14:paraId="2CEE0B02" w14:textId="77777777" w:rsidTr="00860BE3">
        <w:tc>
          <w:tcPr>
            <w:tcW w:w="4320" w:type="dxa"/>
          </w:tcPr>
          <w:p w14:paraId="4EBA5D9E" w14:textId="77777777" w:rsidR="00ED359B" w:rsidRPr="006F3F0F" w:rsidRDefault="00ED359B" w:rsidP="00860BE3">
            <w:pPr>
              <w:rPr>
                <w:sz w:val="24"/>
                <w:szCs w:val="24"/>
              </w:rPr>
            </w:pPr>
            <w:r w:rsidRPr="006F3F0F">
              <w:rPr>
                <w:sz w:val="24"/>
                <w:szCs w:val="24"/>
              </w:rPr>
              <w:t>Oblast</w:t>
            </w:r>
          </w:p>
        </w:tc>
        <w:tc>
          <w:tcPr>
            <w:tcW w:w="4320" w:type="dxa"/>
          </w:tcPr>
          <w:p w14:paraId="5EA64D3D" w14:textId="77777777" w:rsidR="00ED359B" w:rsidRPr="006F3F0F" w:rsidRDefault="00ED359B" w:rsidP="00860BE3">
            <w:pPr>
              <w:rPr>
                <w:sz w:val="24"/>
                <w:szCs w:val="24"/>
              </w:rPr>
            </w:pPr>
            <w:proofErr w:type="spellStart"/>
            <w:r w:rsidRPr="006F3F0F">
              <w:rPr>
                <w:sz w:val="24"/>
                <w:szCs w:val="24"/>
              </w:rPr>
              <w:t>Cíle</w:t>
            </w:r>
            <w:proofErr w:type="spellEnd"/>
            <w:r w:rsidRPr="006F3F0F">
              <w:rPr>
                <w:sz w:val="24"/>
                <w:szCs w:val="24"/>
              </w:rPr>
              <w:t xml:space="preserve"> a </w:t>
            </w:r>
            <w:proofErr w:type="spellStart"/>
            <w:r w:rsidRPr="006F3F0F">
              <w:rPr>
                <w:sz w:val="24"/>
                <w:szCs w:val="24"/>
              </w:rPr>
              <w:t>výstupy</w:t>
            </w:r>
            <w:proofErr w:type="spellEnd"/>
          </w:p>
        </w:tc>
      </w:tr>
      <w:tr w:rsidR="00ED359B" w:rsidRPr="006F3F0F" w14:paraId="2562B4BE" w14:textId="77777777" w:rsidTr="00860BE3">
        <w:tc>
          <w:tcPr>
            <w:tcW w:w="4320" w:type="dxa"/>
          </w:tcPr>
          <w:p w14:paraId="43290A24" w14:textId="77777777" w:rsidR="00ED359B" w:rsidRPr="006F3F0F" w:rsidRDefault="00ED359B" w:rsidP="00860BE3">
            <w:pPr>
              <w:rPr>
                <w:sz w:val="24"/>
                <w:szCs w:val="24"/>
              </w:rPr>
            </w:pPr>
            <w:proofErr w:type="spellStart"/>
            <w:r w:rsidRPr="006F3F0F">
              <w:rPr>
                <w:sz w:val="24"/>
                <w:szCs w:val="24"/>
              </w:rPr>
              <w:t>Dítě</w:t>
            </w:r>
            <w:proofErr w:type="spellEnd"/>
            <w:r w:rsidRPr="006F3F0F">
              <w:rPr>
                <w:sz w:val="24"/>
                <w:szCs w:val="24"/>
              </w:rPr>
              <w:t xml:space="preserve"> a </w:t>
            </w:r>
            <w:proofErr w:type="spellStart"/>
            <w:r w:rsidRPr="006F3F0F">
              <w:rPr>
                <w:sz w:val="24"/>
                <w:szCs w:val="24"/>
              </w:rPr>
              <w:t>jeho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tělo</w:t>
            </w:r>
            <w:proofErr w:type="spellEnd"/>
          </w:p>
        </w:tc>
        <w:tc>
          <w:tcPr>
            <w:tcW w:w="4320" w:type="dxa"/>
          </w:tcPr>
          <w:p w14:paraId="1876ECAF" w14:textId="77777777" w:rsidR="00ED359B" w:rsidRPr="006F3F0F" w:rsidRDefault="00ED359B" w:rsidP="00860BE3">
            <w:pPr>
              <w:rPr>
                <w:sz w:val="24"/>
                <w:szCs w:val="24"/>
              </w:rPr>
            </w:pPr>
            <w:proofErr w:type="spellStart"/>
            <w:r w:rsidRPr="006F3F0F">
              <w:rPr>
                <w:sz w:val="24"/>
                <w:szCs w:val="24"/>
              </w:rPr>
              <w:t>Učí</w:t>
            </w:r>
            <w:proofErr w:type="spellEnd"/>
            <w:r w:rsidRPr="006F3F0F">
              <w:rPr>
                <w:sz w:val="24"/>
                <w:szCs w:val="24"/>
              </w:rPr>
              <w:t xml:space="preserve"> se </w:t>
            </w:r>
            <w:proofErr w:type="spellStart"/>
            <w:r w:rsidRPr="006F3F0F">
              <w:rPr>
                <w:sz w:val="24"/>
                <w:szCs w:val="24"/>
              </w:rPr>
              <w:t>zvládat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pohyb</w:t>
            </w:r>
            <w:proofErr w:type="spellEnd"/>
            <w:r w:rsidRPr="006F3F0F">
              <w:rPr>
                <w:sz w:val="24"/>
                <w:szCs w:val="24"/>
              </w:rPr>
              <w:t xml:space="preserve"> v </w:t>
            </w:r>
            <w:proofErr w:type="spellStart"/>
            <w:r w:rsidRPr="006F3F0F">
              <w:rPr>
                <w:sz w:val="24"/>
                <w:szCs w:val="24"/>
              </w:rPr>
              <w:t>zimě</w:t>
            </w:r>
            <w:proofErr w:type="spellEnd"/>
            <w:r w:rsidRPr="006F3F0F">
              <w:rPr>
                <w:sz w:val="24"/>
                <w:szCs w:val="24"/>
              </w:rPr>
              <w:t xml:space="preserve">, </w:t>
            </w:r>
            <w:proofErr w:type="spellStart"/>
            <w:r w:rsidRPr="006F3F0F">
              <w:rPr>
                <w:sz w:val="24"/>
                <w:szCs w:val="24"/>
              </w:rPr>
              <w:t>rozlišuje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teplo</w:t>
            </w:r>
            <w:proofErr w:type="spellEnd"/>
            <w:r w:rsidRPr="006F3F0F">
              <w:rPr>
                <w:sz w:val="24"/>
                <w:szCs w:val="24"/>
              </w:rPr>
              <w:t xml:space="preserve"> a </w:t>
            </w:r>
            <w:proofErr w:type="spellStart"/>
            <w:r w:rsidRPr="006F3F0F">
              <w:rPr>
                <w:sz w:val="24"/>
                <w:szCs w:val="24"/>
              </w:rPr>
              <w:t>chlad</w:t>
            </w:r>
            <w:proofErr w:type="spellEnd"/>
            <w:r w:rsidRPr="006F3F0F">
              <w:rPr>
                <w:sz w:val="24"/>
                <w:szCs w:val="24"/>
              </w:rPr>
              <w:t>.</w:t>
            </w:r>
          </w:p>
        </w:tc>
      </w:tr>
      <w:tr w:rsidR="00ED359B" w:rsidRPr="006F3F0F" w14:paraId="1964907D" w14:textId="77777777" w:rsidTr="00860BE3">
        <w:tc>
          <w:tcPr>
            <w:tcW w:w="4320" w:type="dxa"/>
          </w:tcPr>
          <w:p w14:paraId="56BC9538" w14:textId="77777777" w:rsidR="00ED359B" w:rsidRPr="006F3F0F" w:rsidRDefault="00ED359B" w:rsidP="00860BE3">
            <w:pPr>
              <w:rPr>
                <w:sz w:val="24"/>
                <w:szCs w:val="24"/>
              </w:rPr>
            </w:pPr>
            <w:proofErr w:type="spellStart"/>
            <w:r w:rsidRPr="006F3F0F">
              <w:rPr>
                <w:sz w:val="24"/>
                <w:szCs w:val="24"/>
              </w:rPr>
              <w:t>Dítě</w:t>
            </w:r>
            <w:proofErr w:type="spellEnd"/>
            <w:r w:rsidRPr="006F3F0F">
              <w:rPr>
                <w:sz w:val="24"/>
                <w:szCs w:val="24"/>
              </w:rPr>
              <w:t xml:space="preserve"> a </w:t>
            </w:r>
            <w:proofErr w:type="spellStart"/>
            <w:r w:rsidRPr="006F3F0F">
              <w:rPr>
                <w:sz w:val="24"/>
                <w:szCs w:val="24"/>
              </w:rPr>
              <w:t>jeho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psychika</w:t>
            </w:r>
            <w:proofErr w:type="spellEnd"/>
          </w:p>
        </w:tc>
        <w:tc>
          <w:tcPr>
            <w:tcW w:w="4320" w:type="dxa"/>
          </w:tcPr>
          <w:p w14:paraId="1BB56807" w14:textId="77777777" w:rsidR="00ED359B" w:rsidRPr="006F3F0F" w:rsidRDefault="00ED359B" w:rsidP="00860BE3">
            <w:pPr>
              <w:rPr>
                <w:sz w:val="24"/>
                <w:szCs w:val="24"/>
              </w:rPr>
            </w:pPr>
            <w:proofErr w:type="spellStart"/>
            <w:r w:rsidRPr="006F3F0F">
              <w:rPr>
                <w:sz w:val="24"/>
                <w:szCs w:val="24"/>
              </w:rPr>
              <w:t>Prožívá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emoce</w:t>
            </w:r>
            <w:proofErr w:type="spellEnd"/>
            <w:r w:rsidRPr="006F3F0F">
              <w:rPr>
                <w:sz w:val="24"/>
                <w:szCs w:val="24"/>
              </w:rPr>
              <w:t xml:space="preserve">, </w:t>
            </w:r>
            <w:proofErr w:type="spellStart"/>
            <w:r w:rsidRPr="006F3F0F">
              <w:rPr>
                <w:sz w:val="24"/>
                <w:szCs w:val="24"/>
              </w:rPr>
              <w:t>rozvíjí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představivost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gramStart"/>
            <w:r w:rsidRPr="006F3F0F">
              <w:rPr>
                <w:sz w:val="24"/>
                <w:szCs w:val="24"/>
              </w:rPr>
              <w:t>a</w:t>
            </w:r>
            <w:proofErr w:type="gram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estetické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cítění</w:t>
            </w:r>
            <w:proofErr w:type="spellEnd"/>
            <w:r w:rsidRPr="006F3F0F">
              <w:rPr>
                <w:sz w:val="24"/>
                <w:szCs w:val="24"/>
              </w:rPr>
              <w:t>.</w:t>
            </w:r>
          </w:p>
        </w:tc>
      </w:tr>
      <w:tr w:rsidR="00ED359B" w:rsidRPr="006F3F0F" w14:paraId="2C36329D" w14:textId="77777777" w:rsidTr="00860BE3">
        <w:tc>
          <w:tcPr>
            <w:tcW w:w="4320" w:type="dxa"/>
          </w:tcPr>
          <w:p w14:paraId="4207CAE0" w14:textId="77777777" w:rsidR="00ED359B" w:rsidRPr="006F3F0F" w:rsidRDefault="00ED359B" w:rsidP="00860BE3">
            <w:pPr>
              <w:rPr>
                <w:sz w:val="24"/>
                <w:szCs w:val="24"/>
              </w:rPr>
            </w:pPr>
            <w:proofErr w:type="spellStart"/>
            <w:r w:rsidRPr="006F3F0F">
              <w:rPr>
                <w:sz w:val="24"/>
                <w:szCs w:val="24"/>
              </w:rPr>
              <w:t>Dítě</w:t>
            </w:r>
            <w:proofErr w:type="spellEnd"/>
            <w:r w:rsidRPr="006F3F0F">
              <w:rPr>
                <w:sz w:val="24"/>
                <w:szCs w:val="24"/>
              </w:rPr>
              <w:t xml:space="preserve"> a ten </w:t>
            </w:r>
            <w:proofErr w:type="spellStart"/>
            <w:r w:rsidRPr="006F3F0F">
              <w:rPr>
                <w:sz w:val="24"/>
                <w:szCs w:val="24"/>
              </w:rPr>
              <w:t>druhý</w:t>
            </w:r>
            <w:proofErr w:type="spellEnd"/>
          </w:p>
        </w:tc>
        <w:tc>
          <w:tcPr>
            <w:tcW w:w="4320" w:type="dxa"/>
          </w:tcPr>
          <w:p w14:paraId="3FFEC772" w14:textId="77777777" w:rsidR="00ED359B" w:rsidRPr="006F3F0F" w:rsidRDefault="00ED359B" w:rsidP="00860BE3">
            <w:pPr>
              <w:rPr>
                <w:sz w:val="24"/>
                <w:szCs w:val="24"/>
              </w:rPr>
            </w:pPr>
            <w:proofErr w:type="spellStart"/>
            <w:r w:rsidRPr="006F3F0F">
              <w:rPr>
                <w:sz w:val="24"/>
                <w:szCs w:val="24"/>
              </w:rPr>
              <w:t>Chápe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význam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pomoci</w:t>
            </w:r>
            <w:proofErr w:type="spellEnd"/>
            <w:r w:rsidRPr="006F3F0F">
              <w:rPr>
                <w:sz w:val="24"/>
                <w:szCs w:val="24"/>
              </w:rPr>
              <w:t xml:space="preserve"> a </w:t>
            </w:r>
            <w:proofErr w:type="spellStart"/>
            <w:r w:rsidRPr="006F3F0F">
              <w:rPr>
                <w:sz w:val="24"/>
                <w:szCs w:val="24"/>
              </w:rPr>
              <w:t>sdílení</w:t>
            </w:r>
            <w:proofErr w:type="spellEnd"/>
            <w:r w:rsidRPr="006F3F0F">
              <w:rPr>
                <w:sz w:val="24"/>
                <w:szCs w:val="24"/>
              </w:rPr>
              <w:t xml:space="preserve">, </w:t>
            </w:r>
            <w:proofErr w:type="spellStart"/>
            <w:r w:rsidRPr="006F3F0F">
              <w:rPr>
                <w:sz w:val="24"/>
                <w:szCs w:val="24"/>
              </w:rPr>
              <w:t>rozvíjí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laskavost</w:t>
            </w:r>
            <w:proofErr w:type="spellEnd"/>
            <w:r w:rsidRPr="006F3F0F">
              <w:rPr>
                <w:sz w:val="24"/>
                <w:szCs w:val="24"/>
              </w:rPr>
              <w:t>.</w:t>
            </w:r>
          </w:p>
        </w:tc>
      </w:tr>
      <w:tr w:rsidR="00ED359B" w:rsidRPr="006F3F0F" w14:paraId="4FEA3230" w14:textId="77777777" w:rsidTr="00860BE3">
        <w:tc>
          <w:tcPr>
            <w:tcW w:w="4320" w:type="dxa"/>
          </w:tcPr>
          <w:p w14:paraId="36406E7A" w14:textId="77777777" w:rsidR="00ED359B" w:rsidRPr="006F3F0F" w:rsidRDefault="00ED359B" w:rsidP="00860BE3">
            <w:pPr>
              <w:rPr>
                <w:sz w:val="24"/>
                <w:szCs w:val="24"/>
              </w:rPr>
            </w:pPr>
            <w:proofErr w:type="spellStart"/>
            <w:r w:rsidRPr="006F3F0F">
              <w:rPr>
                <w:sz w:val="24"/>
                <w:szCs w:val="24"/>
              </w:rPr>
              <w:t>Dítě</w:t>
            </w:r>
            <w:proofErr w:type="spellEnd"/>
            <w:r w:rsidRPr="006F3F0F">
              <w:rPr>
                <w:sz w:val="24"/>
                <w:szCs w:val="24"/>
              </w:rPr>
              <w:t xml:space="preserve"> a </w:t>
            </w:r>
            <w:proofErr w:type="spellStart"/>
            <w:r w:rsidRPr="006F3F0F">
              <w:rPr>
                <w:sz w:val="24"/>
                <w:szCs w:val="24"/>
              </w:rPr>
              <w:t>společnost</w:t>
            </w:r>
            <w:proofErr w:type="spellEnd"/>
          </w:p>
        </w:tc>
        <w:tc>
          <w:tcPr>
            <w:tcW w:w="4320" w:type="dxa"/>
          </w:tcPr>
          <w:p w14:paraId="60DB160F" w14:textId="77777777" w:rsidR="00ED359B" w:rsidRPr="006F3F0F" w:rsidRDefault="00ED359B" w:rsidP="00860BE3">
            <w:pPr>
              <w:rPr>
                <w:sz w:val="24"/>
                <w:szCs w:val="24"/>
              </w:rPr>
            </w:pPr>
            <w:proofErr w:type="spellStart"/>
            <w:r w:rsidRPr="006F3F0F">
              <w:rPr>
                <w:sz w:val="24"/>
                <w:szCs w:val="24"/>
              </w:rPr>
              <w:t>Seznamuje</w:t>
            </w:r>
            <w:proofErr w:type="spellEnd"/>
            <w:r w:rsidRPr="006F3F0F">
              <w:rPr>
                <w:sz w:val="24"/>
                <w:szCs w:val="24"/>
              </w:rPr>
              <w:t xml:space="preserve"> se s </w:t>
            </w:r>
            <w:proofErr w:type="spellStart"/>
            <w:r w:rsidRPr="006F3F0F">
              <w:rPr>
                <w:sz w:val="24"/>
                <w:szCs w:val="24"/>
              </w:rPr>
              <w:t>tradicemi</w:t>
            </w:r>
            <w:proofErr w:type="spellEnd"/>
            <w:r w:rsidRPr="006F3F0F">
              <w:rPr>
                <w:sz w:val="24"/>
                <w:szCs w:val="24"/>
              </w:rPr>
              <w:t xml:space="preserve">, </w:t>
            </w:r>
            <w:proofErr w:type="spellStart"/>
            <w:r w:rsidRPr="006F3F0F">
              <w:rPr>
                <w:sz w:val="24"/>
                <w:szCs w:val="24"/>
              </w:rPr>
              <w:t>učí</w:t>
            </w:r>
            <w:proofErr w:type="spellEnd"/>
            <w:r w:rsidRPr="006F3F0F">
              <w:rPr>
                <w:sz w:val="24"/>
                <w:szCs w:val="24"/>
              </w:rPr>
              <w:t xml:space="preserve"> se </w:t>
            </w:r>
            <w:proofErr w:type="spellStart"/>
            <w:r w:rsidRPr="006F3F0F">
              <w:rPr>
                <w:sz w:val="24"/>
                <w:szCs w:val="24"/>
              </w:rPr>
              <w:t>slavit</w:t>
            </w:r>
            <w:proofErr w:type="spellEnd"/>
            <w:r w:rsidRPr="006F3F0F">
              <w:rPr>
                <w:sz w:val="24"/>
                <w:szCs w:val="24"/>
              </w:rPr>
              <w:t xml:space="preserve"> a </w:t>
            </w:r>
            <w:proofErr w:type="spellStart"/>
            <w:r w:rsidRPr="006F3F0F">
              <w:rPr>
                <w:sz w:val="24"/>
                <w:szCs w:val="24"/>
              </w:rPr>
              <w:t>radovat</w:t>
            </w:r>
            <w:proofErr w:type="spellEnd"/>
            <w:r w:rsidRPr="006F3F0F">
              <w:rPr>
                <w:sz w:val="24"/>
                <w:szCs w:val="24"/>
              </w:rPr>
              <w:t>.</w:t>
            </w:r>
          </w:p>
        </w:tc>
      </w:tr>
      <w:tr w:rsidR="00ED359B" w:rsidRPr="006F3F0F" w14:paraId="11F3F8D7" w14:textId="77777777" w:rsidTr="00860BE3">
        <w:tc>
          <w:tcPr>
            <w:tcW w:w="4320" w:type="dxa"/>
          </w:tcPr>
          <w:p w14:paraId="66943520" w14:textId="77777777" w:rsidR="00ED359B" w:rsidRPr="006F3F0F" w:rsidRDefault="00ED359B" w:rsidP="00860BE3">
            <w:pPr>
              <w:rPr>
                <w:sz w:val="24"/>
                <w:szCs w:val="24"/>
              </w:rPr>
            </w:pPr>
            <w:proofErr w:type="spellStart"/>
            <w:r w:rsidRPr="006F3F0F">
              <w:rPr>
                <w:sz w:val="24"/>
                <w:szCs w:val="24"/>
              </w:rPr>
              <w:t>Dítě</w:t>
            </w:r>
            <w:proofErr w:type="spellEnd"/>
            <w:r w:rsidRPr="006F3F0F">
              <w:rPr>
                <w:sz w:val="24"/>
                <w:szCs w:val="24"/>
              </w:rPr>
              <w:t xml:space="preserve"> a </w:t>
            </w:r>
            <w:proofErr w:type="spellStart"/>
            <w:r w:rsidRPr="006F3F0F">
              <w:rPr>
                <w:sz w:val="24"/>
                <w:szCs w:val="24"/>
              </w:rPr>
              <w:t>svět</w:t>
            </w:r>
            <w:proofErr w:type="spellEnd"/>
          </w:p>
        </w:tc>
        <w:tc>
          <w:tcPr>
            <w:tcW w:w="4320" w:type="dxa"/>
          </w:tcPr>
          <w:p w14:paraId="5EC6F6B9" w14:textId="77777777" w:rsidR="00ED359B" w:rsidRPr="006F3F0F" w:rsidRDefault="00ED359B" w:rsidP="00860BE3">
            <w:pPr>
              <w:rPr>
                <w:sz w:val="24"/>
                <w:szCs w:val="24"/>
              </w:rPr>
            </w:pPr>
            <w:proofErr w:type="spellStart"/>
            <w:r w:rsidRPr="006F3F0F">
              <w:rPr>
                <w:sz w:val="24"/>
                <w:szCs w:val="24"/>
              </w:rPr>
              <w:t>Pozoruje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proměny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zimní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přírody</w:t>
            </w:r>
            <w:proofErr w:type="spellEnd"/>
            <w:r w:rsidRPr="006F3F0F">
              <w:rPr>
                <w:sz w:val="24"/>
                <w:szCs w:val="24"/>
              </w:rPr>
              <w:t xml:space="preserve">, </w:t>
            </w:r>
            <w:proofErr w:type="spellStart"/>
            <w:r w:rsidRPr="006F3F0F">
              <w:rPr>
                <w:sz w:val="24"/>
                <w:szCs w:val="24"/>
              </w:rPr>
              <w:t>chápe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rytmus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roku</w:t>
            </w:r>
            <w:proofErr w:type="spellEnd"/>
            <w:r w:rsidRPr="006F3F0F">
              <w:rPr>
                <w:sz w:val="24"/>
                <w:szCs w:val="24"/>
              </w:rPr>
              <w:t>.</w:t>
            </w:r>
          </w:p>
        </w:tc>
      </w:tr>
    </w:tbl>
    <w:p w14:paraId="579E1D95" w14:textId="77777777" w:rsidR="00ED359B" w:rsidRPr="006F3F0F" w:rsidRDefault="00ED359B" w:rsidP="00ED359B">
      <w:pPr>
        <w:rPr>
          <w:sz w:val="24"/>
          <w:szCs w:val="24"/>
        </w:rPr>
      </w:pPr>
    </w:p>
    <w:p w14:paraId="67E1AFEC" w14:textId="77777777" w:rsidR="00ED359B" w:rsidRPr="006F3F0F" w:rsidRDefault="00ED359B" w:rsidP="00ED359B">
      <w:pPr>
        <w:pStyle w:val="Nadpis3"/>
        <w:rPr>
          <w:sz w:val="24"/>
          <w:szCs w:val="24"/>
        </w:rPr>
      </w:pPr>
      <w:proofErr w:type="spellStart"/>
      <w:r w:rsidRPr="006F3F0F">
        <w:rPr>
          <w:sz w:val="24"/>
          <w:szCs w:val="24"/>
        </w:rPr>
        <w:t>Návrhy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činností</w:t>
      </w:r>
      <w:proofErr w:type="spellEnd"/>
    </w:p>
    <w:p w14:paraId="5826E5EC" w14:textId="77777777" w:rsidR="00ED359B" w:rsidRPr="006F3F0F" w:rsidRDefault="00ED359B" w:rsidP="00ED359B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Výtvarné</w:t>
      </w:r>
      <w:proofErr w:type="spellEnd"/>
      <w:r w:rsidRPr="006F3F0F">
        <w:rPr>
          <w:sz w:val="24"/>
          <w:szCs w:val="24"/>
        </w:rPr>
        <w:t xml:space="preserve">: </w:t>
      </w:r>
      <w:proofErr w:type="spellStart"/>
      <w:r w:rsidRPr="006F3F0F">
        <w:rPr>
          <w:sz w:val="24"/>
          <w:szCs w:val="24"/>
        </w:rPr>
        <w:t>výroba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přání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svícnů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ozdob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andělů</w:t>
      </w:r>
      <w:proofErr w:type="spellEnd"/>
      <w:r w:rsidRPr="006F3F0F">
        <w:rPr>
          <w:sz w:val="24"/>
          <w:szCs w:val="24"/>
        </w:rPr>
        <w:t>.</w:t>
      </w:r>
    </w:p>
    <w:p w14:paraId="674F6BDE" w14:textId="77777777" w:rsidR="00ED359B" w:rsidRPr="006F3F0F" w:rsidRDefault="00ED359B" w:rsidP="00ED359B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Pohybové</w:t>
      </w:r>
      <w:proofErr w:type="spellEnd"/>
      <w:r w:rsidRPr="006F3F0F">
        <w:rPr>
          <w:sz w:val="24"/>
          <w:szCs w:val="24"/>
        </w:rPr>
        <w:t xml:space="preserve">: </w:t>
      </w:r>
      <w:proofErr w:type="spellStart"/>
      <w:r w:rsidRPr="006F3F0F">
        <w:rPr>
          <w:sz w:val="24"/>
          <w:szCs w:val="24"/>
        </w:rPr>
        <w:t>taneček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andílků</w:t>
      </w:r>
      <w:proofErr w:type="spellEnd"/>
      <w:r w:rsidRPr="006F3F0F">
        <w:rPr>
          <w:sz w:val="24"/>
          <w:szCs w:val="24"/>
        </w:rPr>
        <w:t>, „</w:t>
      </w:r>
      <w:proofErr w:type="spellStart"/>
      <w:r w:rsidRPr="006F3F0F">
        <w:rPr>
          <w:sz w:val="24"/>
          <w:szCs w:val="24"/>
        </w:rPr>
        <w:t>běh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na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proofErr w:type="gramStart"/>
      <w:r w:rsidRPr="006F3F0F">
        <w:rPr>
          <w:sz w:val="24"/>
          <w:szCs w:val="24"/>
        </w:rPr>
        <w:t>vločky</w:t>
      </w:r>
      <w:proofErr w:type="spellEnd"/>
      <w:r w:rsidRPr="006F3F0F">
        <w:rPr>
          <w:sz w:val="24"/>
          <w:szCs w:val="24"/>
        </w:rPr>
        <w:t>“</w:t>
      </w:r>
      <w:proofErr w:type="gram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sáňkování</w:t>
      </w:r>
      <w:proofErr w:type="spellEnd"/>
      <w:r w:rsidRPr="006F3F0F">
        <w:rPr>
          <w:sz w:val="24"/>
          <w:szCs w:val="24"/>
        </w:rPr>
        <w:t>.</w:t>
      </w:r>
    </w:p>
    <w:p w14:paraId="6CEA1B62" w14:textId="77777777" w:rsidR="00ED359B" w:rsidRPr="006F3F0F" w:rsidRDefault="00ED359B" w:rsidP="00ED359B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Hudební</w:t>
      </w:r>
      <w:proofErr w:type="spellEnd"/>
      <w:r w:rsidRPr="006F3F0F">
        <w:rPr>
          <w:sz w:val="24"/>
          <w:szCs w:val="24"/>
        </w:rPr>
        <w:t xml:space="preserve">: </w:t>
      </w:r>
      <w:proofErr w:type="spellStart"/>
      <w:r w:rsidRPr="006F3F0F">
        <w:rPr>
          <w:sz w:val="24"/>
          <w:szCs w:val="24"/>
        </w:rPr>
        <w:t>koledy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tiché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písně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hra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na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zvonečky</w:t>
      </w:r>
      <w:proofErr w:type="spellEnd"/>
      <w:r w:rsidRPr="006F3F0F">
        <w:rPr>
          <w:sz w:val="24"/>
          <w:szCs w:val="24"/>
        </w:rPr>
        <w:t>.</w:t>
      </w:r>
    </w:p>
    <w:p w14:paraId="6C29627B" w14:textId="77777777" w:rsidR="00ED359B" w:rsidRPr="006F3F0F" w:rsidRDefault="00ED359B" w:rsidP="00ED359B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Jazykové</w:t>
      </w:r>
      <w:proofErr w:type="spellEnd"/>
      <w:r w:rsidRPr="006F3F0F">
        <w:rPr>
          <w:sz w:val="24"/>
          <w:szCs w:val="24"/>
        </w:rPr>
        <w:t xml:space="preserve">: </w:t>
      </w:r>
      <w:proofErr w:type="spellStart"/>
      <w:r w:rsidRPr="006F3F0F">
        <w:rPr>
          <w:sz w:val="24"/>
          <w:szCs w:val="24"/>
        </w:rPr>
        <w:t>pohádky</w:t>
      </w:r>
      <w:proofErr w:type="spellEnd"/>
      <w:r w:rsidRPr="006F3F0F">
        <w:rPr>
          <w:sz w:val="24"/>
          <w:szCs w:val="24"/>
        </w:rPr>
        <w:t xml:space="preserve"> o </w:t>
      </w:r>
      <w:proofErr w:type="spellStart"/>
      <w:r w:rsidRPr="006F3F0F">
        <w:rPr>
          <w:sz w:val="24"/>
          <w:szCs w:val="24"/>
        </w:rPr>
        <w:t>světle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vyprávění</w:t>
      </w:r>
      <w:proofErr w:type="spellEnd"/>
      <w:r w:rsidRPr="006F3F0F">
        <w:rPr>
          <w:sz w:val="24"/>
          <w:szCs w:val="24"/>
        </w:rPr>
        <w:t xml:space="preserve"> o Vánocích, </w:t>
      </w:r>
      <w:proofErr w:type="spellStart"/>
      <w:r w:rsidRPr="006F3F0F">
        <w:rPr>
          <w:sz w:val="24"/>
          <w:szCs w:val="24"/>
        </w:rPr>
        <w:t>dopis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Ježíškovi</w:t>
      </w:r>
      <w:proofErr w:type="spellEnd"/>
      <w:r w:rsidRPr="006F3F0F">
        <w:rPr>
          <w:sz w:val="24"/>
          <w:szCs w:val="24"/>
        </w:rPr>
        <w:t>.</w:t>
      </w:r>
    </w:p>
    <w:p w14:paraId="0AB3E779" w14:textId="77777777" w:rsidR="00ED359B" w:rsidRPr="006F3F0F" w:rsidRDefault="00ED359B" w:rsidP="00ED359B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Prožitkové</w:t>
      </w:r>
      <w:proofErr w:type="spellEnd"/>
      <w:r w:rsidRPr="006F3F0F">
        <w:rPr>
          <w:sz w:val="24"/>
          <w:szCs w:val="24"/>
        </w:rPr>
        <w:t xml:space="preserve">: </w:t>
      </w:r>
      <w:proofErr w:type="spellStart"/>
      <w:r w:rsidRPr="006F3F0F">
        <w:rPr>
          <w:sz w:val="24"/>
          <w:szCs w:val="24"/>
        </w:rPr>
        <w:t>rozsvěcení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lucerniček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adventní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kalendář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radost</w:t>
      </w:r>
      <w:proofErr w:type="spellEnd"/>
      <w:r w:rsidRPr="006F3F0F">
        <w:rPr>
          <w:sz w:val="24"/>
          <w:szCs w:val="24"/>
        </w:rPr>
        <w:t xml:space="preserve"> z </w:t>
      </w:r>
      <w:proofErr w:type="spellStart"/>
      <w:r w:rsidRPr="006F3F0F">
        <w:rPr>
          <w:sz w:val="24"/>
          <w:szCs w:val="24"/>
        </w:rPr>
        <w:t>dávání</w:t>
      </w:r>
      <w:proofErr w:type="spellEnd"/>
      <w:r w:rsidRPr="006F3F0F">
        <w:rPr>
          <w:sz w:val="24"/>
          <w:szCs w:val="24"/>
        </w:rPr>
        <w:t>.</w:t>
      </w:r>
    </w:p>
    <w:p w14:paraId="32C3B7E4" w14:textId="77777777" w:rsidR="00ED359B" w:rsidRPr="006F3F0F" w:rsidRDefault="00ED359B" w:rsidP="00ED359B">
      <w:pPr>
        <w:rPr>
          <w:sz w:val="24"/>
          <w:szCs w:val="24"/>
        </w:rPr>
      </w:pPr>
      <w:r w:rsidRPr="006F3F0F">
        <w:rPr>
          <w:sz w:val="24"/>
          <w:szCs w:val="24"/>
        </w:rPr>
        <w:lastRenderedPageBreak/>
        <w:t xml:space="preserve">• </w:t>
      </w:r>
      <w:proofErr w:type="spellStart"/>
      <w:r w:rsidRPr="006F3F0F">
        <w:rPr>
          <w:sz w:val="24"/>
          <w:szCs w:val="24"/>
        </w:rPr>
        <w:t>Společné</w:t>
      </w:r>
      <w:proofErr w:type="spellEnd"/>
      <w:r w:rsidRPr="006F3F0F">
        <w:rPr>
          <w:sz w:val="24"/>
          <w:szCs w:val="24"/>
        </w:rPr>
        <w:t xml:space="preserve">: </w:t>
      </w:r>
      <w:proofErr w:type="spellStart"/>
      <w:r w:rsidRPr="006F3F0F">
        <w:rPr>
          <w:sz w:val="24"/>
          <w:szCs w:val="24"/>
        </w:rPr>
        <w:t>příprava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besídky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pečení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výroba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dárků</w:t>
      </w:r>
      <w:proofErr w:type="spellEnd"/>
      <w:r w:rsidRPr="006F3F0F">
        <w:rPr>
          <w:sz w:val="24"/>
          <w:szCs w:val="24"/>
        </w:rPr>
        <w:t>.</w:t>
      </w:r>
    </w:p>
    <w:p w14:paraId="197282BE" w14:textId="77777777" w:rsidR="00ED359B" w:rsidRPr="006F3F0F" w:rsidRDefault="00ED359B" w:rsidP="00ED359B">
      <w:pPr>
        <w:pStyle w:val="Nadpis3"/>
        <w:rPr>
          <w:sz w:val="24"/>
          <w:szCs w:val="24"/>
        </w:rPr>
      </w:pPr>
      <w:r w:rsidRPr="006F3F0F">
        <w:rPr>
          <w:sz w:val="24"/>
          <w:szCs w:val="24"/>
        </w:rPr>
        <w:t xml:space="preserve">Mini </w:t>
      </w:r>
      <w:proofErr w:type="spellStart"/>
      <w:proofErr w:type="gramStart"/>
      <w:r w:rsidRPr="006F3F0F">
        <w:rPr>
          <w:sz w:val="24"/>
          <w:szCs w:val="24"/>
        </w:rPr>
        <w:t>projekty</w:t>
      </w:r>
      <w:proofErr w:type="spellEnd"/>
      <w:proofErr w:type="gramEnd"/>
      <w:r w:rsidRPr="006F3F0F">
        <w:rPr>
          <w:sz w:val="24"/>
          <w:szCs w:val="24"/>
        </w:rPr>
        <w:t xml:space="preserve"> a </w:t>
      </w:r>
      <w:proofErr w:type="spellStart"/>
      <w:r w:rsidRPr="006F3F0F">
        <w:rPr>
          <w:sz w:val="24"/>
          <w:szCs w:val="24"/>
        </w:rPr>
        <w:t>slavnosti</w:t>
      </w:r>
      <w:proofErr w:type="spellEnd"/>
    </w:p>
    <w:p w14:paraId="590E6F7D" w14:textId="77777777" w:rsidR="00ED359B" w:rsidRPr="006F3F0F" w:rsidRDefault="00ED359B" w:rsidP="00ED359B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Mikulášská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nadílka</w:t>
      </w:r>
      <w:proofErr w:type="spellEnd"/>
      <w:r w:rsidRPr="006F3F0F">
        <w:rPr>
          <w:sz w:val="24"/>
          <w:szCs w:val="24"/>
        </w:rPr>
        <w:t xml:space="preserve"> s </w:t>
      </w:r>
      <w:proofErr w:type="spellStart"/>
      <w:r w:rsidRPr="006F3F0F">
        <w:rPr>
          <w:sz w:val="24"/>
          <w:szCs w:val="24"/>
        </w:rPr>
        <w:t>andělem</w:t>
      </w:r>
      <w:proofErr w:type="spellEnd"/>
      <w:r w:rsidRPr="006F3F0F">
        <w:rPr>
          <w:sz w:val="24"/>
          <w:szCs w:val="24"/>
        </w:rPr>
        <w:t xml:space="preserve"> a </w:t>
      </w:r>
      <w:proofErr w:type="spellStart"/>
      <w:r w:rsidRPr="006F3F0F">
        <w:rPr>
          <w:sz w:val="24"/>
          <w:szCs w:val="24"/>
        </w:rPr>
        <w:t>čertem</w:t>
      </w:r>
      <w:proofErr w:type="spellEnd"/>
      <w:r w:rsidRPr="006F3F0F">
        <w:rPr>
          <w:sz w:val="24"/>
          <w:szCs w:val="24"/>
        </w:rPr>
        <w:t>.</w:t>
      </w:r>
    </w:p>
    <w:p w14:paraId="19D7FEA8" w14:textId="77777777" w:rsidR="00ED359B" w:rsidRPr="006F3F0F" w:rsidRDefault="00ED359B" w:rsidP="00ED359B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Týden</w:t>
      </w:r>
      <w:proofErr w:type="spellEnd"/>
      <w:r w:rsidRPr="006F3F0F">
        <w:rPr>
          <w:sz w:val="24"/>
          <w:szCs w:val="24"/>
        </w:rPr>
        <w:t xml:space="preserve"> dobra – </w:t>
      </w:r>
      <w:proofErr w:type="spellStart"/>
      <w:r w:rsidRPr="006F3F0F">
        <w:rPr>
          <w:sz w:val="24"/>
          <w:szCs w:val="24"/>
        </w:rPr>
        <w:t>každý</w:t>
      </w:r>
      <w:proofErr w:type="spellEnd"/>
      <w:r w:rsidRPr="006F3F0F">
        <w:rPr>
          <w:sz w:val="24"/>
          <w:szCs w:val="24"/>
        </w:rPr>
        <w:t xml:space="preserve"> den „</w:t>
      </w:r>
      <w:proofErr w:type="spellStart"/>
      <w:r w:rsidRPr="006F3F0F">
        <w:rPr>
          <w:sz w:val="24"/>
          <w:szCs w:val="24"/>
        </w:rPr>
        <w:t>dobrý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proofErr w:type="gramStart"/>
      <w:r w:rsidRPr="006F3F0F">
        <w:rPr>
          <w:sz w:val="24"/>
          <w:szCs w:val="24"/>
        </w:rPr>
        <w:t>skutek</w:t>
      </w:r>
      <w:proofErr w:type="spellEnd"/>
      <w:r w:rsidRPr="006F3F0F">
        <w:rPr>
          <w:sz w:val="24"/>
          <w:szCs w:val="24"/>
        </w:rPr>
        <w:t>“</w:t>
      </w:r>
      <w:proofErr w:type="gramEnd"/>
      <w:r w:rsidRPr="006F3F0F">
        <w:rPr>
          <w:sz w:val="24"/>
          <w:szCs w:val="24"/>
        </w:rPr>
        <w:t>.</w:t>
      </w:r>
    </w:p>
    <w:p w14:paraId="0E512A42" w14:textId="77777777" w:rsidR="00ED359B" w:rsidRPr="006F3F0F" w:rsidRDefault="00ED359B" w:rsidP="00ED359B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Adventní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spirála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nebo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rozsvěcení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lucerniček</w:t>
      </w:r>
      <w:proofErr w:type="spellEnd"/>
      <w:r w:rsidRPr="006F3F0F">
        <w:rPr>
          <w:sz w:val="24"/>
          <w:szCs w:val="24"/>
        </w:rPr>
        <w:t>.</w:t>
      </w:r>
    </w:p>
    <w:p w14:paraId="5ACED46E" w14:textId="77777777" w:rsidR="00ED359B" w:rsidRPr="006F3F0F" w:rsidRDefault="00ED359B" w:rsidP="00ED359B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Vánoční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besídka</w:t>
      </w:r>
      <w:proofErr w:type="spellEnd"/>
      <w:r w:rsidRPr="006F3F0F">
        <w:rPr>
          <w:sz w:val="24"/>
          <w:szCs w:val="24"/>
        </w:rPr>
        <w:t xml:space="preserve"> a </w:t>
      </w:r>
      <w:proofErr w:type="spellStart"/>
      <w:r w:rsidRPr="006F3F0F">
        <w:rPr>
          <w:sz w:val="24"/>
          <w:szCs w:val="24"/>
        </w:rPr>
        <w:t>posezení</w:t>
      </w:r>
      <w:proofErr w:type="spellEnd"/>
      <w:r w:rsidRPr="006F3F0F">
        <w:rPr>
          <w:sz w:val="24"/>
          <w:szCs w:val="24"/>
        </w:rPr>
        <w:t xml:space="preserve"> s </w:t>
      </w:r>
      <w:proofErr w:type="spellStart"/>
      <w:r w:rsidRPr="006F3F0F">
        <w:rPr>
          <w:sz w:val="24"/>
          <w:szCs w:val="24"/>
        </w:rPr>
        <w:t>rodiči</w:t>
      </w:r>
      <w:proofErr w:type="spellEnd"/>
      <w:r w:rsidRPr="006F3F0F">
        <w:rPr>
          <w:sz w:val="24"/>
          <w:szCs w:val="24"/>
        </w:rPr>
        <w:t>.</w:t>
      </w:r>
    </w:p>
    <w:p w14:paraId="4BB8717A" w14:textId="77777777" w:rsidR="00ED359B" w:rsidRPr="006F3F0F" w:rsidRDefault="00ED359B" w:rsidP="00ED359B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Výstava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vánočních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výrobků</w:t>
      </w:r>
      <w:proofErr w:type="spellEnd"/>
      <w:r w:rsidRPr="006F3F0F">
        <w:rPr>
          <w:sz w:val="24"/>
          <w:szCs w:val="24"/>
        </w:rPr>
        <w:t xml:space="preserve"> a </w:t>
      </w:r>
      <w:proofErr w:type="spellStart"/>
      <w:r w:rsidRPr="006F3F0F">
        <w:rPr>
          <w:sz w:val="24"/>
          <w:szCs w:val="24"/>
        </w:rPr>
        <w:t>zpívání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koled</w:t>
      </w:r>
      <w:proofErr w:type="spellEnd"/>
      <w:r w:rsidRPr="006F3F0F">
        <w:rPr>
          <w:sz w:val="24"/>
          <w:szCs w:val="24"/>
        </w:rPr>
        <w:t>.</w:t>
      </w:r>
    </w:p>
    <w:p w14:paraId="7DE63646" w14:textId="42C4BAEC" w:rsidR="00ED359B" w:rsidRPr="006F3F0F" w:rsidRDefault="00ED359B" w:rsidP="00ED359B">
      <w:pPr>
        <w:rPr>
          <w:sz w:val="24"/>
          <w:szCs w:val="24"/>
        </w:rPr>
      </w:pPr>
    </w:p>
    <w:p w14:paraId="5C83301F" w14:textId="77777777" w:rsidR="00F2218B" w:rsidRPr="00745799" w:rsidRDefault="00F2218B" w:rsidP="00F2218B">
      <w:pPr>
        <w:pStyle w:val="Nadpis2"/>
        <w:rPr>
          <w:sz w:val="36"/>
          <w:szCs w:val="36"/>
        </w:rPr>
      </w:pPr>
      <w:r w:rsidRPr="00745799">
        <w:rPr>
          <w:sz w:val="36"/>
          <w:szCs w:val="36"/>
        </w:rPr>
        <w:t xml:space="preserve">Leden – </w:t>
      </w:r>
      <w:proofErr w:type="spellStart"/>
      <w:r w:rsidRPr="00745799">
        <w:rPr>
          <w:sz w:val="36"/>
          <w:szCs w:val="36"/>
        </w:rPr>
        <w:t>Zimní</w:t>
      </w:r>
      <w:proofErr w:type="spellEnd"/>
      <w:r w:rsidRPr="00745799">
        <w:rPr>
          <w:sz w:val="36"/>
          <w:szCs w:val="36"/>
        </w:rPr>
        <w:t xml:space="preserve"> </w:t>
      </w:r>
      <w:proofErr w:type="spellStart"/>
      <w:r w:rsidRPr="00745799">
        <w:rPr>
          <w:sz w:val="36"/>
          <w:szCs w:val="36"/>
        </w:rPr>
        <w:t>království</w:t>
      </w:r>
      <w:proofErr w:type="spellEnd"/>
    </w:p>
    <w:p w14:paraId="58FE0FDD" w14:textId="77777777" w:rsidR="00F2218B" w:rsidRPr="006F3F0F" w:rsidRDefault="00F2218B" w:rsidP="00F2218B">
      <w:pPr>
        <w:pStyle w:val="Nadpis3"/>
        <w:rPr>
          <w:sz w:val="24"/>
          <w:szCs w:val="24"/>
        </w:rPr>
      </w:pPr>
      <w:proofErr w:type="spellStart"/>
      <w:r w:rsidRPr="006F3F0F">
        <w:rPr>
          <w:sz w:val="24"/>
          <w:szCs w:val="24"/>
        </w:rPr>
        <w:t>Hlavní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cíle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měsíce</w:t>
      </w:r>
      <w:proofErr w:type="spellEnd"/>
    </w:p>
    <w:p w14:paraId="25B37218" w14:textId="77777777" w:rsidR="00F2218B" w:rsidRPr="006F3F0F" w:rsidRDefault="00F2218B" w:rsidP="00F2218B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Vnímat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změny</w:t>
      </w:r>
      <w:proofErr w:type="spellEnd"/>
      <w:r w:rsidRPr="006F3F0F">
        <w:rPr>
          <w:sz w:val="24"/>
          <w:szCs w:val="24"/>
        </w:rPr>
        <w:t xml:space="preserve"> v </w:t>
      </w:r>
      <w:proofErr w:type="spellStart"/>
      <w:r w:rsidRPr="006F3F0F">
        <w:rPr>
          <w:sz w:val="24"/>
          <w:szCs w:val="24"/>
        </w:rPr>
        <w:t>zimní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přírodě</w:t>
      </w:r>
      <w:proofErr w:type="spellEnd"/>
      <w:r w:rsidRPr="006F3F0F">
        <w:rPr>
          <w:sz w:val="24"/>
          <w:szCs w:val="24"/>
        </w:rPr>
        <w:t xml:space="preserve"> a </w:t>
      </w:r>
      <w:proofErr w:type="spellStart"/>
      <w:r w:rsidRPr="006F3F0F">
        <w:rPr>
          <w:sz w:val="24"/>
          <w:szCs w:val="24"/>
        </w:rPr>
        <w:t>jejich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vliv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na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život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lidí</w:t>
      </w:r>
      <w:proofErr w:type="spellEnd"/>
      <w:r w:rsidRPr="006F3F0F">
        <w:rPr>
          <w:sz w:val="24"/>
          <w:szCs w:val="24"/>
        </w:rPr>
        <w:t xml:space="preserve"> a </w:t>
      </w:r>
      <w:proofErr w:type="spellStart"/>
      <w:r w:rsidRPr="006F3F0F">
        <w:rPr>
          <w:sz w:val="24"/>
          <w:szCs w:val="24"/>
        </w:rPr>
        <w:t>zvířat</w:t>
      </w:r>
      <w:proofErr w:type="spellEnd"/>
      <w:r w:rsidRPr="006F3F0F">
        <w:rPr>
          <w:sz w:val="24"/>
          <w:szCs w:val="24"/>
        </w:rPr>
        <w:t>.</w:t>
      </w:r>
    </w:p>
    <w:p w14:paraId="702CD044" w14:textId="77777777" w:rsidR="00F2218B" w:rsidRPr="006F3F0F" w:rsidRDefault="00F2218B" w:rsidP="00F2218B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Rozvíjet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hrubou</w:t>
      </w:r>
      <w:proofErr w:type="spellEnd"/>
      <w:r w:rsidRPr="006F3F0F">
        <w:rPr>
          <w:sz w:val="24"/>
          <w:szCs w:val="24"/>
        </w:rPr>
        <w:t xml:space="preserve"> a </w:t>
      </w:r>
      <w:proofErr w:type="spellStart"/>
      <w:r w:rsidRPr="006F3F0F">
        <w:rPr>
          <w:sz w:val="24"/>
          <w:szCs w:val="24"/>
        </w:rPr>
        <w:t>jemnou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motoriku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pohyb</w:t>
      </w:r>
      <w:proofErr w:type="spellEnd"/>
      <w:r w:rsidRPr="006F3F0F">
        <w:rPr>
          <w:sz w:val="24"/>
          <w:szCs w:val="24"/>
        </w:rPr>
        <w:t xml:space="preserve"> v </w:t>
      </w:r>
      <w:proofErr w:type="spellStart"/>
      <w:r w:rsidRPr="006F3F0F">
        <w:rPr>
          <w:sz w:val="24"/>
          <w:szCs w:val="24"/>
        </w:rPr>
        <w:t>náročnějších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podmínkách</w:t>
      </w:r>
      <w:proofErr w:type="spellEnd"/>
      <w:r w:rsidRPr="006F3F0F">
        <w:rPr>
          <w:sz w:val="24"/>
          <w:szCs w:val="24"/>
        </w:rPr>
        <w:t>.</w:t>
      </w:r>
    </w:p>
    <w:p w14:paraId="023EC0D6" w14:textId="77777777" w:rsidR="00F2218B" w:rsidRPr="006F3F0F" w:rsidRDefault="00F2218B" w:rsidP="00F2218B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Seznamovat se s vodou, </w:t>
      </w:r>
      <w:proofErr w:type="spellStart"/>
      <w:r w:rsidRPr="006F3F0F">
        <w:rPr>
          <w:sz w:val="24"/>
          <w:szCs w:val="24"/>
        </w:rPr>
        <w:t>sněhem</w:t>
      </w:r>
      <w:proofErr w:type="spellEnd"/>
      <w:r w:rsidRPr="006F3F0F">
        <w:rPr>
          <w:sz w:val="24"/>
          <w:szCs w:val="24"/>
        </w:rPr>
        <w:t xml:space="preserve"> a </w:t>
      </w:r>
      <w:proofErr w:type="spellStart"/>
      <w:r w:rsidRPr="006F3F0F">
        <w:rPr>
          <w:sz w:val="24"/>
          <w:szCs w:val="24"/>
        </w:rPr>
        <w:t>ledem</w:t>
      </w:r>
      <w:proofErr w:type="spellEnd"/>
      <w:r w:rsidRPr="006F3F0F">
        <w:rPr>
          <w:sz w:val="24"/>
          <w:szCs w:val="24"/>
        </w:rPr>
        <w:t xml:space="preserve"> – </w:t>
      </w:r>
      <w:proofErr w:type="spellStart"/>
      <w:r w:rsidRPr="006F3F0F">
        <w:rPr>
          <w:sz w:val="24"/>
          <w:szCs w:val="24"/>
        </w:rPr>
        <w:t>jejich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vlastnosti</w:t>
      </w:r>
      <w:proofErr w:type="spellEnd"/>
      <w:r w:rsidRPr="006F3F0F">
        <w:rPr>
          <w:sz w:val="24"/>
          <w:szCs w:val="24"/>
        </w:rPr>
        <w:t>.</w:t>
      </w:r>
    </w:p>
    <w:p w14:paraId="3C78763C" w14:textId="77777777" w:rsidR="00F2218B" w:rsidRPr="006F3F0F" w:rsidRDefault="00F2218B" w:rsidP="00F2218B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Rozvíjet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vnímání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smyslů</w:t>
      </w:r>
      <w:proofErr w:type="spellEnd"/>
      <w:r w:rsidRPr="006F3F0F">
        <w:rPr>
          <w:sz w:val="24"/>
          <w:szCs w:val="24"/>
        </w:rPr>
        <w:t xml:space="preserve"> a </w:t>
      </w:r>
      <w:proofErr w:type="spellStart"/>
      <w:r w:rsidRPr="006F3F0F">
        <w:rPr>
          <w:sz w:val="24"/>
          <w:szCs w:val="24"/>
        </w:rPr>
        <w:t>soustředění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skrze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prožitkové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aktivity</w:t>
      </w:r>
      <w:proofErr w:type="spellEnd"/>
      <w:r w:rsidRPr="006F3F0F">
        <w:rPr>
          <w:sz w:val="24"/>
          <w:szCs w:val="24"/>
        </w:rPr>
        <w:t>.</w:t>
      </w:r>
    </w:p>
    <w:p w14:paraId="745CA0E1" w14:textId="77777777" w:rsidR="00F2218B" w:rsidRPr="006F3F0F" w:rsidRDefault="00F2218B" w:rsidP="00F2218B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Posilovat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vzájemnou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pomoc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bezpečné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chování</w:t>
      </w:r>
      <w:proofErr w:type="spellEnd"/>
      <w:r w:rsidRPr="006F3F0F">
        <w:rPr>
          <w:sz w:val="24"/>
          <w:szCs w:val="24"/>
        </w:rPr>
        <w:t xml:space="preserve"> v </w:t>
      </w:r>
      <w:proofErr w:type="spellStart"/>
      <w:r w:rsidRPr="006F3F0F">
        <w:rPr>
          <w:sz w:val="24"/>
          <w:szCs w:val="24"/>
        </w:rPr>
        <w:t>zimě</w:t>
      </w:r>
      <w:proofErr w:type="spellEnd"/>
      <w:r w:rsidRPr="006F3F0F">
        <w:rPr>
          <w:sz w:val="24"/>
          <w:szCs w:val="24"/>
        </w:rPr>
        <w:t>.</w:t>
      </w:r>
    </w:p>
    <w:p w14:paraId="2094DAB7" w14:textId="77777777" w:rsidR="00F2218B" w:rsidRPr="006F3F0F" w:rsidRDefault="00F2218B" w:rsidP="00F2218B">
      <w:pPr>
        <w:pStyle w:val="Nadpis3"/>
        <w:rPr>
          <w:sz w:val="24"/>
          <w:szCs w:val="24"/>
        </w:rPr>
      </w:pPr>
      <w:proofErr w:type="spellStart"/>
      <w:r w:rsidRPr="006F3F0F">
        <w:rPr>
          <w:sz w:val="24"/>
          <w:szCs w:val="24"/>
        </w:rPr>
        <w:t>Týdenní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podtémata</w:t>
      </w:r>
      <w:proofErr w:type="spellEnd"/>
    </w:p>
    <w:p w14:paraId="09976571" w14:textId="77777777" w:rsidR="00F2218B" w:rsidRPr="006F3F0F" w:rsidRDefault="00F2218B" w:rsidP="00F2218B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1. </w:t>
      </w:r>
      <w:proofErr w:type="spellStart"/>
      <w:r w:rsidRPr="006F3F0F">
        <w:rPr>
          <w:sz w:val="24"/>
          <w:szCs w:val="24"/>
        </w:rPr>
        <w:t>Sníh</w:t>
      </w:r>
      <w:proofErr w:type="spellEnd"/>
      <w:r w:rsidRPr="006F3F0F">
        <w:rPr>
          <w:sz w:val="24"/>
          <w:szCs w:val="24"/>
        </w:rPr>
        <w:t xml:space="preserve">, led a </w:t>
      </w:r>
      <w:proofErr w:type="spellStart"/>
      <w:r w:rsidRPr="006F3F0F">
        <w:rPr>
          <w:sz w:val="24"/>
          <w:szCs w:val="24"/>
        </w:rPr>
        <w:t>voda</w:t>
      </w:r>
      <w:proofErr w:type="spellEnd"/>
    </w:p>
    <w:p w14:paraId="101B540E" w14:textId="77777777" w:rsidR="00F2218B" w:rsidRPr="006F3F0F" w:rsidRDefault="00F2218B" w:rsidP="00F2218B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2. Zima </w:t>
      </w:r>
      <w:proofErr w:type="spellStart"/>
      <w:r w:rsidRPr="006F3F0F">
        <w:rPr>
          <w:sz w:val="24"/>
          <w:szCs w:val="24"/>
        </w:rPr>
        <w:t>venku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i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uvnitř</w:t>
      </w:r>
      <w:proofErr w:type="spellEnd"/>
    </w:p>
    <w:p w14:paraId="037452D0" w14:textId="77777777" w:rsidR="00F2218B" w:rsidRPr="006F3F0F" w:rsidRDefault="00F2218B" w:rsidP="00F2218B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3. </w:t>
      </w:r>
      <w:proofErr w:type="spellStart"/>
      <w:r w:rsidRPr="006F3F0F">
        <w:rPr>
          <w:sz w:val="24"/>
          <w:szCs w:val="24"/>
        </w:rPr>
        <w:t>Zimní</w:t>
      </w:r>
      <w:proofErr w:type="spellEnd"/>
      <w:r w:rsidRPr="006F3F0F">
        <w:rPr>
          <w:sz w:val="24"/>
          <w:szCs w:val="24"/>
        </w:rPr>
        <w:t xml:space="preserve"> sporty</w:t>
      </w:r>
    </w:p>
    <w:p w14:paraId="2099B21B" w14:textId="77777777" w:rsidR="00F2218B" w:rsidRPr="006F3F0F" w:rsidRDefault="00F2218B" w:rsidP="00F2218B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4. </w:t>
      </w:r>
      <w:proofErr w:type="spellStart"/>
      <w:r w:rsidRPr="006F3F0F">
        <w:rPr>
          <w:sz w:val="24"/>
          <w:szCs w:val="24"/>
        </w:rPr>
        <w:t>Zvířata</w:t>
      </w:r>
      <w:proofErr w:type="spellEnd"/>
      <w:r w:rsidRPr="006F3F0F">
        <w:rPr>
          <w:sz w:val="24"/>
          <w:szCs w:val="24"/>
        </w:rPr>
        <w:t xml:space="preserve"> v </w:t>
      </w:r>
      <w:proofErr w:type="spellStart"/>
      <w:r w:rsidRPr="006F3F0F">
        <w:rPr>
          <w:sz w:val="24"/>
          <w:szCs w:val="24"/>
        </w:rPr>
        <w:t>zimě</w:t>
      </w:r>
      <w:proofErr w:type="spellEnd"/>
    </w:p>
    <w:p w14:paraId="435286A8" w14:textId="77777777" w:rsidR="00F2218B" w:rsidRPr="006F3F0F" w:rsidRDefault="00F2218B" w:rsidP="00F2218B">
      <w:pPr>
        <w:pStyle w:val="Nadpis3"/>
        <w:rPr>
          <w:sz w:val="24"/>
          <w:szCs w:val="24"/>
        </w:rPr>
      </w:pPr>
      <w:proofErr w:type="spellStart"/>
      <w:r w:rsidRPr="006F3F0F">
        <w:rPr>
          <w:sz w:val="24"/>
          <w:szCs w:val="24"/>
        </w:rPr>
        <w:t>Rozvoj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klíčových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kompetencí</w:t>
      </w:r>
      <w:proofErr w:type="spellEnd"/>
    </w:p>
    <w:p w14:paraId="5004B47F" w14:textId="77777777" w:rsidR="00F2218B" w:rsidRPr="006F3F0F" w:rsidRDefault="00F2218B" w:rsidP="00F2218B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Kompetence</w:t>
      </w:r>
      <w:proofErr w:type="spellEnd"/>
      <w:r w:rsidRPr="006F3F0F">
        <w:rPr>
          <w:sz w:val="24"/>
          <w:szCs w:val="24"/>
        </w:rPr>
        <w:t xml:space="preserve"> k </w:t>
      </w:r>
      <w:proofErr w:type="spellStart"/>
      <w:r w:rsidRPr="006F3F0F">
        <w:rPr>
          <w:sz w:val="24"/>
          <w:szCs w:val="24"/>
        </w:rPr>
        <w:t>učení</w:t>
      </w:r>
      <w:proofErr w:type="spellEnd"/>
      <w:r w:rsidRPr="006F3F0F">
        <w:rPr>
          <w:sz w:val="24"/>
          <w:szCs w:val="24"/>
        </w:rPr>
        <w:t xml:space="preserve"> – </w:t>
      </w:r>
      <w:proofErr w:type="spellStart"/>
      <w:r w:rsidRPr="006F3F0F">
        <w:rPr>
          <w:sz w:val="24"/>
          <w:szCs w:val="24"/>
        </w:rPr>
        <w:t>pozorování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pokusy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zkoumání</w:t>
      </w:r>
      <w:proofErr w:type="spellEnd"/>
      <w:r w:rsidRPr="006F3F0F">
        <w:rPr>
          <w:sz w:val="24"/>
          <w:szCs w:val="24"/>
        </w:rPr>
        <w:t>.</w:t>
      </w:r>
    </w:p>
    <w:p w14:paraId="5F8D4154" w14:textId="77777777" w:rsidR="00F2218B" w:rsidRPr="006F3F0F" w:rsidRDefault="00F2218B" w:rsidP="00F2218B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Kompetence</w:t>
      </w:r>
      <w:proofErr w:type="spellEnd"/>
      <w:r w:rsidRPr="006F3F0F">
        <w:rPr>
          <w:sz w:val="24"/>
          <w:szCs w:val="24"/>
        </w:rPr>
        <w:t xml:space="preserve"> k </w:t>
      </w:r>
      <w:proofErr w:type="spellStart"/>
      <w:r w:rsidRPr="006F3F0F">
        <w:rPr>
          <w:sz w:val="24"/>
          <w:szCs w:val="24"/>
        </w:rPr>
        <w:t>řešení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problémů</w:t>
      </w:r>
      <w:proofErr w:type="spellEnd"/>
      <w:r w:rsidRPr="006F3F0F">
        <w:rPr>
          <w:sz w:val="24"/>
          <w:szCs w:val="24"/>
        </w:rPr>
        <w:t xml:space="preserve"> – jak se </w:t>
      </w:r>
      <w:proofErr w:type="spellStart"/>
      <w:r w:rsidRPr="006F3F0F">
        <w:rPr>
          <w:sz w:val="24"/>
          <w:szCs w:val="24"/>
        </w:rPr>
        <w:t>chránit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před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zimou</w:t>
      </w:r>
      <w:proofErr w:type="spellEnd"/>
      <w:r w:rsidRPr="006F3F0F">
        <w:rPr>
          <w:sz w:val="24"/>
          <w:szCs w:val="24"/>
        </w:rPr>
        <w:t xml:space="preserve">, co </w:t>
      </w:r>
      <w:proofErr w:type="spellStart"/>
      <w:r w:rsidRPr="006F3F0F">
        <w:rPr>
          <w:sz w:val="24"/>
          <w:szCs w:val="24"/>
        </w:rPr>
        <w:t>dělat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při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nehodě</w:t>
      </w:r>
      <w:proofErr w:type="spellEnd"/>
      <w:r w:rsidRPr="006F3F0F">
        <w:rPr>
          <w:sz w:val="24"/>
          <w:szCs w:val="24"/>
        </w:rPr>
        <w:t>.</w:t>
      </w:r>
    </w:p>
    <w:p w14:paraId="49102183" w14:textId="77777777" w:rsidR="00F2218B" w:rsidRPr="006F3F0F" w:rsidRDefault="00F2218B" w:rsidP="00F2218B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Kompetence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pracovní</w:t>
      </w:r>
      <w:proofErr w:type="spellEnd"/>
      <w:r w:rsidRPr="006F3F0F">
        <w:rPr>
          <w:sz w:val="24"/>
          <w:szCs w:val="24"/>
        </w:rPr>
        <w:t xml:space="preserve"> – </w:t>
      </w:r>
      <w:proofErr w:type="spellStart"/>
      <w:r w:rsidRPr="006F3F0F">
        <w:rPr>
          <w:sz w:val="24"/>
          <w:szCs w:val="24"/>
        </w:rPr>
        <w:t>péče</w:t>
      </w:r>
      <w:proofErr w:type="spellEnd"/>
      <w:r w:rsidRPr="006F3F0F">
        <w:rPr>
          <w:sz w:val="24"/>
          <w:szCs w:val="24"/>
        </w:rPr>
        <w:t xml:space="preserve"> o </w:t>
      </w:r>
      <w:proofErr w:type="spellStart"/>
      <w:r w:rsidRPr="006F3F0F">
        <w:rPr>
          <w:sz w:val="24"/>
          <w:szCs w:val="24"/>
        </w:rPr>
        <w:t>věci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krmení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ptáků</w:t>
      </w:r>
      <w:proofErr w:type="spellEnd"/>
      <w:r w:rsidRPr="006F3F0F">
        <w:rPr>
          <w:sz w:val="24"/>
          <w:szCs w:val="24"/>
        </w:rPr>
        <w:t>.</w:t>
      </w:r>
    </w:p>
    <w:p w14:paraId="0AE26AF2" w14:textId="77777777" w:rsidR="00F2218B" w:rsidRPr="006F3F0F" w:rsidRDefault="00F2218B" w:rsidP="00F2218B">
      <w:pPr>
        <w:pStyle w:val="Nadpis3"/>
        <w:rPr>
          <w:sz w:val="24"/>
          <w:szCs w:val="24"/>
        </w:rPr>
      </w:pPr>
      <w:proofErr w:type="spellStart"/>
      <w:r w:rsidRPr="006F3F0F">
        <w:rPr>
          <w:sz w:val="24"/>
          <w:szCs w:val="24"/>
        </w:rPr>
        <w:t>Propojení</w:t>
      </w:r>
      <w:proofErr w:type="spellEnd"/>
      <w:r w:rsidRPr="006F3F0F">
        <w:rPr>
          <w:sz w:val="24"/>
          <w:szCs w:val="24"/>
        </w:rPr>
        <w:t xml:space="preserve"> s </w:t>
      </w:r>
      <w:proofErr w:type="spellStart"/>
      <w:r w:rsidRPr="006F3F0F">
        <w:rPr>
          <w:sz w:val="24"/>
          <w:szCs w:val="24"/>
        </w:rPr>
        <w:t>oblastmi</w:t>
      </w:r>
      <w:proofErr w:type="spellEnd"/>
      <w:r w:rsidRPr="006F3F0F">
        <w:rPr>
          <w:sz w:val="24"/>
          <w:szCs w:val="24"/>
        </w:rPr>
        <w:t xml:space="preserve"> RVP PV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320"/>
        <w:gridCol w:w="4320"/>
      </w:tblGrid>
      <w:tr w:rsidR="00F2218B" w:rsidRPr="006F3F0F" w14:paraId="13B12141" w14:textId="77777777" w:rsidTr="00860BE3">
        <w:tc>
          <w:tcPr>
            <w:tcW w:w="4320" w:type="dxa"/>
          </w:tcPr>
          <w:p w14:paraId="2B2D7CEA" w14:textId="77777777" w:rsidR="00F2218B" w:rsidRPr="006F3F0F" w:rsidRDefault="00F2218B" w:rsidP="00860BE3">
            <w:pPr>
              <w:rPr>
                <w:sz w:val="24"/>
                <w:szCs w:val="24"/>
              </w:rPr>
            </w:pPr>
            <w:r w:rsidRPr="006F3F0F">
              <w:rPr>
                <w:sz w:val="24"/>
                <w:szCs w:val="24"/>
              </w:rPr>
              <w:t>Oblast</w:t>
            </w:r>
          </w:p>
        </w:tc>
        <w:tc>
          <w:tcPr>
            <w:tcW w:w="4320" w:type="dxa"/>
          </w:tcPr>
          <w:p w14:paraId="0B1DDCED" w14:textId="77777777" w:rsidR="00F2218B" w:rsidRPr="006F3F0F" w:rsidRDefault="00F2218B" w:rsidP="00860BE3">
            <w:pPr>
              <w:rPr>
                <w:sz w:val="24"/>
                <w:szCs w:val="24"/>
              </w:rPr>
            </w:pPr>
            <w:proofErr w:type="spellStart"/>
            <w:r w:rsidRPr="006F3F0F">
              <w:rPr>
                <w:sz w:val="24"/>
                <w:szCs w:val="24"/>
              </w:rPr>
              <w:t>Cíle</w:t>
            </w:r>
            <w:proofErr w:type="spellEnd"/>
            <w:r w:rsidRPr="006F3F0F">
              <w:rPr>
                <w:sz w:val="24"/>
                <w:szCs w:val="24"/>
              </w:rPr>
              <w:t xml:space="preserve"> a </w:t>
            </w:r>
            <w:proofErr w:type="spellStart"/>
            <w:r w:rsidRPr="006F3F0F">
              <w:rPr>
                <w:sz w:val="24"/>
                <w:szCs w:val="24"/>
              </w:rPr>
              <w:t>výstupy</w:t>
            </w:r>
            <w:proofErr w:type="spellEnd"/>
          </w:p>
        </w:tc>
      </w:tr>
      <w:tr w:rsidR="00F2218B" w:rsidRPr="006F3F0F" w14:paraId="6C590F2F" w14:textId="77777777" w:rsidTr="00860BE3">
        <w:tc>
          <w:tcPr>
            <w:tcW w:w="4320" w:type="dxa"/>
          </w:tcPr>
          <w:p w14:paraId="0D557416" w14:textId="77777777" w:rsidR="00F2218B" w:rsidRPr="006F3F0F" w:rsidRDefault="00F2218B" w:rsidP="00860BE3">
            <w:pPr>
              <w:rPr>
                <w:sz w:val="24"/>
                <w:szCs w:val="24"/>
              </w:rPr>
            </w:pPr>
            <w:proofErr w:type="spellStart"/>
            <w:r w:rsidRPr="006F3F0F">
              <w:rPr>
                <w:sz w:val="24"/>
                <w:szCs w:val="24"/>
              </w:rPr>
              <w:lastRenderedPageBreak/>
              <w:t>Dítě</w:t>
            </w:r>
            <w:proofErr w:type="spellEnd"/>
            <w:r w:rsidRPr="006F3F0F">
              <w:rPr>
                <w:sz w:val="24"/>
                <w:szCs w:val="24"/>
              </w:rPr>
              <w:t xml:space="preserve"> a </w:t>
            </w:r>
            <w:proofErr w:type="spellStart"/>
            <w:r w:rsidRPr="006F3F0F">
              <w:rPr>
                <w:sz w:val="24"/>
                <w:szCs w:val="24"/>
              </w:rPr>
              <w:t>jeho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tělo</w:t>
            </w:r>
            <w:proofErr w:type="spellEnd"/>
          </w:p>
        </w:tc>
        <w:tc>
          <w:tcPr>
            <w:tcW w:w="4320" w:type="dxa"/>
          </w:tcPr>
          <w:p w14:paraId="22532FAF" w14:textId="77777777" w:rsidR="00F2218B" w:rsidRPr="006F3F0F" w:rsidRDefault="00F2218B" w:rsidP="00860BE3">
            <w:pPr>
              <w:rPr>
                <w:sz w:val="24"/>
                <w:szCs w:val="24"/>
              </w:rPr>
            </w:pPr>
            <w:proofErr w:type="spellStart"/>
            <w:r w:rsidRPr="006F3F0F">
              <w:rPr>
                <w:sz w:val="24"/>
                <w:szCs w:val="24"/>
              </w:rPr>
              <w:t>Zlepšuje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koordinaci</w:t>
            </w:r>
            <w:proofErr w:type="spellEnd"/>
            <w:r w:rsidRPr="006F3F0F">
              <w:rPr>
                <w:sz w:val="24"/>
                <w:szCs w:val="24"/>
              </w:rPr>
              <w:t xml:space="preserve">, </w:t>
            </w:r>
            <w:proofErr w:type="spellStart"/>
            <w:r w:rsidRPr="006F3F0F">
              <w:rPr>
                <w:sz w:val="24"/>
                <w:szCs w:val="24"/>
              </w:rPr>
              <w:t>obléká</w:t>
            </w:r>
            <w:proofErr w:type="spellEnd"/>
            <w:r w:rsidRPr="006F3F0F">
              <w:rPr>
                <w:sz w:val="24"/>
                <w:szCs w:val="24"/>
              </w:rPr>
              <w:t xml:space="preserve"> se </w:t>
            </w:r>
            <w:proofErr w:type="spellStart"/>
            <w:r w:rsidRPr="006F3F0F">
              <w:rPr>
                <w:sz w:val="24"/>
                <w:szCs w:val="24"/>
              </w:rPr>
              <w:t>přiměřeně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počasí</w:t>
            </w:r>
            <w:proofErr w:type="spellEnd"/>
            <w:r w:rsidRPr="006F3F0F">
              <w:rPr>
                <w:sz w:val="24"/>
                <w:szCs w:val="24"/>
              </w:rPr>
              <w:t xml:space="preserve">, </w:t>
            </w:r>
            <w:proofErr w:type="spellStart"/>
            <w:r w:rsidRPr="006F3F0F">
              <w:rPr>
                <w:sz w:val="24"/>
                <w:szCs w:val="24"/>
              </w:rPr>
              <w:t>hýbe</w:t>
            </w:r>
            <w:proofErr w:type="spellEnd"/>
            <w:r w:rsidRPr="006F3F0F">
              <w:rPr>
                <w:sz w:val="24"/>
                <w:szCs w:val="24"/>
              </w:rPr>
              <w:t xml:space="preserve"> se v </w:t>
            </w:r>
            <w:proofErr w:type="spellStart"/>
            <w:r w:rsidRPr="006F3F0F">
              <w:rPr>
                <w:sz w:val="24"/>
                <w:szCs w:val="24"/>
              </w:rPr>
              <w:t>zimním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terénu</w:t>
            </w:r>
            <w:proofErr w:type="spellEnd"/>
            <w:r w:rsidRPr="006F3F0F">
              <w:rPr>
                <w:sz w:val="24"/>
                <w:szCs w:val="24"/>
              </w:rPr>
              <w:t>.</w:t>
            </w:r>
          </w:p>
        </w:tc>
      </w:tr>
      <w:tr w:rsidR="00F2218B" w:rsidRPr="006F3F0F" w14:paraId="3CE2ACD0" w14:textId="77777777" w:rsidTr="00860BE3">
        <w:tc>
          <w:tcPr>
            <w:tcW w:w="4320" w:type="dxa"/>
          </w:tcPr>
          <w:p w14:paraId="2FA86A46" w14:textId="77777777" w:rsidR="00F2218B" w:rsidRPr="006F3F0F" w:rsidRDefault="00F2218B" w:rsidP="00860BE3">
            <w:pPr>
              <w:rPr>
                <w:sz w:val="24"/>
                <w:szCs w:val="24"/>
              </w:rPr>
            </w:pPr>
            <w:proofErr w:type="spellStart"/>
            <w:r w:rsidRPr="006F3F0F">
              <w:rPr>
                <w:sz w:val="24"/>
                <w:szCs w:val="24"/>
              </w:rPr>
              <w:t>Dítě</w:t>
            </w:r>
            <w:proofErr w:type="spellEnd"/>
            <w:r w:rsidRPr="006F3F0F">
              <w:rPr>
                <w:sz w:val="24"/>
                <w:szCs w:val="24"/>
              </w:rPr>
              <w:t xml:space="preserve"> a </w:t>
            </w:r>
            <w:proofErr w:type="spellStart"/>
            <w:r w:rsidRPr="006F3F0F">
              <w:rPr>
                <w:sz w:val="24"/>
                <w:szCs w:val="24"/>
              </w:rPr>
              <w:t>jeho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psychika</w:t>
            </w:r>
            <w:proofErr w:type="spellEnd"/>
          </w:p>
        </w:tc>
        <w:tc>
          <w:tcPr>
            <w:tcW w:w="4320" w:type="dxa"/>
          </w:tcPr>
          <w:p w14:paraId="6B01BDFE" w14:textId="77777777" w:rsidR="00F2218B" w:rsidRPr="006F3F0F" w:rsidRDefault="00F2218B" w:rsidP="00860BE3">
            <w:pPr>
              <w:rPr>
                <w:sz w:val="24"/>
                <w:szCs w:val="24"/>
              </w:rPr>
            </w:pPr>
            <w:proofErr w:type="spellStart"/>
            <w:r w:rsidRPr="006F3F0F">
              <w:rPr>
                <w:sz w:val="24"/>
                <w:szCs w:val="24"/>
              </w:rPr>
              <w:t>Soustředí</w:t>
            </w:r>
            <w:proofErr w:type="spellEnd"/>
            <w:r w:rsidRPr="006F3F0F">
              <w:rPr>
                <w:sz w:val="24"/>
                <w:szCs w:val="24"/>
              </w:rPr>
              <w:t xml:space="preserve"> se </w:t>
            </w:r>
            <w:proofErr w:type="spellStart"/>
            <w:r w:rsidRPr="006F3F0F">
              <w:rPr>
                <w:sz w:val="24"/>
                <w:szCs w:val="24"/>
              </w:rPr>
              <w:t>při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pozorování</w:t>
            </w:r>
            <w:proofErr w:type="spellEnd"/>
            <w:r w:rsidRPr="006F3F0F">
              <w:rPr>
                <w:sz w:val="24"/>
                <w:szCs w:val="24"/>
              </w:rPr>
              <w:t xml:space="preserve"> a </w:t>
            </w:r>
            <w:proofErr w:type="spellStart"/>
            <w:r w:rsidRPr="006F3F0F">
              <w:rPr>
                <w:sz w:val="24"/>
                <w:szCs w:val="24"/>
              </w:rPr>
              <w:t>tvoření</w:t>
            </w:r>
            <w:proofErr w:type="spellEnd"/>
            <w:r w:rsidRPr="006F3F0F">
              <w:rPr>
                <w:sz w:val="24"/>
                <w:szCs w:val="24"/>
              </w:rPr>
              <w:t xml:space="preserve">, </w:t>
            </w:r>
            <w:proofErr w:type="spellStart"/>
            <w:r w:rsidRPr="006F3F0F">
              <w:rPr>
                <w:sz w:val="24"/>
                <w:szCs w:val="24"/>
              </w:rPr>
              <w:t>vnímá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rozdíly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teplo</w:t>
            </w:r>
            <w:proofErr w:type="spellEnd"/>
            <w:r w:rsidRPr="006F3F0F">
              <w:rPr>
                <w:sz w:val="24"/>
                <w:szCs w:val="24"/>
              </w:rPr>
              <w:t xml:space="preserve"> x </w:t>
            </w:r>
            <w:proofErr w:type="spellStart"/>
            <w:r w:rsidRPr="006F3F0F">
              <w:rPr>
                <w:sz w:val="24"/>
                <w:szCs w:val="24"/>
              </w:rPr>
              <w:t>chlad</w:t>
            </w:r>
            <w:proofErr w:type="spellEnd"/>
            <w:r w:rsidRPr="006F3F0F">
              <w:rPr>
                <w:sz w:val="24"/>
                <w:szCs w:val="24"/>
              </w:rPr>
              <w:t>.</w:t>
            </w:r>
          </w:p>
        </w:tc>
      </w:tr>
      <w:tr w:rsidR="00F2218B" w:rsidRPr="006F3F0F" w14:paraId="6E3C0C7F" w14:textId="77777777" w:rsidTr="00860BE3">
        <w:tc>
          <w:tcPr>
            <w:tcW w:w="4320" w:type="dxa"/>
          </w:tcPr>
          <w:p w14:paraId="5F0C84FF" w14:textId="77777777" w:rsidR="00F2218B" w:rsidRPr="006F3F0F" w:rsidRDefault="00F2218B" w:rsidP="00860BE3">
            <w:pPr>
              <w:rPr>
                <w:sz w:val="24"/>
                <w:szCs w:val="24"/>
              </w:rPr>
            </w:pPr>
            <w:proofErr w:type="spellStart"/>
            <w:r w:rsidRPr="006F3F0F">
              <w:rPr>
                <w:sz w:val="24"/>
                <w:szCs w:val="24"/>
              </w:rPr>
              <w:t>Dítě</w:t>
            </w:r>
            <w:proofErr w:type="spellEnd"/>
            <w:r w:rsidRPr="006F3F0F">
              <w:rPr>
                <w:sz w:val="24"/>
                <w:szCs w:val="24"/>
              </w:rPr>
              <w:t xml:space="preserve"> a ten </w:t>
            </w:r>
            <w:proofErr w:type="spellStart"/>
            <w:r w:rsidRPr="006F3F0F">
              <w:rPr>
                <w:sz w:val="24"/>
                <w:szCs w:val="24"/>
              </w:rPr>
              <w:t>druhý</w:t>
            </w:r>
            <w:proofErr w:type="spellEnd"/>
          </w:p>
        </w:tc>
        <w:tc>
          <w:tcPr>
            <w:tcW w:w="4320" w:type="dxa"/>
          </w:tcPr>
          <w:p w14:paraId="7E5717E1" w14:textId="77777777" w:rsidR="00F2218B" w:rsidRPr="006F3F0F" w:rsidRDefault="00F2218B" w:rsidP="00860BE3">
            <w:pPr>
              <w:rPr>
                <w:sz w:val="24"/>
                <w:szCs w:val="24"/>
              </w:rPr>
            </w:pPr>
            <w:proofErr w:type="spellStart"/>
            <w:r w:rsidRPr="006F3F0F">
              <w:rPr>
                <w:sz w:val="24"/>
                <w:szCs w:val="24"/>
              </w:rPr>
              <w:t>Spolupracuje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při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zimních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hrách</w:t>
            </w:r>
            <w:proofErr w:type="spellEnd"/>
            <w:r w:rsidRPr="006F3F0F">
              <w:rPr>
                <w:sz w:val="24"/>
                <w:szCs w:val="24"/>
              </w:rPr>
              <w:t xml:space="preserve">, </w:t>
            </w:r>
            <w:proofErr w:type="spellStart"/>
            <w:r w:rsidRPr="006F3F0F">
              <w:rPr>
                <w:sz w:val="24"/>
                <w:szCs w:val="24"/>
              </w:rPr>
              <w:t>učí</w:t>
            </w:r>
            <w:proofErr w:type="spellEnd"/>
            <w:r w:rsidRPr="006F3F0F">
              <w:rPr>
                <w:sz w:val="24"/>
                <w:szCs w:val="24"/>
              </w:rPr>
              <w:t xml:space="preserve"> se </w:t>
            </w:r>
            <w:proofErr w:type="spellStart"/>
            <w:r w:rsidRPr="006F3F0F">
              <w:rPr>
                <w:sz w:val="24"/>
                <w:szCs w:val="24"/>
              </w:rPr>
              <w:t>pomáhat</w:t>
            </w:r>
            <w:proofErr w:type="spellEnd"/>
            <w:r w:rsidRPr="006F3F0F">
              <w:rPr>
                <w:sz w:val="24"/>
                <w:szCs w:val="24"/>
              </w:rPr>
              <w:t>.</w:t>
            </w:r>
          </w:p>
        </w:tc>
      </w:tr>
      <w:tr w:rsidR="00F2218B" w:rsidRPr="006F3F0F" w14:paraId="276F3AA2" w14:textId="77777777" w:rsidTr="00860BE3">
        <w:tc>
          <w:tcPr>
            <w:tcW w:w="4320" w:type="dxa"/>
          </w:tcPr>
          <w:p w14:paraId="10B8446C" w14:textId="77777777" w:rsidR="00F2218B" w:rsidRPr="006F3F0F" w:rsidRDefault="00F2218B" w:rsidP="00860BE3">
            <w:pPr>
              <w:rPr>
                <w:sz w:val="24"/>
                <w:szCs w:val="24"/>
              </w:rPr>
            </w:pPr>
            <w:proofErr w:type="spellStart"/>
            <w:r w:rsidRPr="006F3F0F">
              <w:rPr>
                <w:sz w:val="24"/>
                <w:szCs w:val="24"/>
              </w:rPr>
              <w:t>Dítě</w:t>
            </w:r>
            <w:proofErr w:type="spellEnd"/>
            <w:r w:rsidRPr="006F3F0F">
              <w:rPr>
                <w:sz w:val="24"/>
                <w:szCs w:val="24"/>
              </w:rPr>
              <w:t xml:space="preserve"> a </w:t>
            </w:r>
            <w:proofErr w:type="spellStart"/>
            <w:r w:rsidRPr="006F3F0F">
              <w:rPr>
                <w:sz w:val="24"/>
                <w:szCs w:val="24"/>
              </w:rPr>
              <w:t>společnost</w:t>
            </w:r>
            <w:proofErr w:type="spellEnd"/>
          </w:p>
        </w:tc>
        <w:tc>
          <w:tcPr>
            <w:tcW w:w="4320" w:type="dxa"/>
          </w:tcPr>
          <w:p w14:paraId="0825A673" w14:textId="77777777" w:rsidR="00F2218B" w:rsidRPr="006F3F0F" w:rsidRDefault="00F2218B" w:rsidP="00860BE3">
            <w:pPr>
              <w:rPr>
                <w:sz w:val="24"/>
                <w:szCs w:val="24"/>
              </w:rPr>
            </w:pPr>
            <w:proofErr w:type="spellStart"/>
            <w:r w:rsidRPr="006F3F0F">
              <w:rPr>
                <w:sz w:val="24"/>
                <w:szCs w:val="24"/>
              </w:rPr>
              <w:t>Chápe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potřebu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zimního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oblečení</w:t>
            </w:r>
            <w:proofErr w:type="spellEnd"/>
            <w:r w:rsidRPr="006F3F0F">
              <w:rPr>
                <w:sz w:val="24"/>
                <w:szCs w:val="24"/>
              </w:rPr>
              <w:t xml:space="preserve">, </w:t>
            </w:r>
            <w:proofErr w:type="spellStart"/>
            <w:r w:rsidRPr="006F3F0F">
              <w:rPr>
                <w:sz w:val="24"/>
                <w:szCs w:val="24"/>
              </w:rPr>
              <w:t>poznává</w:t>
            </w:r>
            <w:proofErr w:type="spellEnd"/>
            <w:r w:rsidRPr="006F3F0F">
              <w:rPr>
                <w:sz w:val="24"/>
                <w:szCs w:val="24"/>
              </w:rPr>
              <w:t xml:space="preserve"> sporty.</w:t>
            </w:r>
          </w:p>
        </w:tc>
      </w:tr>
      <w:tr w:rsidR="00F2218B" w:rsidRPr="006F3F0F" w14:paraId="18583EED" w14:textId="77777777" w:rsidTr="00860BE3">
        <w:tc>
          <w:tcPr>
            <w:tcW w:w="4320" w:type="dxa"/>
          </w:tcPr>
          <w:p w14:paraId="71291CCF" w14:textId="77777777" w:rsidR="00F2218B" w:rsidRPr="006F3F0F" w:rsidRDefault="00F2218B" w:rsidP="00860BE3">
            <w:pPr>
              <w:rPr>
                <w:sz w:val="24"/>
                <w:szCs w:val="24"/>
              </w:rPr>
            </w:pPr>
            <w:proofErr w:type="spellStart"/>
            <w:r w:rsidRPr="006F3F0F">
              <w:rPr>
                <w:sz w:val="24"/>
                <w:szCs w:val="24"/>
              </w:rPr>
              <w:t>Dítě</w:t>
            </w:r>
            <w:proofErr w:type="spellEnd"/>
            <w:r w:rsidRPr="006F3F0F">
              <w:rPr>
                <w:sz w:val="24"/>
                <w:szCs w:val="24"/>
              </w:rPr>
              <w:t xml:space="preserve"> a </w:t>
            </w:r>
            <w:proofErr w:type="spellStart"/>
            <w:r w:rsidRPr="006F3F0F">
              <w:rPr>
                <w:sz w:val="24"/>
                <w:szCs w:val="24"/>
              </w:rPr>
              <w:t>svět</w:t>
            </w:r>
            <w:proofErr w:type="spellEnd"/>
          </w:p>
        </w:tc>
        <w:tc>
          <w:tcPr>
            <w:tcW w:w="4320" w:type="dxa"/>
          </w:tcPr>
          <w:p w14:paraId="514327BC" w14:textId="77777777" w:rsidR="00F2218B" w:rsidRPr="006F3F0F" w:rsidRDefault="00F2218B" w:rsidP="00860BE3">
            <w:pPr>
              <w:rPr>
                <w:sz w:val="24"/>
                <w:szCs w:val="24"/>
              </w:rPr>
            </w:pPr>
            <w:proofErr w:type="spellStart"/>
            <w:r w:rsidRPr="006F3F0F">
              <w:rPr>
                <w:sz w:val="24"/>
                <w:szCs w:val="24"/>
              </w:rPr>
              <w:t>Vnímá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proměny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vody</w:t>
            </w:r>
            <w:proofErr w:type="spellEnd"/>
            <w:r w:rsidRPr="006F3F0F">
              <w:rPr>
                <w:sz w:val="24"/>
                <w:szCs w:val="24"/>
              </w:rPr>
              <w:t xml:space="preserve">, </w:t>
            </w:r>
            <w:proofErr w:type="spellStart"/>
            <w:r w:rsidRPr="006F3F0F">
              <w:rPr>
                <w:sz w:val="24"/>
                <w:szCs w:val="24"/>
              </w:rPr>
              <w:t>zkoumá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přírodu</w:t>
            </w:r>
            <w:proofErr w:type="spellEnd"/>
            <w:r w:rsidRPr="006F3F0F">
              <w:rPr>
                <w:sz w:val="24"/>
                <w:szCs w:val="24"/>
              </w:rPr>
              <w:t xml:space="preserve">, </w:t>
            </w:r>
            <w:proofErr w:type="spellStart"/>
            <w:r w:rsidRPr="006F3F0F">
              <w:rPr>
                <w:sz w:val="24"/>
                <w:szCs w:val="24"/>
              </w:rPr>
              <w:t>pomáhá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zvířatům</w:t>
            </w:r>
            <w:proofErr w:type="spellEnd"/>
            <w:r w:rsidRPr="006F3F0F">
              <w:rPr>
                <w:sz w:val="24"/>
                <w:szCs w:val="24"/>
              </w:rPr>
              <w:t>.</w:t>
            </w:r>
          </w:p>
        </w:tc>
      </w:tr>
    </w:tbl>
    <w:p w14:paraId="0C72C598" w14:textId="77777777" w:rsidR="00F2218B" w:rsidRPr="006F3F0F" w:rsidRDefault="00F2218B" w:rsidP="00F2218B">
      <w:pPr>
        <w:rPr>
          <w:sz w:val="24"/>
          <w:szCs w:val="24"/>
        </w:rPr>
      </w:pPr>
    </w:p>
    <w:p w14:paraId="2A13143D" w14:textId="77777777" w:rsidR="00F2218B" w:rsidRPr="006F3F0F" w:rsidRDefault="00F2218B" w:rsidP="00F2218B">
      <w:pPr>
        <w:pStyle w:val="Nadpis3"/>
        <w:rPr>
          <w:sz w:val="24"/>
          <w:szCs w:val="24"/>
        </w:rPr>
      </w:pPr>
      <w:proofErr w:type="spellStart"/>
      <w:r w:rsidRPr="006F3F0F">
        <w:rPr>
          <w:sz w:val="24"/>
          <w:szCs w:val="24"/>
        </w:rPr>
        <w:t>Návrhy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činností</w:t>
      </w:r>
      <w:proofErr w:type="spellEnd"/>
    </w:p>
    <w:p w14:paraId="38FC2E98" w14:textId="77777777" w:rsidR="00F2218B" w:rsidRPr="006F3F0F" w:rsidRDefault="00F2218B" w:rsidP="00F2218B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Pohybové</w:t>
      </w:r>
      <w:proofErr w:type="spellEnd"/>
      <w:r w:rsidRPr="006F3F0F">
        <w:rPr>
          <w:sz w:val="24"/>
          <w:szCs w:val="24"/>
        </w:rPr>
        <w:t xml:space="preserve">: </w:t>
      </w:r>
      <w:proofErr w:type="spellStart"/>
      <w:r w:rsidRPr="006F3F0F">
        <w:rPr>
          <w:sz w:val="24"/>
          <w:szCs w:val="24"/>
        </w:rPr>
        <w:t>skoky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jako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zajíc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plazení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jako</w:t>
      </w:r>
      <w:proofErr w:type="spellEnd"/>
      <w:r w:rsidRPr="006F3F0F">
        <w:rPr>
          <w:sz w:val="24"/>
          <w:szCs w:val="24"/>
        </w:rPr>
        <w:t xml:space="preserve"> had </w:t>
      </w:r>
      <w:proofErr w:type="spellStart"/>
      <w:r w:rsidRPr="006F3F0F">
        <w:rPr>
          <w:sz w:val="24"/>
          <w:szCs w:val="24"/>
        </w:rPr>
        <w:t>ve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sněhu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ledové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klouzání</w:t>
      </w:r>
      <w:proofErr w:type="spellEnd"/>
      <w:r w:rsidRPr="006F3F0F">
        <w:rPr>
          <w:sz w:val="24"/>
          <w:szCs w:val="24"/>
        </w:rPr>
        <w:t>.</w:t>
      </w:r>
    </w:p>
    <w:p w14:paraId="3D944D2B" w14:textId="77777777" w:rsidR="00F2218B" w:rsidRPr="006F3F0F" w:rsidRDefault="00F2218B" w:rsidP="00F2218B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Výtvarné</w:t>
      </w:r>
      <w:proofErr w:type="spellEnd"/>
      <w:r w:rsidRPr="006F3F0F">
        <w:rPr>
          <w:sz w:val="24"/>
          <w:szCs w:val="24"/>
        </w:rPr>
        <w:t xml:space="preserve">: </w:t>
      </w:r>
      <w:proofErr w:type="spellStart"/>
      <w:r w:rsidRPr="006F3F0F">
        <w:rPr>
          <w:sz w:val="24"/>
          <w:szCs w:val="24"/>
        </w:rPr>
        <w:t>malba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sněhem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stříkané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vločky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kresba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ledního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města</w:t>
      </w:r>
      <w:proofErr w:type="spellEnd"/>
      <w:r w:rsidRPr="006F3F0F">
        <w:rPr>
          <w:sz w:val="24"/>
          <w:szCs w:val="24"/>
        </w:rPr>
        <w:t>.</w:t>
      </w:r>
    </w:p>
    <w:p w14:paraId="7D613D30" w14:textId="77777777" w:rsidR="00F2218B" w:rsidRPr="006F3F0F" w:rsidRDefault="00F2218B" w:rsidP="00F2218B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Hudební</w:t>
      </w:r>
      <w:proofErr w:type="spellEnd"/>
      <w:r w:rsidRPr="006F3F0F">
        <w:rPr>
          <w:sz w:val="24"/>
          <w:szCs w:val="24"/>
        </w:rPr>
        <w:t xml:space="preserve">: </w:t>
      </w:r>
      <w:proofErr w:type="spellStart"/>
      <w:r w:rsidRPr="006F3F0F">
        <w:rPr>
          <w:sz w:val="24"/>
          <w:szCs w:val="24"/>
        </w:rPr>
        <w:t>písně</w:t>
      </w:r>
      <w:proofErr w:type="spellEnd"/>
      <w:r w:rsidRPr="006F3F0F">
        <w:rPr>
          <w:sz w:val="24"/>
          <w:szCs w:val="24"/>
        </w:rPr>
        <w:t xml:space="preserve"> o </w:t>
      </w:r>
      <w:proofErr w:type="spellStart"/>
      <w:r w:rsidRPr="006F3F0F">
        <w:rPr>
          <w:sz w:val="24"/>
          <w:szCs w:val="24"/>
        </w:rPr>
        <w:t>zimě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rytmizace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kroků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hra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na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rampouchy</w:t>
      </w:r>
      <w:proofErr w:type="spellEnd"/>
      <w:r w:rsidRPr="006F3F0F">
        <w:rPr>
          <w:sz w:val="24"/>
          <w:szCs w:val="24"/>
        </w:rPr>
        <w:t>.</w:t>
      </w:r>
    </w:p>
    <w:p w14:paraId="16756116" w14:textId="77777777" w:rsidR="00F2218B" w:rsidRPr="006F3F0F" w:rsidRDefault="00F2218B" w:rsidP="00F2218B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Jazykové</w:t>
      </w:r>
      <w:proofErr w:type="spellEnd"/>
      <w:r w:rsidRPr="006F3F0F">
        <w:rPr>
          <w:sz w:val="24"/>
          <w:szCs w:val="24"/>
        </w:rPr>
        <w:t xml:space="preserve">: </w:t>
      </w:r>
      <w:proofErr w:type="spellStart"/>
      <w:r w:rsidRPr="006F3F0F">
        <w:rPr>
          <w:sz w:val="24"/>
          <w:szCs w:val="24"/>
        </w:rPr>
        <w:t>hádanky</w:t>
      </w:r>
      <w:proofErr w:type="spellEnd"/>
      <w:r w:rsidRPr="006F3F0F">
        <w:rPr>
          <w:sz w:val="24"/>
          <w:szCs w:val="24"/>
        </w:rPr>
        <w:t xml:space="preserve"> o </w:t>
      </w:r>
      <w:proofErr w:type="spellStart"/>
      <w:r w:rsidRPr="006F3F0F">
        <w:rPr>
          <w:sz w:val="24"/>
          <w:szCs w:val="24"/>
        </w:rPr>
        <w:t>zimě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popis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sněhu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vyprávění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zážitků</w:t>
      </w:r>
      <w:proofErr w:type="spellEnd"/>
      <w:r w:rsidRPr="006F3F0F">
        <w:rPr>
          <w:sz w:val="24"/>
          <w:szCs w:val="24"/>
        </w:rPr>
        <w:t xml:space="preserve"> z hor.</w:t>
      </w:r>
    </w:p>
    <w:p w14:paraId="301A4C34" w14:textId="77777777" w:rsidR="00F2218B" w:rsidRPr="006F3F0F" w:rsidRDefault="00F2218B" w:rsidP="00F2218B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Pokusy</w:t>
      </w:r>
      <w:proofErr w:type="spellEnd"/>
      <w:r w:rsidRPr="006F3F0F">
        <w:rPr>
          <w:sz w:val="24"/>
          <w:szCs w:val="24"/>
        </w:rPr>
        <w:t xml:space="preserve">: co </w:t>
      </w:r>
      <w:proofErr w:type="spellStart"/>
      <w:r w:rsidRPr="006F3F0F">
        <w:rPr>
          <w:sz w:val="24"/>
          <w:szCs w:val="24"/>
        </w:rPr>
        <w:t>taje</w:t>
      </w:r>
      <w:proofErr w:type="spellEnd"/>
      <w:r w:rsidRPr="006F3F0F">
        <w:rPr>
          <w:sz w:val="24"/>
          <w:szCs w:val="24"/>
        </w:rPr>
        <w:t xml:space="preserve">, co </w:t>
      </w:r>
      <w:proofErr w:type="spellStart"/>
      <w:r w:rsidRPr="006F3F0F">
        <w:rPr>
          <w:sz w:val="24"/>
          <w:szCs w:val="24"/>
        </w:rPr>
        <w:t>mrzne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voda</w:t>
      </w:r>
      <w:proofErr w:type="spellEnd"/>
      <w:r w:rsidRPr="006F3F0F">
        <w:rPr>
          <w:sz w:val="24"/>
          <w:szCs w:val="24"/>
        </w:rPr>
        <w:t xml:space="preserve"> vs. led vs. </w:t>
      </w:r>
      <w:proofErr w:type="spellStart"/>
      <w:r w:rsidRPr="006F3F0F">
        <w:rPr>
          <w:sz w:val="24"/>
          <w:szCs w:val="24"/>
        </w:rPr>
        <w:t>pára</w:t>
      </w:r>
      <w:proofErr w:type="spellEnd"/>
      <w:r w:rsidRPr="006F3F0F">
        <w:rPr>
          <w:sz w:val="24"/>
          <w:szCs w:val="24"/>
        </w:rPr>
        <w:t>.</w:t>
      </w:r>
    </w:p>
    <w:p w14:paraId="7BEA3E1B" w14:textId="77777777" w:rsidR="00F2218B" w:rsidRPr="006F3F0F" w:rsidRDefault="00F2218B" w:rsidP="00F2218B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Společné</w:t>
      </w:r>
      <w:proofErr w:type="spellEnd"/>
      <w:r w:rsidRPr="006F3F0F">
        <w:rPr>
          <w:sz w:val="24"/>
          <w:szCs w:val="24"/>
        </w:rPr>
        <w:t xml:space="preserve">: </w:t>
      </w:r>
      <w:proofErr w:type="spellStart"/>
      <w:r w:rsidRPr="006F3F0F">
        <w:rPr>
          <w:sz w:val="24"/>
          <w:szCs w:val="24"/>
        </w:rPr>
        <w:t>krmení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ptáčků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stavění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sněhuláků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ledová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stezka</w:t>
      </w:r>
      <w:proofErr w:type="spellEnd"/>
      <w:r w:rsidRPr="006F3F0F">
        <w:rPr>
          <w:sz w:val="24"/>
          <w:szCs w:val="24"/>
        </w:rPr>
        <w:t>.</w:t>
      </w:r>
    </w:p>
    <w:p w14:paraId="645D7C21" w14:textId="77777777" w:rsidR="00F2218B" w:rsidRPr="006F3F0F" w:rsidRDefault="00F2218B" w:rsidP="00F2218B">
      <w:pPr>
        <w:pStyle w:val="Nadpis3"/>
        <w:rPr>
          <w:sz w:val="24"/>
          <w:szCs w:val="24"/>
        </w:rPr>
      </w:pPr>
      <w:r w:rsidRPr="006F3F0F">
        <w:rPr>
          <w:sz w:val="24"/>
          <w:szCs w:val="24"/>
        </w:rPr>
        <w:t xml:space="preserve">Mini </w:t>
      </w:r>
      <w:proofErr w:type="spellStart"/>
      <w:proofErr w:type="gramStart"/>
      <w:r w:rsidRPr="006F3F0F">
        <w:rPr>
          <w:sz w:val="24"/>
          <w:szCs w:val="24"/>
        </w:rPr>
        <w:t>projekty</w:t>
      </w:r>
      <w:proofErr w:type="spellEnd"/>
      <w:proofErr w:type="gramEnd"/>
      <w:r w:rsidRPr="006F3F0F">
        <w:rPr>
          <w:sz w:val="24"/>
          <w:szCs w:val="24"/>
        </w:rPr>
        <w:t xml:space="preserve"> a </w:t>
      </w:r>
      <w:proofErr w:type="spellStart"/>
      <w:r w:rsidRPr="006F3F0F">
        <w:rPr>
          <w:sz w:val="24"/>
          <w:szCs w:val="24"/>
        </w:rPr>
        <w:t>slavnosti</w:t>
      </w:r>
      <w:proofErr w:type="spellEnd"/>
    </w:p>
    <w:p w14:paraId="716FF499" w14:textId="77777777" w:rsidR="00F2218B" w:rsidRPr="006F3F0F" w:rsidRDefault="00F2218B" w:rsidP="00F2218B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Experimenty</w:t>
      </w:r>
      <w:proofErr w:type="spellEnd"/>
      <w:r w:rsidRPr="006F3F0F">
        <w:rPr>
          <w:sz w:val="24"/>
          <w:szCs w:val="24"/>
        </w:rPr>
        <w:t xml:space="preserve"> s vodou a </w:t>
      </w:r>
      <w:proofErr w:type="spellStart"/>
      <w:r w:rsidRPr="006F3F0F">
        <w:rPr>
          <w:sz w:val="24"/>
          <w:szCs w:val="24"/>
        </w:rPr>
        <w:t>ledem</w:t>
      </w:r>
      <w:proofErr w:type="spellEnd"/>
      <w:r w:rsidRPr="006F3F0F">
        <w:rPr>
          <w:sz w:val="24"/>
          <w:szCs w:val="24"/>
        </w:rPr>
        <w:t xml:space="preserve"> (</w:t>
      </w:r>
      <w:proofErr w:type="spellStart"/>
      <w:r w:rsidRPr="006F3F0F">
        <w:rPr>
          <w:sz w:val="24"/>
          <w:szCs w:val="24"/>
        </w:rPr>
        <w:t>tající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sněhulák</w:t>
      </w:r>
      <w:proofErr w:type="spellEnd"/>
      <w:r w:rsidRPr="006F3F0F">
        <w:rPr>
          <w:sz w:val="24"/>
          <w:szCs w:val="24"/>
        </w:rPr>
        <w:t>).</w:t>
      </w:r>
    </w:p>
    <w:p w14:paraId="6F078006" w14:textId="77777777" w:rsidR="00F2218B" w:rsidRPr="006F3F0F" w:rsidRDefault="00F2218B" w:rsidP="00F2218B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Výroba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ptačího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krmítka</w:t>
      </w:r>
      <w:proofErr w:type="spellEnd"/>
      <w:r w:rsidRPr="006F3F0F">
        <w:rPr>
          <w:sz w:val="24"/>
          <w:szCs w:val="24"/>
        </w:rPr>
        <w:t xml:space="preserve"> + </w:t>
      </w:r>
      <w:proofErr w:type="spellStart"/>
      <w:r w:rsidRPr="006F3F0F">
        <w:rPr>
          <w:sz w:val="24"/>
          <w:szCs w:val="24"/>
        </w:rPr>
        <w:t>pozorování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krmení</w:t>
      </w:r>
      <w:proofErr w:type="spellEnd"/>
      <w:r w:rsidRPr="006F3F0F">
        <w:rPr>
          <w:sz w:val="24"/>
          <w:szCs w:val="24"/>
        </w:rPr>
        <w:t>.</w:t>
      </w:r>
    </w:p>
    <w:p w14:paraId="0DC75C7F" w14:textId="77777777" w:rsidR="00F2218B" w:rsidRPr="006F3F0F" w:rsidRDefault="00F2218B" w:rsidP="00F2218B">
      <w:pPr>
        <w:rPr>
          <w:sz w:val="24"/>
          <w:szCs w:val="24"/>
        </w:rPr>
      </w:pPr>
      <w:r w:rsidRPr="006F3F0F">
        <w:rPr>
          <w:sz w:val="24"/>
          <w:szCs w:val="24"/>
        </w:rPr>
        <w:t>• „</w:t>
      </w:r>
      <w:proofErr w:type="spellStart"/>
      <w:r w:rsidRPr="006F3F0F">
        <w:rPr>
          <w:sz w:val="24"/>
          <w:szCs w:val="24"/>
        </w:rPr>
        <w:t>Zimní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proofErr w:type="gramStart"/>
      <w:r w:rsidRPr="006F3F0F">
        <w:rPr>
          <w:sz w:val="24"/>
          <w:szCs w:val="24"/>
        </w:rPr>
        <w:t>olympiáda</w:t>
      </w:r>
      <w:proofErr w:type="spellEnd"/>
      <w:r w:rsidRPr="006F3F0F">
        <w:rPr>
          <w:sz w:val="24"/>
          <w:szCs w:val="24"/>
        </w:rPr>
        <w:t>“ –</w:t>
      </w:r>
      <w:proofErr w:type="gram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hry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na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sněhu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nebo</w:t>
      </w:r>
      <w:proofErr w:type="spellEnd"/>
      <w:r w:rsidRPr="006F3F0F">
        <w:rPr>
          <w:sz w:val="24"/>
          <w:szCs w:val="24"/>
        </w:rPr>
        <w:t xml:space="preserve"> v </w:t>
      </w:r>
      <w:proofErr w:type="spellStart"/>
      <w:r w:rsidRPr="006F3F0F">
        <w:rPr>
          <w:sz w:val="24"/>
          <w:szCs w:val="24"/>
        </w:rPr>
        <w:t>tělocvičně</w:t>
      </w:r>
      <w:proofErr w:type="spellEnd"/>
      <w:r w:rsidRPr="006F3F0F">
        <w:rPr>
          <w:sz w:val="24"/>
          <w:szCs w:val="24"/>
        </w:rPr>
        <w:t>.</w:t>
      </w:r>
    </w:p>
    <w:p w14:paraId="3434206C" w14:textId="77777777" w:rsidR="00F2218B" w:rsidRPr="006F3F0F" w:rsidRDefault="00F2218B" w:rsidP="00F2218B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Den v </w:t>
      </w:r>
      <w:proofErr w:type="spellStart"/>
      <w:r w:rsidRPr="006F3F0F">
        <w:rPr>
          <w:sz w:val="24"/>
          <w:szCs w:val="24"/>
        </w:rPr>
        <w:t>pyžamech</w:t>
      </w:r>
      <w:proofErr w:type="spellEnd"/>
      <w:r w:rsidRPr="006F3F0F">
        <w:rPr>
          <w:sz w:val="24"/>
          <w:szCs w:val="24"/>
        </w:rPr>
        <w:t xml:space="preserve"> – </w:t>
      </w:r>
      <w:proofErr w:type="spellStart"/>
      <w:r w:rsidRPr="006F3F0F">
        <w:rPr>
          <w:sz w:val="24"/>
          <w:szCs w:val="24"/>
        </w:rPr>
        <w:t>kontrast</w:t>
      </w:r>
      <w:proofErr w:type="spellEnd"/>
      <w:r w:rsidRPr="006F3F0F">
        <w:rPr>
          <w:sz w:val="24"/>
          <w:szCs w:val="24"/>
        </w:rPr>
        <w:t xml:space="preserve"> „</w:t>
      </w:r>
      <w:proofErr w:type="spellStart"/>
      <w:r w:rsidRPr="006F3F0F">
        <w:rPr>
          <w:sz w:val="24"/>
          <w:szCs w:val="24"/>
        </w:rPr>
        <w:t>teplo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proofErr w:type="gramStart"/>
      <w:r w:rsidRPr="006F3F0F">
        <w:rPr>
          <w:sz w:val="24"/>
          <w:szCs w:val="24"/>
        </w:rPr>
        <w:t>domova</w:t>
      </w:r>
      <w:proofErr w:type="spellEnd"/>
      <w:r w:rsidRPr="006F3F0F">
        <w:rPr>
          <w:sz w:val="24"/>
          <w:szCs w:val="24"/>
        </w:rPr>
        <w:t>“ vs.</w:t>
      </w:r>
      <w:proofErr w:type="gram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zima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venku</w:t>
      </w:r>
      <w:proofErr w:type="spellEnd"/>
      <w:r w:rsidRPr="006F3F0F">
        <w:rPr>
          <w:sz w:val="24"/>
          <w:szCs w:val="24"/>
        </w:rPr>
        <w:t>.</w:t>
      </w:r>
    </w:p>
    <w:p w14:paraId="0C351AD0" w14:textId="6FB2EA99" w:rsidR="00C32ED0" w:rsidRPr="00745799" w:rsidRDefault="00F2218B" w:rsidP="00805DC3">
      <w:pPr>
        <w:pStyle w:val="Nadpis2"/>
        <w:rPr>
          <w:sz w:val="36"/>
          <w:szCs w:val="36"/>
        </w:rPr>
      </w:pPr>
      <w:r w:rsidRPr="006F3F0F">
        <w:rPr>
          <w:sz w:val="28"/>
          <w:szCs w:val="28"/>
        </w:rPr>
        <w:br w:type="page"/>
      </w:r>
      <w:proofErr w:type="spellStart"/>
      <w:r w:rsidR="00C32ED0" w:rsidRPr="00745799">
        <w:rPr>
          <w:sz w:val="36"/>
          <w:szCs w:val="36"/>
        </w:rPr>
        <w:lastRenderedPageBreak/>
        <w:t>Únor</w:t>
      </w:r>
      <w:proofErr w:type="spellEnd"/>
      <w:r w:rsidR="00C32ED0" w:rsidRPr="00745799">
        <w:rPr>
          <w:sz w:val="36"/>
          <w:szCs w:val="36"/>
        </w:rPr>
        <w:t xml:space="preserve"> – </w:t>
      </w:r>
      <w:proofErr w:type="spellStart"/>
      <w:r w:rsidR="00C32ED0" w:rsidRPr="00745799">
        <w:rPr>
          <w:sz w:val="36"/>
          <w:szCs w:val="36"/>
        </w:rPr>
        <w:t>Příběhy</w:t>
      </w:r>
      <w:proofErr w:type="spellEnd"/>
      <w:r w:rsidR="00C32ED0" w:rsidRPr="00745799">
        <w:rPr>
          <w:sz w:val="36"/>
          <w:szCs w:val="36"/>
        </w:rPr>
        <w:t xml:space="preserve"> a </w:t>
      </w:r>
      <w:proofErr w:type="spellStart"/>
      <w:r w:rsidR="00C32ED0" w:rsidRPr="00745799">
        <w:rPr>
          <w:sz w:val="36"/>
          <w:szCs w:val="36"/>
        </w:rPr>
        <w:t>fantazie</w:t>
      </w:r>
      <w:proofErr w:type="spellEnd"/>
    </w:p>
    <w:p w14:paraId="2F856114" w14:textId="77777777" w:rsidR="00C32ED0" w:rsidRPr="006F3F0F" w:rsidRDefault="00C32ED0" w:rsidP="00C32ED0">
      <w:pPr>
        <w:pStyle w:val="Nadpis3"/>
        <w:rPr>
          <w:sz w:val="24"/>
          <w:szCs w:val="24"/>
        </w:rPr>
      </w:pPr>
      <w:proofErr w:type="spellStart"/>
      <w:r w:rsidRPr="006F3F0F">
        <w:rPr>
          <w:sz w:val="24"/>
          <w:szCs w:val="24"/>
        </w:rPr>
        <w:t>Hlavní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cíle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měsíce</w:t>
      </w:r>
      <w:proofErr w:type="spellEnd"/>
    </w:p>
    <w:p w14:paraId="2AEA0B04" w14:textId="77777777" w:rsidR="00C32ED0" w:rsidRPr="006F3F0F" w:rsidRDefault="00C32ED0" w:rsidP="00C32ED0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Podporovat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dětskou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fantazii</w:t>
      </w:r>
      <w:proofErr w:type="spellEnd"/>
      <w:r w:rsidRPr="006F3F0F">
        <w:rPr>
          <w:sz w:val="24"/>
          <w:szCs w:val="24"/>
        </w:rPr>
        <w:t xml:space="preserve"> a </w:t>
      </w:r>
      <w:proofErr w:type="spellStart"/>
      <w:r w:rsidRPr="006F3F0F">
        <w:rPr>
          <w:sz w:val="24"/>
          <w:szCs w:val="24"/>
        </w:rPr>
        <w:t>tvořivost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prostřednictvím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pohádek</w:t>
      </w:r>
      <w:proofErr w:type="spellEnd"/>
      <w:r w:rsidRPr="006F3F0F">
        <w:rPr>
          <w:sz w:val="24"/>
          <w:szCs w:val="24"/>
        </w:rPr>
        <w:t xml:space="preserve"> a </w:t>
      </w:r>
      <w:proofErr w:type="spellStart"/>
      <w:r w:rsidRPr="006F3F0F">
        <w:rPr>
          <w:sz w:val="24"/>
          <w:szCs w:val="24"/>
        </w:rPr>
        <w:t>příběhů</w:t>
      </w:r>
      <w:proofErr w:type="spellEnd"/>
      <w:r w:rsidRPr="006F3F0F">
        <w:rPr>
          <w:sz w:val="24"/>
          <w:szCs w:val="24"/>
        </w:rPr>
        <w:t>.</w:t>
      </w:r>
    </w:p>
    <w:p w14:paraId="6FB56E9E" w14:textId="77777777" w:rsidR="00C32ED0" w:rsidRPr="006F3F0F" w:rsidRDefault="00C32ED0" w:rsidP="00C32ED0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Rozvíjet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jazykové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schopnosti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vyjadřování</w:t>
      </w:r>
      <w:proofErr w:type="spellEnd"/>
      <w:r w:rsidRPr="006F3F0F">
        <w:rPr>
          <w:sz w:val="24"/>
          <w:szCs w:val="24"/>
        </w:rPr>
        <w:t xml:space="preserve"> a </w:t>
      </w:r>
      <w:proofErr w:type="spellStart"/>
      <w:r w:rsidRPr="006F3F0F">
        <w:rPr>
          <w:sz w:val="24"/>
          <w:szCs w:val="24"/>
        </w:rPr>
        <w:t>porozumění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textu</w:t>
      </w:r>
      <w:proofErr w:type="spellEnd"/>
      <w:r w:rsidRPr="006F3F0F">
        <w:rPr>
          <w:sz w:val="24"/>
          <w:szCs w:val="24"/>
        </w:rPr>
        <w:t>.</w:t>
      </w:r>
    </w:p>
    <w:p w14:paraId="1E619F42" w14:textId="77777777" w:rsidR="00C32ED0" w:rsidRPr="006F3F0F" w:rsidRDefault="00C32ED0" w:rsidP="00C32ED0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Vést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děti</w:t>
      </w:r>
      <w:proofErr w:type="spellEnd"/>
      <w:r w:rsidRPr="006F3F0F">
        <w:rPr>
          <w:sz w:val="24"/>
          <w:szCs w:val="24"/>
        </w:rPr>
        <w:t xml:space="preserve"> k </w:t>
      </w:r>
      <w:proofErr w:type="spellStart"/>
      <w:r w:rsidRPr="006F3F0F">
        <w:rPr>
          <w:sz w:val="24"/>
          <w:szCs w:val="24"/>
        </w:rPr>
        <w:t>poznání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rozdílu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mezi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realitou</w:t>
      </w:r>
      <w:proofErr w:type="spellEnd"/>
      <w:r w:rsidRPr="006F3F0F">
        <w:rPr>
          <w:sz w:val="24"/>
          <w:szCs w:val="24"/>
        </w:rPr>
        <w:t xml:space="preserve"> a </w:t>
      </w:r>
      <w:proofErr w:type="spellStart"/>
      <w:r w:rsidRPr="006F3F0F">
        <w:rPr>
          <w:sz w:val="24"/>
          <w:szCs w:val="24"/>
        </w:rPr>
        <w:t>fantazií</w:t>
      </w:r>
      <w:proofErr w:type="spellEnd"/>
      <w:r w:rsidRPr="006F3F0F">
        <w:rPr>
          <w:sz w:val="24"/>
          <w:szCs w:val="24"/>
        </w:rPr>
        <w:t>.</w:t>
      </w:r>
    </w:p>
    <w:p w14:paraId="22276432" w14:textId="77777777" w:rsidR="00C32ED0" w:rsidRPr="006F3F0F" w:rsidRDefault="00C32ED0" w:rsidP="00C32ED0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Podporovat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schopnost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naslouchat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přemýšlet</w:t>
      </w:r>
      <w:proofErr w:type="spellEnd"/>
      <w:r w:rsidRPr="006F3F0F">
        <w:rPr>
          <w:sz w:val="24"/>
          <w:szCs w:val="24"/>
        </w:rPr>
        <w:t xml:space="preserve"> </w:t>
      </w:r>
      <w:proofErr w:type="gramStart"/>
      <w:r w:rsidRPr="006F3F0F">
        <w:rPr>
          <w:sz w:val="24"/>
          <w:szCs w:val="24"/>
        </w:rPr>
        <w:t>a</w:t>
      </w:r>
      <w:proofErr w:type="gram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interpretovat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děj</w:t>
      </w:r>
      <w:proofErr w:type="spellEnd"/>
      <w:r w:rsidRPr="006F3F0F">
        <w:rPr>
          <w:sz w:val="24"/>
          <w:szCs w:val="24"/>
        </w:rPr>
        <w:t>.</w:t>
      </w:r>
    </w:p>
    <w:p w14:paraId="5C3B9500" w14:textId="77777777" w:rsidR="00C32ED0" w:rsidRPr="006F3F0F" w:rsidRDefault="00C32ED0" w:rsidP="00C32ED0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Posilovat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spolupráci</w:t>
      </w:r>
      <w:proofErr w:type="spellEnd"/>
      <w:r w:rsidRPr="006F3F0F">
        <w:rPr>
          <w:sz w:val="24"/>
          <w:szCs w:val="24"/>
        </w:rPr>
        <w:t xml:space="preserve"> a </w:t>
      </w:r>
      <w:proofErr w:type="spellStart"/>
      <w:r w:rsidRPr="006F3F0F">
        <w:rPr>
          <w:sz w:val="24"/>
          <w:szCs w:val="24"/>
        </w:rPr>
        <w:t>sdílení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při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dramatizaci</w:t>
      </w:r>
      <w:proofErr w:type="spellEnd"/>
      <w:r w:rsidRPr="006F3F0F">
        <w:rPr>
          <w:sz w:val="24"/>
          <w:szCs w:val="24"/>
        </w:rPr>
        <w:t xml:space="preserve"> a </w:t>
      </w:r>
      <w:proofErr w:type="spellStart"/>
      <w:r w:rsidRPr="006F3F0F">
        <w:rPr>
          <w:sz w:val="24"/>
          <w:szCs w:val="24"/>
        </w:rPr>
        <w:t>hrách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na</w:t>
      </w:r>
      <w:proofErr w:type="spellEnd"/>
      <w:r w:rsidRPr="006F3F0F">
        <w:rPr>
          <w:sz w:val="24"/>
          <w:szCs w:val="24"/>
        </w:rPr>
        <w:t xml:space="preserve"> role.</w:t>
      </w:r>
    </w:p>
    <w:p w14:paraId="74CFFBBC" w14:textId="77777777" w:rsidR="00C32ED0" w:rsidRPr="006F3F0F" w:rsidRDefault="00C32ED0" w:rsidP="00C32ED0">
      <w:pPr>
        <w:pStyle w:val="Nadpis3"/>
        <w:rPr>
          <w:sz w:val="24"/>
          <w:szCs w:val="24"/>
        </w:rPr>
      </w:pPr>
      <w:proofErr w:type="spellStart"/>
      <w:r w:rsidRPr="006F3F0F">
        <w:rPr>
          <w:sz w:val="24"/>
          <w:szCs w:val="24"/>
        </w:rPr>
        <w:t>Týdenní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podtémata</w:t>
      </w:r>
      <w:proofErr w:type="spellEnd"/>
    </w:p>
    <w:p w14:paraId="69F95A39" w14:textId="77777777" w:rsidR="00C32ED0" w:rsidRPr="006F3F0F" w:rsidRDefault="00C32ED0" w:rsidP="00C32ED0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1. Moje </w:t>
      </w:r>
      <w:proofErr w:type="spellStart"/>
      <w:r w:rsidRPr="006F3F0F">
        <w:rPr>
          <w:sz w:val="24"/>
          <w:szCs w:val="24"/>
        </w:rPr>
        <w:t>oblíbená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pohádka</w:t>
      </w:r>
      <w:proofErr w:type="spellEnd"/>
    </w:p>
    <w:p w14:paraId="1E073186" w14:textId="77777777" w:rsidR="00C32ED0" w:rsidRPr="006F3F0F" w:rsidRDefault="00C32ED0" w:rsidP="00C32ED0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2. V </w:t>
      </w:r>
      <w:proofErr w:type="spellStart"/>
      <w:r w:rsidRPr="006F3F0F">
        <w:rPr>
          <w:sz w:val="24"/>
          <w:szCs w:val="24"/>
        </w:rPr>
        <w:t>říši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fantazie</w:t>
      </w:r>
      <w:proofErr w:type="spellEnd"/>
    </w:p>
    <w:p w14:paraId="15039BFA" w14:textId="77777777" w:rsidR="00C32ED0" w:rsidRPr="006F3F0F" w:rsidRDefault="00C32ED0" w:rsidP="00C32ED0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3. Karneval </w:t>
      </w:r>
      <w:proofErr w:type="spellStart"/>
      <w:r w:rsidRPr="006F3F0F">
        <w:rPr>
          <w:sz w:val="24"/>
          <w:szCs w:val="24"/>
        </w:rPr>
        <w:t>masek</w:t>
      </w:r>
      <w:proofErr w:type="spellEnd"/>
      <w:r w:rsidRPr="006F3F0F">
        <w:rPr>
          <w:sz w:val="24"/>
          <w:szCs w:val="24"/>
        </w:rPr>
        <w:t xml:space="preserve"> a </w:t>
      </w:r>
      <w:proofErr w:type="spellStart"/>
      <w:r w:rsidRPr="006F3F0F">
        <w:rPr>
          <w:sz w:val="24"/>
          <w:szCs w:val="24"/>
        </w:rPr>
        <w:t>příběhů</w:t>
      </w:r>
      <w:proofErr w:type="spellEnd"/>
    </w:p>
    <w:p w14:paraId="4683856F" w14:textId="77777777" w:rsidR="00C32ED0" w:rsidRPr="006F3F0F" w:rsidRDefault="00C32ED0" w:rsidP="00C32ED0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4. </w:t>
      </w:r>
      <w:proofErr w:type="spellStart"/>
      <w:r w:rsidRPr="006F3F0F">
        <w:rPr>
          <w:sz w:val="24"/>
          <w:szCs w:val="24"/>
        </w:rPr>
        <w:t>Pohádkové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bytosti</w:t>
      </w:r>
      <w:proofErr w:type="spellEnd"/>
      <w:r w:rsidRPr="006F3F0F">
        <w:rPr>
          <w:sz w:val="24"/>
          <w:szCs w:val="24"/>
        </w:rPr>
        <w:t xml:space="preserve"> a </w:t>
      </w:r>
      <w:proofErr w:type="spellStart"/>
      <w:r w:rsidRPr="006F3F0F">
        <w:rPr>
          <w:sz w:val="24"/>
          <w:szCs w:val="24"/>
        </w:rPr>
        <w:t>hrdinové</w:t>
      </w:r>
      <w:proofErr w:type="spellEnd"/>
    </w:p>
    <w:p w14:paraId="3EA2D555" w14:textId="77777777" w:rsidR="00C32ED0" w:rsidRPr="006F3F0F" w:rsidRDefault="00C32ED0" w:rsidP="00C32ED0">
      <w:pPr>
        <w:pStyle w:val="Nadpis3"/>
        <w:rPr>
          <w:sz w:val="24"/>
          <w:szCs w:val="24"/>
        </w:rPr>
      </w:pPr>
      <w:proofErr w:type="spellStart"/>
      <w:r w:rsidRPr="006F3F0F">
        <w:rPr>
          <w:sz w:val="24"/>
          <w:szCs w:val="24"/>
        </w:rPr>
        <w:t>Rozvoj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klíčových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kompetencí</w:t>
      </w:r>
      <w:proofErr w:type="spellEnd"/>
    </w:p>
    <w:p w14:paraId="07DEE7D6" w14:textId="77777777" w:rsidR="00C32ED0" w:rsidRPr="006F3F0F" w:rsidRDefault="00C32ED0" w:rsidP="00C32ED0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Kompetence</w:t>
      </w:r>
      <w:proofErr w:type="spellEnd"/>
      <w:r w:rsidRPr="006F3F0F">
        <w:rPr>
          <w:sz w:val="24"/>
          <w:szCs w:val="24"/>
        </w:rPr>
        <w:t xml:space="preserve"> k </w:t>
      </w:r>
      <w:proofErr w:type="spellStart"/>
      <w:r w:rsidRPr="006F3F0F">
        <w:rPr>
          <w:sz w:val="24"/>
          <w:szCs w:val="24"/>
        </w:rPr>
        <w:t>učení</w:t>
      </w:r>
      <w:proofErr w:type="spellEnd"/>
      <w:r w:rsidRPr="006F3F0F">
        <w:rPr>
          <w:sz w:val="24"/>
          <w:szCs w:val="24"/>
        </w:rPr>
        <w:t xml:space="preserve"> – </w:t>
      </w:r>
      <w:proofErr w:type="spellStart"/>
      <w:r w:rsidRPr="006F3F0F">
        <w:rPr>
          <w:sz w:val="24"/>
          <w:szCs w:val="24"/>
        </w:rPr>
        <w:t>naslouchání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vyprávění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tvoření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příběhu</w:t>
      </w:r>
      <w:proofErr w:type="spellEnd"/>
      <w:r w:rsidRPr="006F3F0F">
        <w:rPr>
          <w:sz w:val="24"/>
          <w:szCs w:val="24"/>
        </w:rPr>
        <w:t>.</w:t>
      </w:r>
    </w:p>
    <w:p w14:paraId="0D70BAF0" w14:textId="77777777" w:rsidR="00C32ED0" w:rsidRPr="006F3F0F" w:rsidRDefault="00C32ED0" w:rsidP="00C32ED0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Kompetence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komunikativní</w:t>
      </w:r>
      <w:proofErr w:type="spellEnd"/>
      <w:r w:rsidRPr="006F3F0F">
        <w:rPr>
          <w:sz w:val="24"/>
          <w:szCs w:val="24"/>
        </w:rPr>
        <w:t xml:space="preserve"> – </w:t>
      </w:r>
      <w:proofErr w:type="spellStart"/>
      <w:r w:rsidRPr="006F3F0F">
        <w:rPr>
          <w:sz w:val="24"/>
          <w:szCs w:val="24"/>
        </w:rPr>
        <w:t>popis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děje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vyjádření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emocí</w:t>
      </w:r>
      <w:proofErr w:type="spellEnd"/>
      <w:r w:rsidRPr="006F3F0F">
        <w:rPr>
          <w:sz w:val="24"/>
          <w:szCs w:val="24"/>
        </w:rPr>
        <w:t xml:space="preserve"> a </w:t>
      </w:r>
      <w:proofErr w:type="spellStart"/>
      <w:r w:rsidRPr="006F3F0F">
        <w:rPr>
          <w:sz w:val="24"/>
          <w:szCs w:val="24"/>
        </w:rPr>
        <w:t>postojů</w:t>
      </w:r>
      <w:proofErr w:type="spellEnd"/>
      <w:r w:rsidRPr="006F3F0F">
        <w:rPr>
          <w:sz w:val="24"/>
          <w:szCs w:val="24"/>
        </w:rPr>
        <w:t>.</w:t>
      </w:r>
    </w:p>
    <w:p w14:paraId="38C03386" w14:textId="77777777" w:rsidR="00C32ED0" w:rsidRPr="006F3F0F" w:rsidRDefault="00C32ED0" w:rsidP="00C32ED0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Kompetence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sociální</w:t>
      </w:r>
      <w:proofErr w:type="spellEnd"/>
      <w:r w:rsidRPr="006F3F0F">
        <w:rPr>
          <w:sz w:val="24"/>
          <w:szCs w:val="24"/>
        </w:rPr>
        <w:t xml:space="preserve"> a </w:t>
      </w:r>
      <w:proofErr w:type="spellStart"/>
      <w:r w:rsidRPr="006F3F0F">
        <w:rPr>
          <w:sz w:val="24"/>
          <w:szCs w:val="24"/>
        </w:rPr>
        <w:t>personální</w:t>
      </w:r>
      <w:proofErr w:type="spellEnd"/>
      <w:r w:rsidRPr="006F3F0F">
        <w:rPr>
          <w:sz w:val="24"/>
          <w:szCs w:val="24"/>
        </w:rPr>
        <w:t xml:space="preserve"> – </w:t>
      </w:r>
      <w:proofErr w:type="spellStart"/>
      <w:r w:rsidRPr="006F3F0F">
        <w:rPr>
          <w:sz w:val="24"/>
          <w:szCs w:val="24"/>
        </w:rPr>
        <w:t>spolupráce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hra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na</w:t>
      </w:r>
      <w:proofErr w:type="spellEnd"/>
      <w:r w:rsidRPr="006F3F0F">
        <w:rPr>
          <w:sz w:val="24"/>
          <w:szCs w:val="24"/>
        </w:rPr>
        <w:t xml:space="preserve"> role, </w:t>
      </w:r>
      <w:proofErr w:type="spellStart"/>
      <w:r w:rsidRPr="006F3F0F">
        <w:rPr>
          <w:sz w:val="24"/>
          <w:szCs w:val="24"/>
        </w:rPr>
        <w:t>respekt</w:t>
      </w:r>
      <w:proofErr w:type="spellEnd"/>
      <w:r w:rsidRPr="006F3F0F">
        <w:rPr>
          <w:sz w:val="24"/>
          <w:szCs w:val="24"/>
        </w:rPr>
        <w:t xml:space="preserve"> k </w:t>
      </w:r>
      <w:proofErr w:type="spellStart"/>
      <w:r w:rsidRPr="006F3F0F">
        <w:rPr>
          <w:sz w:val="24"/>
          <w:szCs w:val="24"/>
        </w:rPr>
        <w:t>druhému</w:t>
      </w:r>
      <w:proofErr w:type="spellEnd"/>
      <w:r w:rsidRPr="006F3F0F">
        <w:rPr>
          <w:sz w:val="24"/>
          <w:szCs w:val="24"/>
        </w:rPr>
        <w:t>.</w:t>
      </w:r>
    </w:p>
    <w:p w14:paraId="40856735" w14:textId="77777777" w:rsidR="00C32ED0" w:rsidRPr="006F3F0F" w:rsidRDefault="00C32ED0" w:rsidP="00C32ED0">
      <w:pPr>
        <w:pStyle w:val="Nadpis3"/>
        <w:rPr>
          <w:sz w:val="24"/>
          <w:szCs w:val="24"/>
        </w:rPr>
      </w:pPr>
      <w:proofErr w:type="spellStart"/>
      <w:r w:rsidRPr="006F3F0F">
        <w:rPr>
          <w:sz w:val="24"/>
          <w:szCs w:val="24"/>
        </w:rPr>
        <w:t>Propojení</w:t>
      </w:r>
      <w:proofErr w:type="spellEnd"/>
      <w:r w:rsidRPr="006F3F0F">
        <w:rPr>
          <w:sz w:val="24"/>
          <w:szCs w:val="24"/>
        </w:rPr>
        <w:t xml:space="preserve"> s </w:t>
      </w:r>
      <w:proofErr w:type="spellStart"/>
      <w:r w:rsidRPr="006F3F0F">
        <w:rPr>
          <w:sz w:val="24"/>
          <w:szCs w:val="24"/>
        </w:rPr>
        <w:t>oblastmi</w:t>
      </w:r>
      <w:proofErr w:type="spellEnd"/>
      <w:r w:rsidRPr="006F3F0F">
        <w:rPr>
          <w:sz w:val="24"/>
          <w:szCs w:val="24"/>
        </w:rPr>
        <w:t xml:space="preserve"> RVP PV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320"/>
        <w:gridCol w:w="4320"/>
      </w:tblGrid>
      <w:tr w:rsidR="00C32ED0" w:rsidRPr="006F3F0F" w14:paraId="7F479877" w14:textId="77777777" w:rsidTr="00860BE3">
        <w:tc>
          <w:tcPr>
            <w:tcW w:w="4320" w:type="dxa"/>
          </w:tcPr>
          <w:p w14:paraId="58D539B0" w14:textId="77777777" w:rsidR="00C32ED0" w:rsidRPr="006F3F0F" w:rsidRDefault="00C32ED0" w:rsidP="00860BE3">
            <w:pPr>
              <w:rPr>
                <w:sz w:val="24"/>
                <w:szCs w:val="24"/>
              </w:rPr>
            </w:pPr>
            <w:r w:rsidRPr="006F3F0F">
              <w:rPr>
                <w:sz w:val="24"/>
                <w:szCs w:val="24"/>
              </w:rPr>
              <w:t>Oblast</w:t>
            </w:r>
          </w:p>
        </w:tc>
        <w:tc>
          <w:tcPr>
            <w:tcW w:w="4320" w:type="dxa"/>
          </w:tcPr>
          <w:p w14:paraId="07130230" w14:textId="77777777" w:rsidR="00C32ED0" w:rsidRPr="006F3F0F" w:rsidRDefault="00C32ED0" w:rsidP="00860BE3">
            <w:pPr>
              <w:rPr>
                <w:sz w:val="24"/>
                <w:szCs w:val="24"/>
              </w:rPr>
            </w:pPr>
            <w:proofErr w:type="spellStart"/>
            <w:r w:rsidRPr="006F3F0F">
              <w:rPr>
                <w:sz w:val="24"/>
                <w:szCs w:val="24"/>
              </w:rPr>
              <w:t>Cíle</w:t>
            </w:r>
            <w:proofErr w:type="spellEnd"/>
            <w:r w:rsidRPr="006F3F0F">
              <w:rPr>
                <w:sz w:val="24"/>
                <w:szCs w:val="24"/>
              </w:rPr>
              <w:t xml:space="preserve"> a </w:t>
            </w:r>
            <w:proofErr w:type="spellStart"/>
            <w:r w:rsidRPr="006F3F0F">
              <w:rPr>
                <w:sz w:val="24"/>
                <w:szCs w:val="24"/>
              </w:rPr>
              <w:t>výstupy</w:t>
            </w:r>
            <w:proofErr w:type="spellEnd"/>
          </w:p>
        </w:tc>
      </w:tr>
      <w:tr w:rsidR="00C32ED0" w:rsidRPr="006F3F0F" w14:paraId="1DF534CF" w14:textId="77777777" w:rsidTr="00860BE3">
        <w:tc>
          <w:tcPr>
            <w:tcW w:w="4320" w:type="dxa"/>
          </w:tcPr>
          <w:p w14:paraId="78B113CC" w14:textId="77777777" w:rsidR="00C32ED0" w:rsidRPr="006F3F0F" w:rsidRDefault="00C32ED0" w:rsidP="00860BE3">
            <w:pPr>
              <w:rPr>
                <w:sz w:val="24"/>
                <w:szCs w:val="24"/>
              </w:rPr>
            </w:pPr>
            <w:proofErr w:type="spellStart"/>
            <w:r w:rsidRPr="006F3F0F">
              <w:rPr>
                <w:sz w:val="24"/>
                <w:szCs w:val="24"/>
              </w:rPr>
              <w:t>Dítě</w:t>
            </w:r>
            <w:proofErr w:type="spellEnd"/>
            <w:r w:rsidRPr="006F3F0F">
              <w:rPr>
                <w:sz w:val="24"/>
                <w:szCs w:val="24"/>
              </w:rPr>
              <w:t xml:space="preserve"> a </w:t>
            </w:r>
            <w:proofErr w:type="spellStart"/>
            <w:r w:rsidRPr="006F3F0F">
              <w:rPr>
                <w:sz w:val="24"/>
                <w:szCs w:val="24"/>
              </w:rPr>
              <w:t>jeho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tělo</w:t>
            </w:r>
            <w:proofErr w:type="spellEnd"/>
          </w:p>
        </w:tc>
        <w:tc>
          <w:tcPr>
            <w:tcW w:w="4320" w:type="dxa"/>
          </w:tcPr>
          <w:p w14:paraId="3C518201" w14:textId="77777777" w:rsidR="00C32ED0" w:rsidRPr="006F3F0F" w:rsidRDefault="00C32ED0" w:rsidP="00860BE3">
            <w:pPr>
              <w:rPr>
                <w:sz w:val="24"/>
                <w:szCs w:val="24"/>
              </w:rPr>
            </w:pPr>
            <w:proofErr w:type="spellStart"/>
            <w:r w:rsidRPr="006F3F0F">
              <w:rPr>
                <w:sz w:val="24"/>
                <w:szCs w:val="24"/>
              </w:rPr>
              <w:t>Využívá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pohybové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výrazové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prostředky</w:t>
            </w:r>
            <w:proofErr w:type="spellEnd"/>
            <w:r w:rsidRPr="006F3F0F">
              <w:rPr>
                <w:sz w:val="24"/>
                <w:szCs w:val="24"/>
              </w:rPr>
              <w:t xml:space="preserve">, </w:t>
            </w:r>
            <w:proofErr w:type="spellStart"/>
            <w:r w:rsidRPr="006F3F0F">
              <w:rPr>
                <w:sz w:val="24"/>
                <w:szCs w:val="24"/>
              </w:rPr>
              <w:t>reaguje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pohybem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na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příběh</w:t>
            </w:r>
            <w:proofErr w:type="spellEnd"/>
            <w:r w:rsidRPr="006F3F0F">
              <w:rPr>
                <w:sz w:val="24"/>
                <w:szCs w:val="24"/>
              </w:rPr>
              <w:t>.</w:t>
            </w:r>
          </w:p>
        </w:tc>
      </w:tr>
      <w:tr w:rsidR="00C32ED0" w:rsidRPr="006F3F0F" w14:paraId="7CD57003" w14:textId="77777777" w:rsidTr="00860BE3">
        <w:tc>
          <w:tcPr>
            <w:tcW w:w="4320" w:type="dxa"/>
          </w:tcPr>
          <w:p w14:paraId="62F7B7DF" w14:textId="77777777" w:rsidR="00C32ED0" w:rsidRPr="006F3F0F" w:rsidRDefault="00C32ED0" w:rsidP="00860BE3">
            <w:pPr>
              <w:rPr>
                <w:sz w:val="24"/>
                <w:szCs w:val="24"/>
              </w:rPr>
            </w:pPr>
            <w:proofErr w:type="spellStart"/>
            <w:r w:rsidRPr="006F3F0F">
              <w:rPr>
                <w:sz w:val="24"/>
                <w:szCs w:val="24"/>
              </w:rPr>
              <w:t>Dítě</w:t>
            </w:r>
            <w:proofErr w:type="spellEnd"/>
            <w:r w:rsidRPr="006F3F0F">
              <w:rPr>
                <w:sz w:val="24"/>
                <w:szCs w:val="24"/>
              </w:rPr>
              <w:t xml:space="preserve"> a </w:t>
            </w:r>
            <w:proofErr w:type="spellStart"/>
            <w:r w:rsidRPr="006F3F0F">
              <w:rPr>
                <w:sz w:val="24"/>
                <w:szCs w:val="24"/>
              </w:rPr>
              <w:t>jeho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psychika</w:t>
            </w:r>
            <w:proofErr w:type="spellEnd"/>
          </w:p>
        </w:tc>
        <w:tc>
          <w:tcPr>
            <w:tcW w:w="4320" w:type="dxa"/>
          </w:tcPr>
          <w:p w14:paraId="5455DB93" w14:textId="77777777" w:rsidR="00C32ED0" w:rsidRPr="006F3F0F" w:rsidRDefault="00C32ED0" w:rsidP="00860BE3">
            <w:pPr>
              <w:rPr>
                <w:sz w:val="24"/>
                <w:szCs w:val="24"/>
              </w:rPr>
            </w:pPr>
            <w:proofErr w:type="spellStart"/>
            <w:r w:rsidRPr="006F3F0F">
              <w:rPr>
                <w:sz w:val="24"/>
                <w:szCs w:val="24"/>
              </w:rPr>
              <w:t>Rozvíjí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představivost</w:t>
            </w:r>
            <w:proofErr w:type="spellEnd"/>
            <w:r w:rsidRPr="006F3F0F">
              <w:rPr>
                <w:sz w:val="24"/>
                <w:szCs w:val="24"/>
              </w:rPr>
              <w:t xml:space="preserve">, </w:t>
            </w:r>
            <w:proofErr w:type="spellStart"/>
            <w:r w:rsidRPr="006F3F0F">
              <w:rPr>
                <w:sz w:val="24"/>
                <w:szCs w:val="24"/>
              </w:rPr>
              <w:t>paměť</w:t>
            </w:r>
            <w:proofErr w:type="spellEnd"/>
            <w:r w:rsidRPr="006F3F0F">
              <w:rPr>
                <w:sz w:val="24"/>
                <w:szCs w:val="24"/>
              </w:rPr>
              <w:t xml:space="preserve"> a </w:t>
            </w:r>
            <w:proofErr w:type="spellStart"/>
            <w:r w:rsidRPr="006F3F0F">
              <w:rPr>
                <w:sz w:val="24"/>
                <w:szCs w:val="24"/>
              </w:rPr>
              <w:t>tvořivost</w:t>
            </w:r>
            <w:proofErr w:type="spellEnd"/>
            <w:r w:rsidRPr="006F3F0F">
              <w:rPr>
                <w:sz w:val="24"/>
                <w:szCs w:val="24"/>
              </w:rPr>
              <w:t xml:space="preserve">, </w:t>
            </w:r>
            <w:proofErr w:type="spellStart"/>
            <w:r w:rsidRPr="006F3F0F">
              <w:rPr>
                <w:sz w:val="24"/>
                <w:szCs w:val="24"/>
              </w:rPr>
              <w:t>poznává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rozdíl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mezi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realitou</w:t>
            </w:r>
            <w:proofErr w:type="spellEnd"/>
            <w:r w:rsidRPr="006F3F0F">
              <w:rPr>
                <w:sz w:val="24"/>
                <w:szCs w:val="24"/>
              </w:rPr>
              <w:t xml:space="preserve"> a </w:t>
            </w:r>
            <w:proofErr w:type="spellStart"/>
            <w:r w:rsidRPr="006F3F0F">
              <w:rPr>
                <w:sz w:val="24"/>
                <w:szCs w:val="24"/>
              </w:rPr>
              <w:t>fikcí</w:t>
            </w:r>
            <w:proofErr w:type="spellEnd"/>
            <w:r w:rsidRPr="006F3F0F">
              <w:rPr>
                <w:sz w:val="24"/>
                <w:szCs w:val="24"/>
              </w:rPr>
              <w:t>.</w:t>
            </w:r>
          </w:p>
        </w:tc>
      </w:tr>
      <w:tr w:rsidR="00C32ED0" w:rsidRPr="006F3F0F" w14:paraId="6740CC12" w14:textId="77777777" w:rsidTr="00860BE3">
        <w:tc>
          <w:tcPr>
            <w:tcW w:w="4320" w:type="dxa"/>
          </w:tcPr>
          <w:p w14:paraId="23372C96" w14:textId="77777777" w:rsidR="00C32ED0" w:rsidRPr="006F3F0F" w:rsidRDefault="00C32ED0" w:rsidP="00860BE3">
            <w:pPr>
              <w:rPr>
                <w:sz w:val="24"/>
                <w:szCs w:val="24"/>
              </w:rPr>
            </w:pPr>
            <w:proofErr w:type="spellStart"/>
            <w:r w:rsidRPr="006F3F0F">
              <w:rPr>
                <w:sz w:val="24"/>
                <w:szCs w:val="24"/>
              </w:rPr>
              <w:t>Dítě</w:t>
            </w:r>
            <w:proofErr w:type="spellEnd"/>
            <w:r w:rsidRPr="006F3F0F">
              <w:rPr>
                <w:sz w:val="24"/>
                <w:szCs w:val="24"/>
              </w:rPr>
              <w:t xml:space="preserve"> a ten </w:t>
            </w:r>
            <w:proofErr w:type="spellStart"/>
            <w:r w:rsidRPr="006F3F0F">
              <w:rPr>
                <w:sz w:val="24"/>
                <w:szCs w:val="24"/>
              </w:rPr>
              <w:t>druhý</w:t>
            </w:r>
            <w:proofErr w:type="spellEnd"/>
          </w:p>
        </w:tc>
        <w:tc>
          <w:tcPr>
            <w:tcW w:w="4320" w:type="dxa"/>
          </w:tcPr>
          <w:p w14:paraId="16B635F6" w14:textId="77777777" w:rsidR="00C32ED0" w:rsidRPr="006F3F0F" w:rsidRDefault="00C32ED0" w:rsidP="00860BE3">
            <w:pPr>
              <w:rPr>
                <w:sz w:val="24"/>
                <w:szCs w:val="24"/>
              </w:rPr>
            </w:pPr>
            <w:proofErr w:type="spellStart"/>
            <w:r w:rsidRPr="006F3F0F">
              <w:rPr>
                <w:sz w:val="24"/>
                <w:szCs w:val="24"/>
              </w:rPr>
              <w:t>Učí</w:t>
            </w:r>
            <w:proofErr w:type="spellEnd"/>
            <w:r w:rsidRPr="006F3F0F">
              <w:rPr>
                <w:sz w:val="24"/>
                <w:szCs w:val="24"/>
              </w:rPr>
              <w:t xml:space="preserve"> se </w:t>
            </w:r>
            <w:proofErr w:type="spellStart"/>
            <w:r w:rsidRPr="006F3F0F">
              <w:rPr>
                <w:sz w:val="24"/>
                <w:szCs w:val="24"/>
              </w:rPr>
              <w:t>sdílet</w:t>
            </w:r>
            <w:proofErr w:type="spellEnd"/>
            <w:r w:rsidRPr="006F3F0F">
              <w:rPr>
                <w:sz w:val="24"/>
                <w:szCs w:val="24"/>
              </w:rPr>
              <w:t xml:space="preserve"> role, </w:t>
            </w:r>
            <w:proofErr w:type="spellStart"/>
            <w:r w:rsidRPr="006F3F0F">
              <w:rPr>
                <w:sz w:val="24"/>
                <w:szCs w:val="24"/>
              </w:rPr>
              <w:t>spolupracovat</w:t>
            </w:r>
            <w:proofErr w:type="spellEnd"/>
            <w:r w:rsidRPr="006F3F0F">
              <w:rPr>
                <w:sz w:val="24"/>
                <w:szCs w:val="24"/>
              </w:rPr>
              <w:t xml:space="preserve"> a </w:t>
            </w:r>
            <w:proofErr w:type="spellStart"/>
            <w:r w:rsidRPr="006F3F0F">
              <w:rPr>
                <w:sz w:val="24"/>
                <w:szCs w:val="24"/>
              </w:rPr>
              <w:t>komunikovat</w:t>
            </w:r>
            <w:proofErr w:type="spellEnd"/>
            <w:r w:rsidRPr="006F3F0F">
              <w:rPr>
                <w:sz w:val="24"/>
                <w:szCs w:val="24"/>
              </w:rPr>
              <w:t xml:space="preserve"> v </w:t>
            </w:r>
            <w:proofErr w:type="spellStart"/>
            <w:r w:rsidRPr="006F3F0F">
              <w:rPr>
                <w:sz w:val="24"/>
                <w:szCs w:val="24"/>
              </w:rPr>
              <w:t>dramatické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hře</w:t>
            </w:r>
            <w:proofErr w:type="spellEnd"/>
            <w:r w:rsidRPr="006F3F0F">
              <w:rPr>
                <w:sz w:val="24"/>
                <w:szCs w:val="24"/>
              </w:rPr>
              <w:t>.</w:t>
            </w:r>
          </w:p>
        </w:tc>
      </w:tr>
      <w:tr w:rsidR="00C32ED0" w:rsidRPr="006F3F0F" w14:paraId="1575F535" w14:textId="77777777" w:rsidTr="00860BE3">
        <w:tc>
          <w:tcPr>
            <w:tcW w:w="4320" w:type="dxa"/>
          </w:tcPr>
          <w:p w14:paraId="3BE1C719" w14:textId="77777777" w:rsidR="00C32ED0" w:rsidRPr="006F3F0F" w:rsidRDefault="00C32ED0" w:rsidP="00860BE3">
            <w:pPr>
              <w:rPr>
                <w:sz w:val="24"/>
                <w:szCs w:val="24"/>
              </w:rPr>
            </w:pPr>
            <w:proofErr w:type="spellStart"/>
            <w:r w:rsidRPr="006F3F0F">
              <w:rPr>
                <w:sz w:val="24"/>
                <w:szCs w:val="24"/>
              </w:rPr>
              <w:t>Dítě</w:t>
            </w:r>
            <w:proofErr w:type="spellEnd"/>
            <w:r w:rsidRPr="006F3F0F">
              <w:rPr>
                <w:sz w:val="24"/>
                <w:szCs w:val="24"/>
              </w:rPr>
              <w:t xml:space="preserve"> a </w:t>
            </w:r>
            <w:proofErr w:type="spellStart"/>
            <w:r w:rsidRPr="006F3F0F">
              <w:rPr>
                <w:sz w:val="24"/>
                <w:szCs w:val="24"/>
              </w:rPr>
              <w:t>společnost</w:t>
            </w:r>
            <w:proofErr w:type="spellEnd"/>
          </w:p>
        </w:tc>
        <w:tc>
          <w:tcPr>
            <w:tcW w:w="4320" w:type="dxa"/>
          </w:tcPr>
          <w:p w14:paraId="5F9FEDE3" w14:textId="77777777" w:rsidR="00C32ED0" w:rsidRPr="006F3F0F" w:rsidRDefault="00C32ED0" w:rsidP="00860BE3">
            <w:pPr>
              <w:rPr>
                <w:sz w:val="24"/>
                <w:szCs w:val="24"/>
              </w:rPr>
            </w:pPr>
            <w:proofErr w:type="spellStart"/>
            <w:r w:rsidRPr="006F3F0F">
              <w:rPr>
                <w:sz w:val="24"/>
                <w:szCs w:val="24"/>
              </w:rPr>
              <w:t>Získává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povědomí</w:t>
            </w:r>
            <w:proofErr w:type="spellEnd"/>
            <w:r w:rsidRPr="006F3F0F">
              <w:rPr>
                <w:sz w:val="24"/>
                <w:szCs w:val="24"/>
              </w:rPr>
              <w:t xml:space="preserve"> o </w:t>
            </w:r>
            <w:proofErr w:type="spellStart"/>
            <w:r w:rsidRPr="006F3F0F">
              <w:rPr>
                <w:sz w:val="24"/>
                <w:szCs w:val="24"/>
              </w:rPr>
              <w:t>kulturních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tradicích</w:t>
            </w:r>
            <w:proofErr w:type="spellEnd"/>
            <w:r w:rsidRPr="006F3F0F">
              <w:rPr>
                <w:sz w:val="24"/>
                <w:szCs w:val="24"/>
              </w:rPr>
              <w:t xml:space="preserve"> (</w:t>
            </w:r>
            <w:proofErr w:type="spellStart"/>
            <w:r w:rsidRPr="006F3F0F">
              <w:rPr>
                <w:sz w:val="24"/>
                <w:szCs w:val="24"/>
              </w:rPr>
              <w:t>masopust</w:t>
            </w:r>
            <w:proofErr w:type="spellEnd"/>
            <w:r w:rsidRPr="006F3F0F">
              <w:rPr>
                <w:sz w:val="24"/>
                <w:szCs w:val="24"/>
              </w:rPr>
              <w:t xml:space="preserve">, </w:t>
            </w:r>
            <w:proofErr w:type="spellStart"/>
            <w:r w:rsidRPr="006F3F0F">
              <w:rPr>
                <w:sz w:val="24"/>
                <w:szCs w:val="24"/>
              </w:rPr>
              <w:t>karneval</w:t>
            </w:r>
            <w:proofErr w:type="spellEnd"/>
            <w:r w:rsidRPr="006F3F0F">
              <w:rPr>
                <w:sz w:val="24"/>
                <w:szCs w:val="24"/>
              </w:rPr>
              <w:t>).</w:t>
            </w:r>
          </w:p>
        </w:tc>
      </w:tr>
      <w:tr w:rsidR="00C32ED0" w:rsidRPr="006F3F0F" w14:paraId="0BA13A73" w14:textId="77777777" w:rsidTr="00860BE3">
        <w:tc>
          <w:tcPr>
            <w:tcW w:w="4320" w:type="dxa"/>
          </w:tcPr>
          <w:p w14:paraId="694CC0A0" w14:textId="77777777" w:rsidR="00C32ED0" w:rsidRPr="006F3F0F" w:rsidRDefault="00C32ED0" w:rsidP="00860BE3">
            <w:pPr>
              <w:rPr>
                <w:sz w:val="24"/>
                <w:szCs w:val="24"/>
              </w:rPr>
            </w:pPr>
            <w:proofErr w:type="spellStart"/>
            <w:r w:rsidRPr="006F3F0F">
              <w:rPr>
                <w:sz w:val="24"/>
                <w:szCs w:val="24"/>
              </w:rPr>
              <w:lastRenderedPageBreak/>
              <w:t>Dítě</w:t>
            </w:r>
            <w:proofErr w:type="spellEnd"/>
            <w:r w:rsidRPr="006F3F0F">
              <w:rPr>
                <w:sz w:val="24"/>
                <w:szCs w:val="24"/>
              </w:rPr>
              <w:t xml:space="preserve"> a </w:t>
            </w:r>
            <w:proofErr w:type="spellStart"/>
            <w:r w:rsidRPr="006F3F0F">
              <w:rPr>
                <w:sz w:val="24"/>
                <w:szCs w:val="24"/>
              </w:rPr>
              <w:t>svět</w:t>
            </w:r>
            <w:proofErr w:type="spellEnd"/>
          </w:p>
        </w:tc>
        <w:tc>
          <w:tcPr>
            <w:tcW w:w="4320" w:type="dxa"/>
          </w:tcPr>
          <w:p w14:paraId="4086BA2E" w14:textId="77777777" w:rsidR="00C32ED0" w:rsidRPr="006F3F0F" w:rsidRDefault="00C32ED0" w:rsidP="00860BE3">
            <w:pPr>
              <w:rPr>
                <w:sz w:val="24"/>
                <w:szCs w:val="24"/>
              </w:rPr>
            </w:pPr>
            <w:proofErr w:type="spellStart"/>
            <w:r w:rsidRPr="006F3F0F">
              <w:rPr>
                <w:sz w:val="24"/>
                <w:szCs w:val="24"/>
              </w:rPr>
              <w:t>Skrze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pohádky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poznává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lidské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vlastnosti</w:t>
            </w:r>
            <w:proofErr w:type="spellEnd"/>
            <w:r w:rsidRPr="006F3F0F">
              <w:rPr>
                <w:sz w:val="24"/>
                <w:szCs w:val="24"/>
              </w:rPr>
              <w:t xml:space="preserve">, dobro a </w:t>
            </w:r>
            <w:proofErr w:type="spellStart"/>
            <w:r w:rsidRPr="006F3F0F">
              <w:rPr>
                <w:sz w:val="24"/>
                <w:szCs w:val="24"/>
              </w:rPr>
              <w:t>zlo</w:t>
            </w:r>
            <w:proofErr w:type="spellEnd"/>
            <w:r w:rsidRPr="006F3F0F">
              <w:rPr>
                <w:sz w:val="24"/>
                <w:szCs w:val="24"/>
              </w:rPr>
              <w:t xml:space="preserve">, </w:t>
            </w:r>
            <w:proofErr w:type="spellStart"/>
            <w:r w:rsidRPr="006F3F0F">
              <w:rPr>
                <w:sz w:val="24"/>
                <w:szCs w:val="24"/>
              </w:rPr>
              <w:t>hledá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smysl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děje</w:t>
            </w:r>
            <w:proofErr w:type="spellEnd"/>
            <w:r w:rsidRPr="006F3F0F">
              <w:rPr>
                <w:sz w:val="24"/>
                <w:szCs w:val="24"/>
              </w:rPr>
              <w:t>.</w:t>
            </w:r>
          </w:p>
        </w:tc>
      </w:tr>
    </w:tbl>
    <w:p w14:paraId="434C090C" w14:textId="77777777" w:rsidR="00C32ED0" w:rsidRPr="006F3F0F" w:rsidRDefault="00C32ED0" w:rsidP="00C32ED0">
      <w:pPr>
        <w:rPr>
          <w:sz w:val="24"/>
          <w:szCs w:val="24"/>
        </w:rPr>
      </w:pPr>
    </w:p>
    <w:p w14:paraId="5703DED6" w14:textId="77777777" w:rsidR="00C32ED0" w:rsidRPr="006F3F0F" w:rsidRDefault="00C32ED0" w:rsidP="00C32ED0">
      <w:pPr>
        <w:pStyle w:val="Nadpis3"/>
        <w:rPr>
          <w:sz w:val="24"/>
          <w:szCs w:val="24"/>
        </w:rPr>
      </w:pPr>
      <w:proofErr w:type="spellStart"/>
      <w:r w:rsidRPr="006F3F0F">
        <w:rPr>
          <w:sz w:val="24"/>
          <w:szCs w:val="24"/>
        </w:rPr>
        <w:t>Návrhy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činností</w:t>
      </w:r>
      <w:proofErr w:type="spellEnd"/>
    </w:p>
    <w:p w14:paraId="4A888A8A" w14:textId="77777777" w:rsidR="00C32ED0" w:rsidRPr="006F3F0F" w:rsidRDefault="00C32ED0" w:rsidP="00C32ED0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Výtvarné</w:t>
      </w:r>
      <w:proofErr w:type="spellEnd"/>
      <w:r w:rsidRPr="006F3F0F">
        <w:rPr>
          <w:sz w:val="24"/>
          <w:szCs w:val="24"/>
        </w:rPr>
        <w:t xml:space="preserve">: </w:t>
      </w:r>
      <w:proofErr w:type="spellStart"/>
      <w:r w:rsidRPr="006F3F0F">
        <w:rPr>
          <w:sz w:val="24"/>
          <w:szCs w:val="24"/>
        </w:rPr>
        <w:t>kresba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hrdiny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výroba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masek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ilustrace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pohádky</w:t>
      </w:r>
      <w:proofErr w:type="spellEnd"/>
      <w:r w:rsidRPr="006F3F0F">
        <w:rPr>
          <w:sz w:val="24"/>
          <w:szCs w:val="24"/>
        </w:rPr>
        <w:t>.</w:t>
      </w:r>
    </w:p>
    <w:p w14:paraId="73379EF4" w14:textId="77777777" w:rsidR="00C32ED0" w:rsidRPr="006F3F0F" w:rsidRDefault="00C32ED0" w:rsidP="00C32ED0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Pohybové</w:t>
      </w:r>
      <w:proofErr w:type="spellEnd"/>
      <w:r w:rsidRPr="006F3F0F">
        <w:rPr>
          <w:sz w:val="24"/>
          <w:szCs w:val="24"/>
        </w:rPr>
        <w:t xml:space="preserve">: </w:t>
      </w:r>
      <w:proofErr w:type="spellStart"/>
      <w:r w:rsidRPr="006F3F0F">
        <w:rPr>
          <w:sz w:val="24"/>
          <w:szCs w:val="24"/>
        </w:rPr>
        <w:t>pohyb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podle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hudby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pantomima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pohybové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dramatizace</w:t>
      </w:r>
      <w:proofErr w:type="spellEnd"/>
      <w:r w:rsidRPr="006F3F0F">
        <w:rPr>
          <w:sz w:val="24"/>
          <w:szCs w:val="24"/>
        </w:rPr>
        <w:t>.</w:t>
      </w:r>
    </w:p>
    <w:p w14:paraId="37D9FA24" w14:textId="77777777" w:rsidR="00C32ED0" w:rsidRPr="006F3F0F" w:rsidRDefault="00C32ED0" w:rsidP="00C32ED0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Hudební</w:t>
      </w:r>
      <w:proofErr w:type="spellEnd"/>
      <w:r w:rsidRPr="006F3F0F">
        <w:rPr>
          <w:sz w:val="24"/>
          <w:szCs w:val="24"/>
        </w:rPr>
        <w:t xml:space="preserve">: </w:t>
      </w:r>
      <w:proofErr w:type="spellStart"/>
      <w:r w:rsidRPr="006F3F0F">
        <w:rPr>
          <w:sz w:val="24"/>
          <w:szCs w:val="24"/>
        </w:rPr>
        <w:t>písně</w:t>
      </w:r>
      <w:proofErr w:type="spellEnd"/>
      <w:r w:rsidRPr="006F3F0F">
        <w:rPr>
          <w:sz w:val="24"/>
          <w:szCs w:val="24"/>
        </w:rPr>
        <w:t xml:space="preserve"> z </w:t>
      </w:r>
      <w:proofErr w:type="spellStart"/>
      <w:r w:rsidRPr="006F3F0F">
        <w:rPr>
          <w:sz w:val="24"/>
          <w:szCs w:val="24"/>
        </w:rPr>
        <w:t>pohádek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hudba</w:t>
      </w:r>
      <w:proofErr w:type="spellEnd"/>
      <w:r w:rsidRPr="006F3F0F">
        <w:rPr>
          <w:sz w:val="24"/>
          <w:szCs w:val="24"/>
        </w:rPr>
        <w:t xml:space="preserve"> k </w:t>
      </w:r>
      <w:proofErr w:type="spellStart"/>
      <w:r w:rsidRPr="006F3F0F">
        <w:rPr>
          <w:sz w:val="24"/>
          <w:szCs w:val="24"/>
        </w:rPr>
        <w:t>příběhu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hra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na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zvuky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postav</w:t>
      </w:r>
      <w:proofErr w:type="spellEnd"/>
      <w:r w:rsidRPr="006F3F0F">
        <w:rPr>
          <w:sz w:val="24"/>
          <w:szCs w:val="24"/>
        </w:rPr>
        <w:t>.</w:t>
      </w:r>
    </w:p>
    <w:p w14:paraId="405E0887" w14:textId="77777777" w:rsidR="00C32ED0" w:rsidRPr="006F3F0F" w:rsidRDefault="00C32ED0" w:rsidP="00C32ED0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Jazykové</w:t>
      </w:r>
      <w:proofErr w:type="spellEnd"/>
      <w:r w:rsidRPr="006F3F0F">
        <w:rPr>
          <w:sz w:val="24"/>
          <w:szCs w:val="24"/>
        </w:rPr>
        <w:t xml:space="preserve">: </w:t>
      </w:r>
      <w:proofErr w:type="spellStart"/>
      <w:r w:rsidRPr="006F3F0F">
        <w:rPr>
          <w:sz w:val="24"/>
          <w:szCs w:val="24"/>
        </w:rPr>
        <w:t>vyprávění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pohádek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skládání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příběhu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slovní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hádanky</w:t>
      </w:r>
      <w:proofErr w:type="spellEnd"/>
      <w:r w:rsidRPr="006F3F0F">
        <w:rPr>
          <w:sz w:val="24"/>
          <w:szCs w:val="24"/>
        </w:rPr>
        <w:t>.</w:t>
      </w:r>
    </w:p>
    <w:p w14:paraId="7279E786" w14:textId="77777777" w:rsidR="00C32ED0" w:rsidRPr="006F3F0F" w:rsidRDefault="00C32ED0" w:rsidP="00C32ED0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Společné</w:t>
      </w:r>
      <w:proofErr w:type="spellEnd"/>
      <w:r w:rsidRPr="006F3F0F">
        <w:rPr>
          <w:sz w:val="24"/>
          <w:szCs w:val="24"/>
        </w:rPr>
        <w:t xml:space="preserve">: </w:t>
      </w:r>
      <w:proofErr w:type="spellStart"/>
      <w:r w:rsidRPr="006F3F0F">
        <w:rPr>
          <w:sz w:val="24"/>
          <w:szCs w:val="24"/>
        </w:rPr>
        <w:t>dramatizace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známé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pohádky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pohádkový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karneval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výroba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kostýmů</w:t>
      </w:r>
      <w:proofErr w:type="spellEnd"/>
      <w:r w:rsidRPr="006F3F0F">
        <w:rPr>
          <w:sz w:val="24"/>
          <w:szCs w:val="24"/>
        </w:rPr>
        <w:t>.</w:t>
      </w:r>
    </w:p>
    <w:p w14:paraId="49B400A2" w14:textId="77777777" w:rsidR="00C32ED0" w:rsidRPr="006F3F0F" w:rsidRDefault="00C32ED0" w:rsidP="00C32ED0">
      <w:pPr>
        <w:pStyle w:val="Nadpis3"/>
        <w:rPr>
          <w:sz w:val="24"/>
          <w:szCs w:val="24"/>
        </w:rPr>
      </w:pPr>
      <w:r w:rsidRPr="006F3F0F">
        <w:rPr>
          <w:sz w:val="24"/>
          <w:szCs w:val="24"/>
        </w:rPr>
        <w:t xml:space="preserve">Mini </w:t>
      </w:r>
      <w:proofErr w:type="spellStart"/>
      <w:proofErr w:type="gramStart"/>
      <w:r w:rsidRPr="006F3F0F">
        <w:rPr>
          <w:sz w:val="24"/>
          <w:szCs w:val="24"/>
        </w:rPr>
        <w:t>projekty</w:t>
      </w:r>
      <w:proofErr w:type="spellEnd"/>
      <w:proofErr w:type="gramEnd"/>
      <w:r w:rsidRPr="006F3F0F">
        <w:rPr>
          <w:sz w:val="24"/>
          <w:szCs w:val="24"/>
        </w:rPr>
        <w:t xml:space="preserve"> a </w:t>
      </w:r>
      <w:proofErr w:type="spellStart"/>
      <w:r w:rsidRPr="006F3F0F">
        <w:rPr>
          <w:sz w:val="24"/>
          <w:szCs w:val="24"/>
        </w:rPr>
        <w:t>slavnosti</w:t>
      </w:r>
      <w:proofErr w:type="spellEnd"/>
    </w:p>
    <w:p w14:paraId="1989118F" w14:textId="77777777" w:rsidR="00C32ED0" w:rsidRPr="006F3F0F" w:rsidRDefault="00C32ED0" w:rsidP="00C32ED0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Pohádkový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týden</w:t>
      </w:r>
      <w:proofErr w:type="spellEnd"/>
      <w:r w:rsidRPr="006F3F0F">
        <w:rPr>
          <w:sz w:val="24"/>
          <w:szCs w:val="24"/>
        </w:rPr>
        <w:t xml:space="preserve"> – </w:t>
      </w:r>
      <w:proofErr w:type="spellStart"/>
      <w:r w:rsidRPr="006F3F0F">
        <w:rPr>
          <w:sz w:val="24"/>
          <w:szCs w:val="24"/>
        </w:rPr>
        <w:t>každý</w:t>
      </w:r>
      <w:proofErr w:type="spellEnd"/>
      <w:r w:rsidRPr="006F3F0F">
        <w:rPr>
          <w:sz w:val="24"/>
          <w:szCs w:val="24"/>
        </w:rPr>
        <w:t xml:space="preserve"> den </w:t>
      </w:r>
      <w:proofErr w:type="spellStart"/>
      <w:r w:rsidRPr="006F3F0F">
        <w:rPr>
          <w:sz w:val="24"/>
          <w:szCs w:val="24"/>
        </w:rPr>
        <w:t>jedna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pohádka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výzdoba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třídy</w:t>
      </w:r>
      <w:proofErr w:type="spellEnd"/>
      <w:r w:rsidRPr="006F3F0F">
        <w:rPr>
          <w:sz w:val="24"/>
          <w:szCs w:val="24"/>
        </w:rPr>
        <w:t>.</w:t>
      </w:r>
    </w:p>
    <w:p w14:paraId="3A735219" w14:textId="77777777" w:rsidR="00C32ED0" w:rsidRPr="006F3F0F" w:rsidRDefault="00C32ED0" w:rsidP="00C32ED0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Karneval – </w:t>
      </w:r>
      <w:proofErr w:type="spellStart"/>
      <w:r w:rsidRPr="006F3F0F">
        <w:rPr>
          <w:sz w:val="24"/>
          <w:szCs w:val="24"/>
        </w:rPr>
        <w:t>přehlídka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masek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tanec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pohádkové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soutěže</w:t>
      </w:r>
      <w:proofErr w:type="spellEnd"/>
      <w:r w:rsidRPr="006F3F0F">
        <w:rPr>
          <w:sz w:val="24"/>
          <w:szCs w:val="24"/>
        </w:rPr>
        <w:t>.</w:t>
      </w:r>
    </w:p>
    <w:p w14:paraId="752156EE" w14:textId="77777777" w:rsidR="00C32ED0" w:rsidRPr="006F3F0F" w:rsidRDefault="00C32ED0" w:rsidP="00C32ED0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Pohádková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výstava</w:t>
      </w:r>
      <w:proofErr w:type="spellEnd"/>
      <w:r w:rsidRPr="006F3F0F">
        <w:rPr>
          <w:sz w:val="24"/>
          <w:szCs w:val="24"/>
        </w:rPr>
        <w:t xml:space="preserve"> – </w:t>
      </w:r>
      <w:proofErr w:type="spellStart"/>
      <w:r w:rsidRPr="006F3F0F">
        <w:rPr>
          <w:sz w:val="24"/>
          <w:szCs w:val="24"/>
        </w:rPr>
        <w:t>obrázky</w:t>
      </w:r>
      <w:proofErr w:type="spellEnd"/>
      <w:r w:rsidRPr="006F3F0F">
        <w:rPr>
          <w:sz w:val="24"/>
          <w:szCs w:val="24"/>
        </w:rPr>
        <w:t xml:space="preserve"> a </w:t>
      </w:r>
      <w:proofErr w:type="spellStart"/>
      <w:r w:rsidRPr="006F3F0F">
        <w:rPr>
          <w:sz w:val="24"/>
          <w:szCs w:val="24"/>
        </w:rPr>
        <w:t>výrobky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inspirované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příběhy</w:t>
      </w:r>
      <w:proofErr w:type="spellEnd"/>
      <w:r w:rsidRPr="006F3F0F">
        <w:rPr>
          <w:sz w:val="24"/>
          <w:szCs w:val="24"/>
        </w:rPr>
        <w:t>.</w:t>
      </w:r>
    </w:p>
    <w:p w14:paraId="1B10DE1A" w14:textId="77777777" w:rsidR="00C32ED0" w:rsidRPr="006F3F0F" w:rsidRDefault="00C32ED0" w:rsidP="00C32ED0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Návštěva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knihovny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nebo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čtení</w:t>
      </w:r>
      <w:proofErr w:type="spellEnd"/>
      <w:r w:rsidRPr="006F3F0F">
        <w:rPr>
          <w:sz w:val="24"/>
          <w:szCs w:val="24"/>
        </w:rPr>
        <w:t xml:space="preserve"> z </w:t>
      </w:r>
      <w:proofErr w:type="spellStart"/>
      <w:r w:rsidRPr="006F3F0F">
        <w:rPr>
          <w:sz w:val="24"/>
          <w:szCs w:val="24"/>
        </w:rPr>
        <w:t>knihy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hostem</w:t>
      </w:r>
      <w:proofErr w:type="spellEnd"/>
      <w:r w:rsidRPr="006F3F0F">
        <w:rPr>
          <w:sz w:val="24"/>
          <w:szCs w:val="24"/>
        </w:rPr>
        <w:t xml:space="preserve"> (</w:t>
      </w:r>
      <w:proofErr w:type="spellStart"/>
      <w:r w:rsidRPr="006F3F0F">
        <w:rPr>
          <w:sz w:val="24"/>
          <w:szCs w:val="24"/>
        </w:rPr>
        <w:t>rodičem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seniorem</w:t>
      </w:r>
      <w:proofErr w:type="spellEnd"/>
      <w:r w:rsidRPr="006F3F0F">
        <w:rPr>
          <w:sz w:val="24"/>
          <w:szCs w:val="24"/>
        </w:rPr>
        <w:t>).</w:t>
      </w:r>
    </w:p>
    <w:p w14:paraId="14D7EFB9" w14:textId="77777777" w:rsidR="00ED359B" w:rsidRPr="006F3F0F" w:rsidRDefault="00ED359B" w:rsidP="00ED359B">
      <w:pPr>
        <w:rPr>
          <w:sz w:val="24"/>
          <w:szCs w:val="24"/>
        </w:rPr>
      </w:pPr>
    </w:p>
    <w:p w14:paraId="7A5007EF" w14:textId="77777777" w:rsidR="003628B2" w:rsidRPr="00745799" w:rsidRDefault="003628B2" w:rsidP="003628B2">
      <w:pPr>
        <w:pStyle w:val="Nadpis2"/>
        <w:rPr>
          <w:sz w:val="36"/>
          <w:szCs w:val="36"/>
        </w:rPr>
      </w:pPr>
      <w:proofErr w:type="spellStart"/>
      <w:r w:rsidRPr="00745799">
        <w:rPr>
          <w:sz w:val="36"/>
          <w:szCs w:val="36"/>
        </w:rPr>
        <w:t>Březen</w:t>
      </w:r>
      <w:proofErr w:type="spellEnd"/>
      <w:r w:rsidRPr="00745799">
        <w:rPr>
          <w:sz w:val="36"/>
          <w:szCs w:val="36"/>
        </w:rPr>
        <w:t xml:space="preserve"> – </w:t>
      </w:r>
      <w:proofErr w:type="spellStart"/>
      <w:r w:rsidRPr="00745799">
        <w:rPr>
          <w:sz w:val="36"/>
          <w:szCs w:val="36"/>
        </w:rPr>
        <w:t>Naše</w:t>
      </w:r>
      <w:proofErr w:type="spellEnd"/>
      <w:r w:rsidRPr="00745799">
        <w:rPr>
          <w:sz w:val="36"/>
          <w:szCs w:val="36"/>
        </w:rPr>
        <w:t xml:space="preserve"> </w:t>
      </w:r>
      <w:proofErr w:type="spellStart"/>
      <w:r w:rsidRPr="00745799">
        <w:rPr>
          <w:sz w:val="36"/>
          <w:szCs w:val="36"/>
        </w:rPr>
        <w:t>planeta</w:t>
      </w:r>
      <w:proofErr w:type="spellEnd"/>
    </w:p>
    <w:p w14:paraId="10B3B705" w14:textId="77777777" w:rsidR="003628B2" w:rsidRPr="006F3F0F" w:rsidRDefault="003628B2" w:rsidP="003628B2">
      <w:pPr>
        <w:pStyle w:val="Nadpis3"/>
        <w:rPr>
          <w:sz w:val="24"/>
          <w:szCs w:val="24"/>
        </w:rPr>
      </w:pPr>
      <w:proofErr w:type="spellStart"/>
      <w:r w:rsidRPr="006F3F0F">
        <w:rPr>
          <w:sz w:val="24"/>
          <w:szCs w:val="24"/>
        </w:rPr>
        <w:t>Hlavní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cíle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měsíce</w:t>
      </w:r>
      <w:proofErr w:type="spellEnd"/>
    </w:p>
    <w:p w14:paraId="59810645" w14:textId="77777777" w:rsidR="003628B2" w:rsidRPr="006F3F0F" w:rsidRDefault="003628B2" w:rsidP="003628B2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Vést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děti</w:t>
      </w:r>
      <w:proofErr w:type="spellEnd"/>
      <w:r w:rsidRPr="006F3F0F">
        <w:rPr>
          <w:sz w:val="24"/>
          <w:szCs w:val="24"/>
        </w:rPr>
        <w:t xml:space="preserve"> k </w:t>
      </w:r>
      <w:proofErr w:type="spellStart"/>
      <w:r w:rsidRPr="006F3F0F">
        <w:rPr>
          <w:sz w:val="24"/>
          <w:szCs w:val="24"/>
        </w:rPr>
        <w:t>poznání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přírody</w:t>
      </w:r>
      <w:proofErr w:type="spellEnd"/>
      <w:r w:rsidRPr="006F3F0F">
        <w:rPr>
          <w:sz w:val="24"/>
          <w:szCs w:val="24"/>
        </w:rPr>
        <w:t xml:space="preserve"> a </w:t>
      </w:r>
      <w:proofErr w:type="spellStart"/>
      <w:r w:rsidRPr="006F3F0F">
        <w:rPr>
          <w:sz w:val="24"/>
          <w:szCs w:val="24"/>
        </w:rPr>
        <w:t>základním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ekologickým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souvislostem</w:t>
      </w:r>
      <w:proofErr w:type="spellEnd"/>
      <w:r w:rsidRPr="006F3F0F">
        <w:rPr>
          <w:sz w:val="24"/>
          <w:szCs w:val="24"/>
        </w:rPr>
        <w:t>.</w:t>
      </w:r>
    </w:p>
    <w:p w14:paraId="45DA5B89" w14:textId="77777777" w:rsidR="003628B2" w:rsidRPr="006F3F0F" w:rsidRDefault="003628B2" w:rsidP="003628B2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Podporovat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kladný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vztah</w:t>
      </w:r>
      <w:proofErr w:type="spellEnd"/>
      <w:r w:rsidRPr="006F3F0F">
        <w:rPr>
          <w:sz w:val="24"/>
          <w:szCs w:val="24"/>
        </w:rPr>
        <w:t xml:space="preserve"> k </w:t>
      </w:r>
      <w:proofErr w:type="spellStart"/>
      <w:r w:rsidRPr="006F3F0F">
        <w:rPr>
          <w:sz w:val="24"/>
          <w:szCs w:val="24"/>
        </w:rPr>
        <w:t>přírodě</w:t>
      </w:r>
      <w:proofErr w:type="spellEnd"/>
      <w:r w:rsidRPr="006F3F0F">
        <w:rPr>
          <w:sz w:val="24"/>
          <w:szCs w:val="24"/>
        </w:rPr>
        <w:t xml:space="preserve"> a </w:t>
      </w:r>
      <w:proofErr w:type="spellStart"/>
      <w:r w:rsidRPr="006F3F0F">
        <w:rPr>
          <w:sz w:val="24"/>
          <w:szCs w:val="24"/>
        </w:rPr>
        <w:t>živým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bytostem</w:t>
      </w:r>
      <w:proofErr w:type="spellEnd"/>
      <w:r w:rsidRPr="006F3F0F">
        <w:rPr>
          <w:sz w:val="24"/>
          <w:szCs w:val="24"/>
        </w:rPr>
        <w:t>.</w:t>
      </w:r>
    </w:p>
    <w:p w14:paraId="64F661C5" w14:textId="77777777" w:rsidR="003628B2" w:rsidRPr="006F3F0F" w:rsidRDefault="003628B2" w:rsidP="003628B2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Rozvíjet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dovednosti</w:t>
      </w:r>
      <w:proofErr w:type="spellEnd"/>
      <w:r w:rsidRPr="006F3F0F">
        <w:rPr>
          <w:sz w:val="24"/>
          <w:szCs w:val="24"/>
        </w:rPr>
        <w:t xml:space="preserve"> v </w:t>
      </w:r>
      <w:proofErr w:type="spellStart"/>
      <w:r w:rsidRPr="006F3F0F">
        <w:rPr>
          <w:sz w:val="24"/>
          <w:szCs w:val="24"/>
        </w:rPr>
        <w:t>oblasti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péče</w:t>
      </w:r>
      <w:proofErr w:type="spellEnd"/>
      <w:r w:rsidRPr="006F3F0F">
        <w:rPr>
          <w:sz w:val="24"/>
          <w:szCs w:val="24"/>
        </w:rPr>
        <w:t xml:space="preserve"> o </w:t>
      </w:r>
      <w:proofErr w:type="spellStart"/>
      <w:r w:rsidRPr="006F3F0F">
        <w:rPr>
          <w:sz w:val="24"/>
          <w:szCs w:val="24"/>
        </w:rPr>
        <w:t>prostředí</w:t>
      </w:r>
      <w:proofErr w:type="spellEnd"/>
      <w:r w:rsidRPr="006F3F0F">
        <w:rPr>
          <w:sz w:val="24"/>
          <w:szCs w:val="24"/>
        </w:rPr>
        <w:t xml:space="preserve"> a </w:t>
      </w:r>
      <w:proofErr w:type="spellStart"/>
      <w:r w:rsidRPr="006F3F0F">
        <w:rPr>
          <w:sz w:val="24"/>
          <w:szCs w:val="24"/>
        </w:rPr>
        <w:t>třídění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odpadu</w:t>
      </w:r>
      <w:proofErr w:type="spellEnd"/>
      <w:r w:rsidRPr="006F3F0F">
        <w:rPr>
          <w:sz w:val="24"/>
          <w:szCs w:val="24"/>
        </w:rPr>
        <w:t>.</w:t>
      </w:r>
    </w:p>
    <w:p w14:paraId="5B11BBF3" w14:textId="77777777" w:rsidR="003628B2" w:rsidRPr="006F3F0F" w:rsidRDefault="003628B2" w:rsidP="003628B2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Všímat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si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proměn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přírody</w:t>
      </w:r>
      <w:proofErr w:type="spellEnd"/>
      <w:r w:rsidRPr="006F3F0F">
        <w:rPr>
          <w:sz w:val="24"/>
          <w:szCs w:val="24"/>
        </w:rPr>
        <w:t xml:space="preserve"> a </w:t>
      </w:r>
      <w:proofErr w:type="spellStart"/>
      <w:r w:rsidRPr="006F3F0F">
        <w:rPr>
          <w:sz w:val="24"/>
          <w:szCs w:val="24"/>
        </w:rPr>
        <w:t>ročních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období</w:t>
      </w:r>
      <w:proofErr w:type="spellEnd"/>
      <w:r w:rsidRPr="006F3F0F">
        <w:rPr>
          <w:sz w:val="24"/>
          <w:szCs w:val="24"/>
        </w:rPr>
        <w:t xml:space="preserve"> – </w:t>
      </w:r>
      <w:proofErr w:type="spellStart"/>
      <w:r w:rsidRPr="006F3F0F">
        <w:rPr>
          <w:sz w:val="24"/>
          <w:szCs w:val="24"/>
        </w:rPr>
        <w:t>příchod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jara</w:t>
      </w:r>
      <w:proofErr w:type="spellEnd"/>
      <w:r w:rsidRPr="006F3F0F">
        <w:rPr>
          <w:sz w:val="24"/>
          <w:szCs w:val="24"/>
        </w:rPr>
        <w:t>.</w:t>
      </w:r>
    </w:p>
    <w:p w14:paraId="52643D02" w14:textId="77777777" w:rsidR="003628B2" w:rsidRPr="006F3F0F" w:rsidRDefault="003628B2" w:rsidP="003628B2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Podporovat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zodpovědné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chování</w:t>
      </w:r>
      <w:proofErr w:type="spellEnd"/>
      <w:r w:rsidRPr="006F3F0F">
        <w:rPr>
          <w:sz w:val="24"/>
          <w:szCs w:val="24"/>
        </w:rPr>
        <w:t xml:space="preserve"> k </w:t>
      </w:r>
      <w:proofErr w:type="spellStart"/>
      <w:r w:rsidRPr="006F3F0F">
        <w:rPr>
          <w:sz w:val="24"/>
          <w:szCs w:val="24"/>
        </w:rPr>
        <w:t>životnímu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prostředí</w:t>
      </w:r>
      <w:proofErr w:type="spellEnd"/>
      <w:r w:rsidRPr="006F3F0F">
        <w:rPr>
          <w:sz w:val="24"/>
          <w:szCs w:val="24"/>
        </w:rPr>
        <w:t>.</w:t>
      </w:r>
    </w:p>
    <w:p w14:paraId="6A85467F" w14:textId="77777777" w:rsidR="003628B2" w:rsidRPr="006F3F0F" w:rsidRDefault="003628B2" w:rsidP="003628B2">
      <w:pPr>
        <w:pStyle w:val="Nadpis3"/>
        <w:rPr>
          <w:sz w:val="24"/>
          <w:szCs w:val="24"/>
        </w:rPr>
      </w:pPr>
      <w:proofErr w:type="spellStart"/>
      <w:r w:rsidRPr="006F3F0F">
        <w:rPr>
          <w:sz w:val="24"/>
          <w:szCs w:val="24"/>
        </w:rPr>
        <w:t>Týdenní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podtémata</w:t>
      </w:r>
      <w:proofErr w:type="spellEnd"/>
    </w:p>
    <w:p w14:paraId="15EE6F00" w14:textId="77777777" w:rsidR="003628B2" w:rsidRPr="006F3F0F" w:rsidRDefault="003628B2" w:rsidP="003628B2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1. </w:t>
      </w:r>
      <w:proofErr w:type="spellStart"/>
      <w:r w:rsidRPr="006F3F0F">
        <w:rPr>
          <w:sz w:val="24"/>
          <w:szCs w:val="24"/>
        </w:rPr>
        <w:t>Příroda</w:t>
      </w:r>
      <w:proofErr w:type="spellEnd"/>
      <w:r w:rsidRPr="006F3F0F">
        <w:rPr>
          <w:sz w:val="24"/>
          <w:szCs w:val="24"/>
        </w:rPr>
        <w:t xml:space="preserve"> se </w:t>
      </w:r>
      <w:proofErr w:type="spellStart"/>
      <w:r w:rsidRPr="006F3F0F">
        <w:rPr>
          <w:sz w:val="24"/>
          <w:szCs w:val="24"/>
        </w:rPr>
        <w:t>probouzí</w:t>
      </w:r>
      <w:proofErr w:type="spellEnd"/>
    </w:p>
    <w:p w14:paraId="772505F3" w14:textId="77777777" w:rsidR="003628B2" w:rsidRPr="006F3F0F" w:rsidRDefault="003628B2" w:rsidP="003628B2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2. Moje </w:t>
      </w:r>
      <w:proofErr w:type="spellStart"/>
      <w:r w:rsidRPr="006F3F0F">
        <w:rPr>
          <w:sz w:val="24"/>
          <w:szCs w:val="24"/>
        </w:rPr>
        <w:t>planeta</w:t>
      </w:r>
      <w:proofErr w:type="spellEnd"/>
      <w:r w:rsidRPr="006F3F0F">
        <w:rPr>
          <w:sz w:val="24"/>
          <w:szCs w:val="24"/>
        </w:rPr>
        <w:t xml:space="preserve"> – </w:t>
      </w:r>
      <w:proofErr w:type="spellStart"/>
      <w:r w:rsidRPr="006F3F0F">
        <w:rPr>
          <w:sz w:val="24"/>
          <w:szCs w:val="24"/>
        </w:rPr>
        <w:t>Země</w:t>
      </w:r>
      <w:proofErr w:type="spellEnd"/>
    </w:p>
    <w:p w14:paraId="626228E5" w14:textId="77777777" w:rsidR="003628B2" w:rsidRPr="006F3F0F" w:rsidRDefault="003628B2" w:rsidP="003628B2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3. </w:t>
      </w:r>
      <w:proofErr w:type="spellStart"/>
      <w:r w:rsidRPr="006F3F0F">
        <w:rPr>
          <w:sz w:val="24"/>
          <w:szCs w:val="24"/>
        </w:rPr>
        <w:t>Třídění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odpadu</w:t>
      </w:r>
      <w:proofErr w:type="spellEnd"/>
      <w:r w:rsidRPr="006F3F0F">
        <w:rPr>
          <w:sz w:val="24"/>
          <w:szCs w:val="24"/>
        </w:rPr>
        <w:t xml:space="preserve"> a </w:t>
      </w:r>
      <w:proofErr w:type="spellStart"/>
      <w:r w:rsidRPr="006F3F0F">
        <w:rPr>
          <w:sz w:val="24"/>
          <w:szCs w:val="24"/>
        </w:rPr>
        <w:t>recyklace</w:t>
      </w:r>
      <w:proofErr w:type="spellEnd"/>
    </w:p>
    <w:p w14:paraId="6AC7CF80" w14:textId="77777777" w:rsidR="003628B2" w:rsidRPr="006F3F0F" w:rsidRDefault="003628B2" w:rsidP="003628B2">
      <w:pPr>
        <w:rPr>
          <w:sz w:val="24"/>
          <w:szCs w:val="24"/>
        </w:rPr>
      </w:pPr>
      <w:r w:rsidRPr="006F3F0F">
        <w:rPr>
          <w:sz w:val="24"/>
          <w:szCs w:val="24"/>
        </w:rPr>
        <w:lastRenderedPageBreak/>
        <w:t xml:space="preserve">• 4. Jak </w:t>
      </w:r>
      <w:proofErr w:type="spellStart"/>
      <w:r w:rsidRPr="006F3F0F">
        <w:rPr>
          <w:sz w:val="24"/>
          <w:szCs w:val="24"/>
        </w:rPr>
        <w:t>mohu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pomáhat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přírodě</w:t>
      </w:r>
      <w:proofErr w:type="spellEnd"/>
    </w:p>
    <w:p w14:paraId="0E705A70" w14:textId="77777777" w:rsidR="003628B2" w:rsidRPr="006F3F0F" w:rsidRDefault="003628B2" w:rsidP="003628B2">
      <w:pPr>
        <w:pStyle w:val="Nadpis3"/>
        <w:rPr>
          <w:sz w:val="24"/>
          <w:szCs w:val="24"/>
        </w:rPr>
      </w:pPr>
      <w:proofErr w:type="spellStart"/>
      <w:r w:rsidRPr="006F3F0F">
        <w:rPr>
          <w:sz w:val="24"/>
          <w:szCs w:val="24"/>
        </w:rPr>
        <w:t>Rozvoj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klíčových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kompetencí</w:t>
      </w:r>
      <w:proofErr w:type="spellEnd"/>
    </w:p>
    <w:p w14:paraId="074A34C3" w14:textId="77777777" w:rsidR="003628B2" w:rsidRPr="006F3F0F" w:rsidRDefault="003628B2" w:rsidP="003628B2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Kompetence</w:t>
      </w:r>
      <w:proofErr w:type="spellEnd"/>
      <w:r w:rsidRPr="006F3F0F">
        <w:rPr>
          <w:sz w:val="24"/>
          <w:szCs w:val="24"/>
        </w:rPr>
        <w:t xml:space="preserve"> k </w:t>
      </w:r>
      <w:proofErr w:type="spellStart"/>
      <w:r w:rsidRPr="006F3F0F">
        <w:rPr>
          <w:sz w:val="24"/>
          <w:szCs w:val="24"/>
        </w:rPr>
        <w:t>učení</w:t>
      </w:r>
      <w:proofErr w:type="spellEnd"/>
      <w:r w:rsidRPr="006F3F0F">
        <w:rPr>
          <w:sz w:val="24"/>
          <w:szCs w:val="24"/>
        </w:rPr>
        <w:t xml:space="preserve"> – </w:t>
      </w:r>
      <w:proofErr w:type="spellStart"/>
      <w:r w:rsidRPr="006F3F0F">
        <w:rPr>
          <w:sz w:val="24"/>
          <w:szCs w:val="24"/>
        </w:rPr>
        <w:t>pozorování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změn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zkoumání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přírody</w:t>
      </w:r>
      <w:proofErr w:type="spellEnd"/>
      <w:r w:rsidRPr="006F3F0F">
        <w:rPr>
          <w:sz w:val="24"/>
          <w:szCs w:val="24"/>
        </w:rPr>
        <w:t>.</w:t>
      </w:r>
    </w:p>
    <w:p w14:paraId="44D6C78D" w14:textId="77777777" w:rsidR="003628B2" w:rsidRPr="006F3F0F" w:rsidRDefault="003628B2" w:rsidP="003628B2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Kompetence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pracovní</w:t>
      </w:r>
      <w:proofErr w:type="spellEnd"/>
      <w:r w:rsidRPr="006F3F0F">
        <w:rPr>
          <w:sz w:val="24"/>
          <w:szCs w:val="24"/>
        </w:rPr>
        <w:t xml:space="preserve"> – </w:t>
      </w:r>
      <w:proofErr w:type="spellStart"/>
      <w:r w:rsidRPr="006F3F0F">
        <w:rPr>
          <w:sz w:val="24"/>
          <w:szCs w:val="24"/>
        </w:rPr>
        <w:t>péče</w:t>
      </w:r>
      <w:proofErr w:type="spellEnd"/>
      <w:r w:rsidRPr="006F3F0F">
        <w:rPr>
          <w:sz w:val="24"/>
          <w:szCs w:val="24"/>
        </w:rPr>
        <w:t xml:space="preserve"> o </w:t>
      </w:r>
      <w:proofErr w:type="spellStart"/>
      <w:r w:rsidRPr="006F3F0F">
        <w:rPr>
          <w:sz w:val="24"/>
          <w:szCs w:val="24"/>
        </w:rPr>
        <w:t>prostředí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třídění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jednoduché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úkoly</w:t>
      </w:r>
      <w:proofErr w:type="spellEnd"/>
      <w:r w:rsidRPr="006F3F0F">
        <w:rPr>
          <w:sz w:val="24"/>
          <w:szCs w:val="24"/>
        </w:rPr>
        <w:t>.</w:t>
      </w:r>
    </w:p>
    <w:p w14:paraId="7EB2343A" w14:textId="77777777" w:rsidR="003628B2" w:rsidRPr="006F3F0F" w:rsidRDefault="003628B2" w:rsidP="003628B2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Kompetence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občanské</w:t>
      </w:r>
      <w:proofErr w:type="spellEnd"/>
      <w:r w:rsidRPr="006F3F0F">
        <w:rPr>
          <w:sz w:val="24"/>
          <w:szCs w:val="24"/>
        </w:rPr>
        <w:t xml:space="preserve"> – </w:t>
      </w:r>
      <w:proofErr w:type="spellStart"/>
      <w:r w:rsidRPr="006F3F0F">
        <w:rPr>
          <w:sz w:val="24"/>
          <w:szCs w:val="24"/>
        </w:rPr>
        <w:t>vnímání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souvislostí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aktivní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přístup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ke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světu</w:t>
      </w:r>
      <w:proofErr w:type="spellEnd"/>
      <w:r w:rsidRPr="006F3F0F">
        <w:rPr>
          <w:sz w:val="24"/>
          <w:szCs w:val="24"/>
        </w:rPr>
        <w:t>.</w:t>
      </w:r>
    </w:p>
    <w:p w14:paraId="158A8444" w14:textId="77777777" w:rsidR="003628B2" w:rsidRPr="006F3F0F" w:rsidRDefault="003628B2" w:rsidP="003628B2">
      <w:pPr>
        <w:pStyle w:val="Nadpis3"/>
        <w:rPr>
          <w:sz w:val="24"/>
          <w:szCs w:val="24"/>
        </w:rPr>
      </w:pPr>
      <w:proofErr w:type="spellStart"/>
      <w:r w:rsidRPr="006F3F0F">
        <w:rPr>
          <w:sz w:val="24"/>
          <w:szCs w:val="24"/>
        </w:rPr>
        <w:t>Propojení</w:t>
      </w:r>
      <w:proofErr w:type="spellEnd"/>
      <w:r w:rsidRPr="006F3F0F">
        <w:rPr>
          <w:sz w:val="24"/>
          <w:szCs w:val="24"/>
        </w:rPr>
        <w:t xml:space="preserve"> s </w:t>
      </w:r>
      <w:proofErr w:type="spellStart"/>
      <w:r w:rsidRPr="006F3F0F">
        <w:rPr>
          <w:sz w:val="24"/>
          <w:szCs w:val="24"/>
        </w:rPr>
        <w:t>oblastmi</w:t>
      </w:r>
      <w:proofErr w:type="spellEnd"/>
      <w:r w:rsidRPr="006F3F0F">
        <w:rPr>
          <w:sz w:val="24"/>
          <w:szCs w:val="24"/>
        </w:rPr>
        <w:t xml:space="preserve"> RVP PV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320"/>
        <w:gridCol w:w="4320"/>
      </w:tblGrid>
      <w:tr w:rsidR="003628B2" w:rsidRPr="006F3F0F" w14:paraId="6A87B816" w14:textId="77777777" w:rsidTr="00860BE3">
        <w:tc>
          <w:tcPr>
            <w:tcW w:w="4320" w:type="dxa"/>
          </w:tcPr>
          <w:p w14:paraId="7E00ED74" w14:textId="77777777" w:rsidR="003628B2" w:rsidRPr="006F3F0F" w:rsidRDefault="003628B2" w:rsidP="00860BE3">
            <w:pPr>
              <w:rPr>
                <w:sz w:val="24"/>
                <w:szCs w:val="24"/>
              </w:rPr>
            </w:pPr>
            <w:r w:rsidRPr="006F3F0F">
              <w:rPr>
                <w:sz w:val="24"/>
                <w:szCs w:val="24"/>
              </w:rPr>
              <w:t>Oblast</w:t>
            </w:r>
          </w:p>
        </w:tc>
        <w:tc>
          <w:tcPr>
            <w:tcW w:w="4320" w:type="dxa"/>
          </w:tcPr>
          <w:p w14:paraId="04A289A8" w14:textId="77777777" w:rsidR="003628B2" w:rsidRPr="006F3F0F" w:rsidRDefault="003628B2" w:rsidP="00860BE3">
            <w:pPr>
              <w:rPr>
                <w:sz w:val="24"/>
                <w:szCs w:val="24"/>
              </w:rPr>
            </w:pPr>
            <w:proofErr w:type="spellStart"/>
            <w:r w:rsidRPr="006F3F0F">
              <w:rPr>
                <w:sz w:val="24"/>
                <w:szCs w:val="24"/>
              </w:rPr>
              <w:t>Cíle</w:t>
            </w:r>
            <w:proofErr w:type="spellEnd"/>
            <w:r w:rsidRPr="006F3F0F">
              <w:rPr>
                <w:sz w:val="24"/>
                <w:szCs w:val="24"/>
              </w:rPr>
              <w:t xml:space="preserve"> a </w:t>
            </w:r>
            <w:proofErr w:type="spellStart"/>
            <w:r w:rsidRPr="006F3F0F">
              <w:rPr>
                <w:sz w:val="24"/>
                <w:szCs w:val="24"/>
              </w:rPr>
              <w:t>výstupy</w:t>
            </w:r>
            <w:proofErr w:type="spellEnd"/>
          </w:p>
        </w:tc>
      </w:tr>
      <w:tr w:rsidR="003628B2" w:rsidRPr="006F3F0F" w14:paraId="1834B981" w14:textId="77777777" w:rsidTr="00860BE3">
        <w:tc>
          <w:tcPr>
            <w:tcW w:w="4320" w:type="dxa"/>
          </w:tcPr>
          <w:p w14:paraId="73AE1DD3" w14:textId="77777777" w:rsidR="003628B2" w:rsidRPr="006F3F0F" w:rsidRDefault="003628B2" w:rsidP="00860BE3">
            <w:pPr>
              <w:rPr>
                <w:sz w:val="24"/>
                <w:szCs w:val="24"/>
              </w:rPr>
            </w:pPr>
            <w:proofErr w:type="spellStart"/>
            <w:r w:rsidRPr="006F3F0F">
              <w:rPr>
                <w:sz w:val="24"/>
                <w:szCs w:val="24"/>
              </w:rPr>
              <w:t>Dítě</w:t>
            </w:r>
            <w:proofErr w:type="spellEnd"/>
            <w:r w:rsidRPr="006F3F0F">
              <w:rPr>
                <w:sz w:val="24"/>
                <w:szCs w:val="24"/>
              </w:rPr>
              <w:t xml:space="preserve"> a </w:t>
            </w:r>
            <w:proofErr w:type="spellStart"/>
            <w:r w:rsidRPr="006F3F0F">
              <w:rPr>
                <w:sz w:val="24"/>
                <w:szCs w:val="24"/>
              </w:rPr>
              <w:t>jeho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tělo</w:t>
            </w:r>
            <w:proofErr w:type="spellEnd"/>
          </w:p>
        </w:tc>
        <w:tc>
          <w:tcPr>
            <w:tcW w:w="4320" w:type="dxa"/>
          </w:tcPr>
          <w:p w14:paraId="79BB0ED3" w14:textId="77777777" w:rsidR="003628B2" w:rsidRPr="006F3F0F" w:rsidRDefault="003628B2" w:rsidP="00860BE3">
            <w:pPr>
              <w:rPr>
                <w:sz w:val="24"/>
                <w:szCs w:val="24"/>
              </w:rPr>
            </w:pPr>
            <w:proofErr w:type="spellStart"/>
            <w:r w:rsidRPr="006F3F0F">
              <w:rPr>
                <w:sz w:val="24"/>
                <w:szCs w:val="24"/>
              </w:rPr>
              <w:t>Pohybuje</w:t>
            </w:r>
            <w:proofErr w:type="spellEnd"/>
            <w:r w:rsidRPr="006F3F0F">
              <w:rPr>
                <w:sz w:val="24"/>
                <w:szCs w:val="24"/>
              </w:rPr>
              <w:t xml:space="preserve"> se v </w:t>
            </w:r>
            <w:proofErr w:type="spellStart"/>
            <w:r w:rsidRPr="006F3F0F">
              <w:rPr>
                <w:sz w:val="24"/>
                <w:szCs w:val="24"/>
              </w:rPr>
              <w:t>přírodě</w:t>
            </w:r>
            <w:proofErr w:type="spellEnd"/>
            <w:r w:rsidRPr="006F3F0F">
              <w:rPr>
                <w:sz w:val="24"/>
                <w:szCs w:val="24"/>
              </w:rPr>
              <w:t xml:space="preserve">, </w:t>
            </w:r>
            <w:proofErr w:type="spellStart"/>
            <w:r w:rsidRPr="006F3F0F">
              <w:rPr>
                <w:sz w:val="24"/>
                <w:szCs w:val="24"/>
              </w:rPr>
              <w:t>zvládá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jednoduché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úkoly</w:t>
            </w:r>
            <w:proofErr w:type="spellEnd"/>
            <w:r w:rsidRPr="006F3F0F">
              <w:rPr>
                <w:sz w:val="24"/>
                <w:szCs w:val="24"/>
              </w:rPr>
              <w:t xml:space="preserve">, </w:t>
            </w:r>
            <w:proofErr w:type="spellStart"/>
            <w:r w:rsidRPr="006F3F0F">
              <w:rPr>
                <w:sz w:val="24"/>
                <w:szCs w:val="24"/>
              </w:rPr>
              <w:t>manipuluje</w:t>
            </w:r>
            <w:proofErr w:type="spellEnd"/>
            <w:r w:rsidRPr="006F3F0F">
              <w:rPr>
                <w:sz w:val="24"/>
                <w:szCs w:val="24"/>
              </w:rPr>
              <w:t xml:space="preserve"> s </w:t>
            </w:r>
            <w:proofErr w:type="spellStart"/>
            <w:r w:rsidRPr="006F3F0F">
              <w:rPr>
                <w:sz w:val="24"/>
                <w:szCs w:val="24"/>
              </w:rPr>
              <w:t>přírodninami</w:t>
            </w:r>
            <w:proofErr w:type="spellEnd"/>
            <w:r w:rsidRPr="006F3F0F">
              <w:rPr>
                <w:sz w:val="24"/>
                <w:szCs w:val="24"/>
              </w:rPr>
              <w:t>.</w:t>
            </w:r>
          </w:p>
        </w:tc>
      </w:tr>
      <w:tr w:rsidR="003628B2" w:rsidRPr="006F3F0F" w14:paraId="0BC2B258" w14:textId="77777777" w:rsidTr="00860BE3">
        <w:tc>
          <w:tcPr>
            <w:tcW w:w="4320" w:type="dxa"/>
          </w:tcPr>
          <w:p w14:paraId="39BD3F4A" w14:textId="77777777" w:rsidR="003628B2" w:rsidRPr="006F3F0F" w:rsidRDefault="003628B2" w:rsidP="00860BE3">
            <w:pPr>
              <w:rPr>
                <w:sz w:val="24"/>
                <w:szCs w:val="24"/>
              </w:rPr>
            </w:pPr>
            <w:proofErr w:type="spellStart"/>
            <w:r w:rsidRPr="006F3F0F">
              <w:rPr>
                <w:sz w:val="24"/>
                <w:szCs w:val="24"/>
              </w:rPr>
              <w:t>Dítě</w:t>
            </w:r>
            <w:proofErr w:type="spellEnd"/>
            <w:r w:rsidRPr="006F3F0F">
              <w:rPr>
                <w:sz w:val="24"/>
                <w:szCs w:val="24"/>
              </w:rPr>
              <w:t xml:space="preserve"> a </w:t>
            </w:r>
            <w:proofErr w:type="spellStart"/>
            <w:r w:rsidRPr="006F3F0F">
              <w:rPr>
                <w:sz w:val="24"/>
                <w:szCs w:val="24"/>
              </w:rPr>
              <w:t>jeho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psychika</w:t>
            </w:r>
            <w:proofErr w:type="spellEnd"/>
          </w:p>
        </w:tc>
        <w:tc>
          <w:tcPr>
            <w:tcW w:w="4320" w:type="dxa"/>
          </w:tcPr>
          <w:p w14:paraId="2C31C0EB" w14:textId="77777777" w:rsidR="003628B2" w:rsidRPr="006F3F0F" w:rsidRDefault="003628B2" w:rsidP="00860BE3">
            <w:pPr>
              <w:rPr>
                <w:sz w:val="24"/>
                <w:szCs w:val="24"/>
              </w:rPr>
            </w:pPr>
            <w:proofErr w:type="spellStart"/>
            <w:r w:rsidRPr="006F3F0F">
              <w:rPr>
                <w:sz w:val="24"/>
                <w:szCs w:val="24"/>
              </w:rPr>
              <w:t>Pozoruje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změny</w:t>
            </w:r>
            <w:proofErr w:type="spellEnd"/>
            <w:r w:rsidRPr="006F3F0F">
              <w:rPr>
                <w:sz w:val="24"/>
                <w:szCs w:val="24"/>
              </w:rPr>
              <w:t xml:space="preserve">, </w:t>
            </w:r>
            <w:proofErr w:type="spellStart"/>
            <w:r w:rsidRPr="006F3F0F">
              <w:rPr>
                <w:sz w:val="24"/>
                <w:szCs w:val="24"/>
              </w:rPr>
              <w:t>vyjadřuje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vztah</w:t>
            </w:r>
            <w:proofErr w:type="spellEnd"/>
            <w:r w:rsidRPr="006F3F0F">
              <w:rPr>
                <w:sz w:val="24"/>
                <w:szCs w:val="24"/>
              </w:rPr>
              <w:t xml:space="preserve"> k </w:t>
            </w:r>
            <w:proofErr w:type="spellStart"/>
            <w:r w:rsidRPr="006F3F0F">
              <w:rPr>
                <w:sz w:val="24"/>
                <w:szCs w:val="24"/>
              </w:rPr>
              <w:t>přírodě</w:t>
            </w:r>
            <w:proofErr w:type="spellEnd"/>
            <w:r w:rsidRPr="006F3F0F">
              <w:rPr>
                <w:sz w:val="24"/>
                <w:szCs w:val="24"/>
              </w:rPr>
              <w:t xml:space="preserve">, </w:t>
            </w:r>
            <w:proofErr w:type="spellStart"/>
            <w:r w:rsidRPr="006F3F0F">
              <w:rPr>
                <w:sz w:val="24"/>
                <w:szCs w:val="24"/>
              </w:rPr>
              <w:t>soustředí</w:t>
            </w:r>
            <w:proofErr w:type="spellEnd"/>
            <w:r w:rsidRPr="006F3F0F">
              <w:rPr>
                <w:sz w:val="24"/>
                <w:szCs w:val="24"/>
              </w:rPr>
              <w:t xml:space="preserve"> se </w:t>
            </w:r>
            <w:proofErr w:type="spellStart"/>
            <w:r w:rsidRPr="006F3F0F">
              <w:rPr>
                <w:sz w:val="24"/>
                <w:szCs w:val="24"/>
              </w:rPr>
              <w:t>na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práci</w:t>
            </w:r>
            <w:proofErr w:type="spellEnd"/>
            <w:r w:rsidRPr="006F3F0F">
              <w:rPr>
                <w:sz w:val="24"/>
                <w:szCs w:val="24"/>
              </w:rPr>
              <w:t>.</w:t>
            </w:r>
          </w:p>
        </w:tc>
      </w:tr>
      <w:tr w:rsidR="003628B2" w:rsidRPr="006F3F0F" w14:paraId="6D1E6E1D" w14:textId="77777777" w:rsidTr="00860BE3">
        <w:tc>
          <w:tcPr>
            <w:tcW w:w="4320" w:type="dxa"/>
          </w:tcPr>
          <w:p w14:paraId="47408B92" w14:textId="77777777" w:rsidR="003628B2" w:rsidRPr="006F3F0F" w:rsidRDefault="003628B2" w:rsidP="00860BE3">
            <w:pPr>
              <w:rPr>
                <w:sz w:val="24"/>
                <w:szCs w:val="24"/>
              </w:rPr>
            </w:pPr>
            <w:proofErr w:type="spellStart"/>
            <w:r w:rsidRPr="006F3F0F">
              <w:rPr>
                <w:sz w:val="24"/>
                <w:szCs w:val="24"/>
              </w:rPr>
              <w:t>Dítě</w:t>
            </w:r>
            <w:proofErr w:type="spellEnd"/>
            <w:r w:rsidRPr="006F3F0F">
              <w:rPr>
                <w:sz w:val="24"/>
                <w:szCs w:val="24"/>
              </w:rPr>
              <w:t xml:space="preserve"> a ten </w:t>
            </w:r>
            <w:proofErr w:type="spellStart"/>
            <w:r w:rsidRPr="006F3F0F">
              <w:rPr>
                <w:sz w:val="24"/>
                <w:szCs w:val="24"/>
              </w:rPr>
              <w:t>druhý</w:t>
            </w:r>
            <w:proofErr w:type="spellEnd"/>
          </w:p>
        </w:tc>
        <w:tc>
          <w:tcPr>
            <w:tcW w:w="4320" w:type="dxa"/>
          </w:tcPr>
          <w:p w14:paraId="12374352" w14:textId="77777777" w:rsidR="003628B2" w:rsidRPr="006F3F0F" w:rsidRDefault="003628B2" w:rsidP="00860BE3">
            <w:pPr>
              <w:rPr>
                <w:sz w:val="24"/>
                <w:szCs w:val="24"/>
              </w:rPr>
            </w:pPr>
            <w:proofErr w:type="spellStart"/>
            <w:r w:rsidRPr="006F3F0F">
              <w:rPr>
                <w:sz w:val="24"/>
                <w:szCs w:val="24"/>
              </w:rPr>
              <w:t>Spolupracuje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při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péči</w:t>
            </w:r>
            <w:proofErr w:type="spellEnd"/>
            <w:r w:rsidRPr="006F3F0F">
              <w:rPr>
                <w:sz w:val="24"/>
                <w:szCs w:val="24"/>
              </w:rPr>
              <w:t xml:space="preserve"> o </w:t>
            </w:r>
            <w:proofErr w:type="spellStart"/>
            <w:r w:rsidRPr="006F3F0F">
              <w:rPr>
                <w:sz w:val="24"/>
                <w:szCs w:val="24"/>
              </w:rPr>
              <w:t>prostředí</w:t>
            </w:r>
            <w:proofErr w:type="spellEnd"/>
            <w:r w:rsidRPr="006F3F0F">
              <w:rPr>
                <w:sz w:val="24"/>
                <w:szCs w:val="24"/>
              </w:rPr>
              <w:t xml:space="preserve">, </w:t>
            </w:r>
            <w:proofErr w:type="spellStart"/>
            <w:r w:rsidRPr="006F3F0F">
              <w:rPr>
                <w:sz w:val="24"/>
                <w:szCs w:val="24"/>
              </w:rPr>
              <w:t>respektuje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živé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bytosti</w:t>
            </w:r>
            <w:proofErr w:type="spellEnd"/>
            <w:r w:rsidRPr="006F3F0F">
              <w:rPr>
                <w:sz w:val="24"/>
                <w:szCs w:val="24"/>
              </w:rPr>
              <w:t>.</w:t>
            </w:r>
          </w:p>
        </w:tc>
      </w:tr>
      <w:tr w:rsidR="003628B2" w:rsidRPr="006F3F0F" w14:paraId="3F80F6C1" w14:textId="77777777" w:rsidTr="00860BE3">
        <w:tc>
          <w:tcPr>
            <w:tcW w:w="4320" w:type="dxa"/>
          </w:tcPr>
          <w:p w14:paraId="437339C2" w14:textId="77777777" w:rsidR="003628B2" w:rsidRPr="006F3F0F" w:rsidRDefault="003628B2" w:rsidP="00860BE3">
            <w:pPr>
              <w:rPr>
                <w:sz w:val="24"/>
                <w:szCs w:val="24"/>
              </w:rPr>
            </w:pPr>
            <w:proofErr w:type="spellStart"/>
            <w:r w:rsidRPr="006F3F0F">
              <w:rPr>
                <w:sz w:val="24"/>
                <w:szCs w:val="24"/>
              </w:rPr>
              <w:t>Dítě</w:t>
            </w:r>
            <w:proofErr w:type="spellEnd"/>
            <w:r w:rsidRPr="006F3F0F">
              <w:rPr>
                <w:sz w:val="24"/>
                <w:szCs w:val="24"/>
              </w:rPr>
              <w:t xml:space="preserve"> a </w:t>
            </w:r>
            <w:proofErr w:type="spellStart"/>
            <w:r w:rsidRPr="006F3F0F">
              <w:rPr>
                <w:sz w:val="24"/>
                <w:szCs w:val="24"/>
              </w:rPr>
              <w:t>společnost</w:t>
            </w:r>
            <w:proofErr w:type="spellEnd"/>
          </w:p>
        </w:tc>
        <w:tc>
          <w:tcPr>
            <w:tcW w:w="4320" w:type="dxa"/>
          </w:tcPr>
          <w:p w14:paraId="367B9E9E" w14:textId="77777777" w:rsidR="003628B2" w:rsidRPr="006F3F0F" w:rsidRDefault="003628B2" w:rsidP="00860BE3">
            <w:pPr>
              <w:rPr>
                <w:sz w:val="24"/>
                <w:szCs w:val="24"/>
              </w:rPr>
            </w:pPr>
            <w:proofErr w:type="spellStart"/>
            <w:r w:rsidRPr="006F3F0F">
              <w:rPr>
                <w:sz w:val="24"/>
                <w:szCs w:val="24"/>
              </w:rPr>
              <w:t>Uvědomuje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si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svou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roli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gramStart"/>
            <w:r w:rsidRPr="006F3F0F">
              <w:rPr>
                <w:sz w:val="24"/>
                <w:szCs w:val="24"/>
              </w:rPr>
              <w:t>a</w:t>
            </w:r>
            <w:proofErr w:type="gram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odpovědnost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vůči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přírodě</w:t>
            </w:r>
            <w:proofErr w:type="spellEnd"/>
            <w:r w:rsidRPr="006F3F0F">
              <w:rPr>
                <w:sz w:val="24"/>
                <w:szCs w:val="24"/>
              </w:rPr>
              <w:t>.</w:t>
            </w:r>
          </w:p>
        </w:tc>
      </w:tr>
      <w:tr w:rsidR="003628B2" w:rsidRPr="006F3F0F" w14:paraId="552C4F8B" w14:textId="77777777" w:rsidTr="00860BE3">
        <w:tc>
          <w:tcPr>
            <w:tcW w:w="4320" w:type="dxa"/>
          </w:tcPr>
          <w:p w14:paraId="51871E68" w14:textId="77777777" w:rsidR="003628B2" w:rsidRPr="006F3F0F" w:rsidRDefault="003628B2" w:rsidP="00860BE3">
            <w:pPr>
              <w:rPr>
                <w:sz w:val="24"/>
                <w:szCs w:val="24"/>
              </w:rPr>
            </w:pPr>
            <w:proofErr w:type="spellStart"/>
            <w:r w:rsidRPr="006F3F0F">
              <w:rPr>
                <w:sz w:val="24"/>
                <w:szCs w:val="24"/>
              </w:rPr>
              <w:t>Dítě</w:t>
            </w:r>
            <w:proofErr w:type="spellEnd"/>
            <w:r w:rsidRPr="006F3F0F">
              <w:rPr>
                <w:sz w:val="24"/>
                <w:szCs w:val="24"/>
              </w:rPr>
              <w:t xml:space="preserve"> a </w:t>
            </w:r>
            <w:proofErr w:type="spellStart"/>
            <w:r w:rsidRPr="006F3F0F">
              <w:rPr>
                <w:sz w:val="24"/>
                <w:szCs w:val="24"/>
              </w:rPr>
              <w:t>svět</w:t>
            </w:r>
            <w:proofErr w:type="spellEnd"/>
          </w:p>
        </w:tc>
        <w:tc>
          <w:tcPr>
            <w:tcW w:w="4320" w:type="dxa"/>
          </w:tcPr>
          <w:p w14:paraId="47A662E2" w14:textId="77777777" w:rsidR="003628B2" w:rsidRPr="006F3F0F" w:rsidRDefault="003628B2" w:rsidP="00860BE3">
            <w:pPr>
              <w:rPr>
                <w:sz w:val="24"/>
                <w:szCs w:val="24"/>
              </w:rPr>
            </w:pPr>
            <w:proofErr w:type="spellStart"/>
            <w:r w:rsidRPr="006F3F0F">
              <w:rPr>
                <w:sz w:val="24"/>
                <w:szCs w:val="24"/>
              </w:rPr>
              <w:t>Poznává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planetu</w:t>
            </w:r>
            <w:proofErr w:type="spellEnd"/>
            <w:r w:rsidRPr="006F3F0F">
              <w:rPr>
                <w:sz w:val="24"/>
                <w:szCs w:val="24"/>
              </w:rPr>
              <w:t xml:space="preserve"> Zemi, </w:t>
            </w:r>
            <w:proofErr w:type="spellStart"/>
            <w:r w:rsidRPr="006F3F0F">
              <w:rPr>
                <w:sz w:val="24"/>
                <w:szCs w:val="24"/>
              </w:rPr>
              <w:t>její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části</w:t>
            </w:r>
            <w:proofErr w:type="spellEnd"/>
            <w:r w:rsidRPr="006F3F0F">
              <w:rPr>
                <w:sz w:val="24"/>
                <w:szCs w:val="24"/>
              </w:rPr>
              <w:t xml:space="preserve">, </w:t>
            </w:r>
            <w:proofErr w:type="spellStart"/>
            <w:r w:rsidRPr="006F3F0F">
              <w:rPr>
                <w:sz w:val="24"/>
                <w:szCs w:val="24"/>
              </w:rPr>
              <w:t>proměny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přírody</w:t>
            </w:r>
            <w:proofErr w:type="spellEnd"/>
            <w:r w:rsidRPr="006F3F0F">
              <w:rPr>
                <w:sz w:val="24"/>
                <w:szCs w:val="24"/>
              </w:rPr>
              <w:t xml:space="preserve"> a </w:t>
            </w:r>
            <w:proofErr w:type="spellStart"/>
            <w:r w:rsidRPr="006F3F0F">
              <w:rPr>
                <w:sz w:val="24"/>
                <w:szCs w:val="24"/>
              </w:rPr>
              <w:t>vliv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člověka</w:t>
            </w:r>
            <w:proofErr w:type="spellEnd"/>
            <w:r w:rsidRPr="006F3F0F">
              <w:rPr>
                <w:sz w:val="24"/>
                <w:szCs w:val="24"/>
              </w:rPr>
              <w:t>.</w:t>
            </w:r>
          </w:p>
        </w:tc>
      </w:tr>
    </w:tbl>
    <w:p w14:paraId="1FF4605D" w14:textId="77777777" w:rsidR="003628B2" w:rsidRPr="006F3F0F" w:rsidRDefault="003628B2" w:rsidP="003628B2">
      <w:pPr>
        <w:rPr>
          <w:sz w:val="24"/>
          <w:szCs w:val="24"/>
        </w:rPr>
      </w:pPr>
    </w:p>
    <w:p w14:paraId="7D219398" w14:textId="77777777" w:rsidR="003628B2" w:rsidRPr="006F3F0F" w:rsidRDefault="003628B2" w:rsidP="003628B2">
      <w:pPr>
        <w:pStyle w:val="Nadpis3"/>
        <w:rPr>
          <w:sz w:val="24"/>
          <w:szCs w:val="24"/>
        </w:rPr>
      </w:pPr>
      <w:proofErr w:type="spellStart"/>
      <w:r w:rsidRPr="006F3F0F">
        <w:rPr>
          <w:sz w:val="24"/>
          <w:szCs w:val="24"/>
        </w:rPr>
        <w:t>Návrhy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činností</w:t>
      </w:r>
      <w:proofErr w:type="spellEnd"/>
    </w:p>
    <w:p w14:paraId="0C2816D2" w14:textId="77777777" w:rsidR="003628B2" w:rsidRPr="006F3F0F" w:rsidRDefault="003628B2" w:rsidP="003628B2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Výtvarné</w:t>
      </w:r>
      <w:proofErr w:type="spellEnd"/>
      <w:r w:rsidRPr="006F3F0F">
        <w:rPr>
          <w:sz w:val="24"/>
          <w:szCs w:val="24"/>
        </w:rPr>
        <w:t xml:space="preserve">: </w:t>
      </w:r>
      <w:proofErr w:type="spellStart"/>
      <w:r w:rsidRPr="006F3F0F">
        <w:rPr>
          <w:sz w:val="24"/>
          <w:szCs w:val="24"/>
        </w:rPr>
        <w:t>koláže</w:t>
      </w:r>
      <w:proofErr w:type="spellEnd"/>
      <w:r w:rsidRPr="006F3F0F">
        <w:rPr>
          <w:sz w:val="24"/>
          <w:szCs w:val="24"/>
        </w:rPr>
        <w:t xml:space="preserve"> z </w:t>
      </w:r>
      <w:proofErr w:type="spellStart"/>
      <w:r w:rsidRPr="006F3F0F">
        <w:rPr>
          <w:sz w:val="24"/>
          <w:szCs w:val="24"/>
        </w:rPr>
        <w:t>přírodnin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malování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Země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tvoření</w:t>
      </w:r>
      <w:proofErr w:type="spellEnd"/>
      <w:r w:rsidRPr="006F3F0F">
        <w:rPr>
          <w:sz w:val="24"/>
          <w:szCs w:val="24"/>
        </w:rPr>
        <w:t xml:space="preserve"> z </w:t>
      </w:r>
      <w:proofErr w:type="spellStart"/>
      <w:r w:rsidRPr="006F3F0F">
        <w:rPr>
          <w:sz w:val="24"/>
          <w:szCs w:val="24"/>
        </w:rPr>
        <w:t>odpadového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materiálu</w:t>
      </w:r>
      <w:proofErr w:type="spellEnd"/>
      <w:r w:rsidRPr="006F3F0F">
        <w:rPr>
          <w:sz w:val="24"/>
          <w:szCs w:val="24"/>
        </w:rPr>
        <w:t>.</w:t>
      </w:r>
    </w:p>
    <w:p w14:paraId="79003FA4" w14:textId="77777777" w:rsidR="003628B2" w:rsidRPr="006F3F0F" w:rsidRDefault="003628B2" w:rsidP="003628B2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Pohybové</w:t>
      </w:r>
      <w:proofErr w:type="spellEnd"/>
      <w:r w:rsidRPr="006F3F0F">
        <w:rPr>
          <w:sz w:val="24"/>
          <w:szCs w:val="24"/>
        </w:rPr>
        <w:t xml:space="preserve">: </w:t>
      </w:r>
      <w:proofErr w:type="spellStart"/>
      <w:r w:rsidRPr="006F3F0F">
        <w:rPr>
          <w:sz w:val="24"/>
          <w:szCs w:val="24"/>
        </w:rPr>
        <w:t>hry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na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stromy</w:t>
      </w:r>
      <w:proofErr w:type="spellEnd"/>
      <w:r w:rsidRPr="006F3F0F">
        <w:rPr>
          <w:sz w:val="24"/>
          <w:szCs w:val="24"/>
        </w:rPr>
        <w:t xml:space="preserve"> a </w:t>
      </w:r>
      <w:proofErr w:type="spellStart"/>
      <w:r w:rsidRPr="006F3F0F">
        <w:rPr>
          <w:sz w:val="24"/>
          <w:szCs w:val="24"/>
        </w:rPr>
        <w:t>květiny</w:t>
      </w:r>
      <w:proofErr w:type="spellEnd"/>
      <w:r w:rsidRPr="006F3F0F">
        <w:rPr>
          <w:sz w:val="24"/>
          <w:szCs w:val="24"/>
        </w:rPr>
        <w:t>, „</w:t>
      </w:r>
      <w:proofErr w:type="spellStart"/>
      <w:r w:rsidRPr="006F3F0F">
        <w:rPr>
          <w:sz w:val="24"/>
          <w:szCs w:val="24"/>
        </w:rPr>
        <w:t>probuď</w:t>
      </w:r>
      <w:proofErr w:type="spellEnd"/>
      <w:r w:rsidRPr="006F3F0F">
        <w:rPr>
          <w:sz w:val="24"/>
          <w:szCs w:val="24"/>
        </w:rPr>
        <w:t xml:space="preserve"> se </w:t>
      </w:r>
      <w:proofErr w:type="spellStart"/>
      <w:r w:rsidRPr="006F3F0F">
        <w:rPr>
          <w:sz w:val="24"/>
          <w:szCs w:val="24"/>
        </w:rPr>
        <w:t>jako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proofErr w:type="gramStart"/>
      <w:r w:rsidRPr="006F3F0F">
        <w:rPr>
          <w:sz w:val="24"/>
          <w:szCs w:val="24"/>
        </w:rPr>
        <w:t>semínko</w:t>
      </w:r>
      <w:proofErr w:type="spellEnd"/>
      <w:r w:rsidRPr="006F3F0F">
        <w:rPr>
          <w:sz w:val="24"/>
          <w:szCs w:val="24"/>
        </w:rPr>
        <w:t>“</w:t>
      </w:r>
      <w:proofErr w:type="gramEnd"/>
      <w:r w:rsidRPr="006F3F0F">
        <w:rPr>
          <w:sz w:val="24"/>
          <w:szCs w:val="24"/>
        </w:rPr>
        <w:t>.</w:t>
      </w:r>
    </w:p>
    <w:p w14:paraId="1996701D" w14:textId="77777777" w:rsidR="003628B2" w:rsidRPr="006F3F0F" w:rsidRDefault="003628B2" w:rsidP="003628B2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Hudební</w:t>
      </w:r>
      <w:proofErr w:type="spellEnd"/>
      <w:r w:rsidRPr="006F3F0F">
        <w:rPr>
          <w:sz w:val="24"/>
          <w:szCs w:val="24"/>
        </w:rPr>
        <w:t xml:space="preserve">: </w:t>
      </w:r>
      <w:proofErr w:type="spellStart"/>
      <w:r w:rsidRPr="006F3F0F">
        <w:rPr>
          <w:sz w:val="24"/>
          <w:szCs w:val="24"/>
        </w:rPr>
        <w:t>písně</w:t>
      </w:r>
      <w:proofErr w:type="spellEnd"/>
      <w:r w:rsidRPr="006F3F0F">
        <w:rPr>
          <w:sz w:val="24"/>
          <w:szCs w:val="24"/>
        </w:rPr>
        <w:t xml:space="preserve"> o </w:t>
      </w:r>
      <w:proofErr w:type="spellStart"/>
      <w:r w:rsidRPr="006F3F0F">
        <w:rPr>
          <w:sz w:val="24"/>
          <w:szCs w:val="24"/>
        </w:rPr>
        <w:t>jaru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rytmizace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zvuků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lesa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eko-orkestr</w:t>
      </w:r>
      <w:proofErr w:type="spellEnd"/>
      <w:r w:rsidRPr="006F3F0F">
        <w:rPr>
          <w:sz w:val="24"/>
          <w:szCs w:val="24"/>
        </w:rPr>
        <w:t>.</w:t>
      </w:r>
    </w:p>
    <w:p w14:paraId="3B57D3FD" w14:textId="77777777" w:rsidR="003628B2" w:rsidRPr="006F3F0F" w:rsidRDefault="003628B2" w:rsidP="003628B2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Jazykové</w:t>
      </w:r>
      <w:proofErr w:type="spellEnd"/>
      <w:r w:rsidRPr="006F3F0F">
        <w:rPr>
          <w:sz w:val="24"/>
          <w:szCs w:val="24"/>
        </w:rPr>
        <w:t xml:space="preserve">: </w:t>
      </w:r>
      <w:proofErr w:type="spellStart"/>
      <w:r w:rsidRPr="006F3F0F">
        <w:rPr>
          <w:sz w:val="24"/>
          <w:szCs w:val="24"/>
        </w:rPr>
        <w:t>pohádky</w:t>
      </w:r>
      <w:proofErr w:type="spellEnd"/>
      <w:r w:rsidRPr="006F3F0F">
        <w:rPr>
          <w:sz w:val="24"/>
          <w:szCs w:val="24"/>
        </w:rPr>
        <w:t xml:space="preserve"> o </w:t>
      </w:r>
      <w:proofErr w:type="spellStart"/>
      <w:r w:rsidRPr="006F3F0F">
        <w:rPr>
          <w:sz w:val="24"/>
          <w:szCs w:val="24"/>
        </w:rPr>
        <w:t>přírodě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rozhovory</w:t>
      </w:r>
      <w:proofErr w:type="spellEnd"/>
      <w:r w:rsidRPr="006F3F0F">
        <w:rPr>
          <w:sz w:val="24"/>
          <w:szCs w:val="24"/>
        </w:rPr>
        <w:t xml:space="preserve"> o </w:t>
      </w:r>
      <w:proofErr w:type="spellStart"/>
      <w:r w:rsidRPr="006F3F0F">
        <w:rPr>
          <w:sz w:val="24"/>
          <w:szCs w:val="24"/>
        </w:rPr>
        <w:t>odpadu</w:t>
      </w:r>
      <w:proofErr w:type="spellEnd"/>
      <w:r w:rsidRPr="006F3F0F">
        <w:rPr>
          <w:sz w:val="24"/>
          <w:szCs w:val="24"/>
        </w:rPr>
        <w:t xml:space="preserve"> a </w:t>
      </w:r>
      <w:proofErr w:type="spellStart"/>
      <w:r w:rsidRPr="006F3F0F">
        <w:rPr>
          <w:sz w:val="24"/>
          <w:szCs w:val="24"/>
        </w:rPr>
        <w:t>vodě</w:t>
      </w:r>
      <w:proofErr w:type="spellEnd"/>
      <w:r w:rsidRPr="006F3F0F">
        <w:rPr>
          <w:sz w:val="24"/>
          <w:szCs w:val="24"/>
        </w:rPr>
        <w:t>.</w:t>
      </w:r>
    </w:p>
    <w:p w14:paraId="336C6761" w14:textId="77777777" w:rsidR="003628B2" w:rsidRPr="006F3F0F" w:rsidRDefault="003628B2" w:rsidP="003628B2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Pokusy</w:t>
      </w:r>
      <w:proofErr w:type="spellEnd"/>
      <w:r w:rsidRPr="006F3F0F">
        <w:rPr>
          <w:sz w:val="24"/>
          <w:szCs w:val="24"/>
        </w:rPr>
        <w:t xml:space="preserve">: </w:t>
      </w:r>
      <w:proofErr w:type="spellStart"/>
      <w:r w:rsidRPr="006F3F0F">
        <w:rPr>
          <w:sz w:val="24"/>
          <w:szCs w:val="24"/>
        </w:rPr>
        <w:t>klíčení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semínek</w:t>
      </w:r>
      <w:proofErr w:type="spellEnd"/>
      <w:r w:rsidRPr="006F3F0F">
        <w:rPr>
          <w:sz w:val="24"/>
          <w:szCs w:val="24"/>
        </w:rPr>
        <w:t xml:space="preserve">, co se </w:t>
      </w:r>
      <w:proofErr w:type="spellStart"/>
      <w:r w:rsidRPr="006F3F0F">
        <w:rPr>
          <w:sz w:val="24"/>
          <w:szCs w:val="24"/>
        </w:rPr>
        <w:t>rozloží</w:t>
      </w:r>
      <w:proofErr w:type="spellEnd"/>
      <w:r w:rsidRPr="006F3F0F">
        <w:rPr>
          <w:sz w:val="24"/>
          <w:szCs w:val="24"/>
        </w:rPr>
        <w:t>, co ne.</w:t>
      </w:r>
    </w:p>
    <w:p w14:paraId="60C6BF3D" w14:textId="77777777" w:rsidR="003628B2" w:rsidRPr="006F3F0F" w:rsidRDefault="003628B2" w:rsidP="003628B2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Společné</w:t>
      </w:r>
      <w:proofErr w:type="spellEnd"/>
      <w:r w:rsidRPr="006F3F0F">
        <w:rPr>
          <w:sz w:val="24"/>
          <w:szCs w:val="24"/>
        </w:rPr>
        <w:t xml:space="preserve">: </w:t>
      </w:r>
      <w:proofErr w:type="spellStart"/>
      <w:r w:rsidRPr="006F3F0F">
        <w:rPr>
          <w:sz w:val="24"/>
          <w:szCs w:val="24"/>
        </w:rPr>
        <w:t>úklid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školní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zahrady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výsev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bylinek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výroba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hmyzího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hotelu</w:t>
      </w:r>
      <w:proofErr w:type="spellEnd"/>
      <w:r w:rsidRPr="006F3F0F">
        <w:rPr>
          <w:sz w:val="24"/>
          <w:szCs w:val="24"/>
        </w:rPr>
        <w:t>.</w:t>
      </w:r>
    </w:p>
    <w:p w14:paraId="43A3808B" w14:textId="77777777" w:rsidR="003628B2" w:rsidRPr="006F3F0F" w:rsidRDefault="003628B2" w:rsidP="003628B2">
      <w:pPr>
        <w:pStyle w:val="Nadpis3"/>
        <w:rPr>
          <w:sz w:val="24"/>
          <w:szCs w:val="24"/>
        </w:rPr>
      </w:pPr>
      <w:r w:rsidRPr="006F3F0F">
        <w:rPr>
          <w:sz w:val="24"/>
          <w:szCs w:val="24"/>
        </w:rPr>
        <w:t xml:space="preserve">Mini </w:t>
      </w:r>
      <w:proofErr w:type="spellStart"/>
      <w:proofErr w:type="gramStart"/>
      <w:r w:rsidRPr="006F3F0F">
        <w:rPr>
          <w:sz w:val="24"/>
          <w:szCs w:val="24"/>
        </w:rPr>
        <w:t>projekty</w:t>
      </w:r>
      <w:proofErr w:type="spellEnd"/>
      <w:proofErr w:type="gramEnd"/>
      <w:r w:rsidRPr="006F3F0F">
        <w:rPr>
          <w:sz w:val="24"/>
          <w:szCs w:val="24"/>
        </w:rPr>
        <w:t xml:space="preserve"> a </w:t>
      </w:r>
      <w:proofErr w:type="spellStart"/>
      <w:r w:rsidRPr="006F3F0F">
        <w:rPr>
          <w:sz w:val="24"/>
          <w:szCs w:val="24"/>
        </w:rPr>
        <w:t>slavnosti</w:t>
      </w:r>
      <w:proofErr w:type="spellEnd"/>
    </w:p>
    <w:p w14:paraId="72873839" w14:textId="77777777" w:rsidR="003628B2" w:rsidRPr="006F3F0F" w:rsidRDefault="003628B2" w:rsidP="003628B2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Den </w:t>
      </w:r>
      <w:proofErr w:type="spellStart"/>
      <w:r w:rsidRPr="006F3F0F">
        <w:rPr>
          <w:sz w:val="24"/>
          <w:szCs w:val="24"/>
        </w:rPr>
        <w:t>vody</w:t>
      </w:r>
      <w:proofErr w:type="spellEnd"/>
      <w:r w:rsidRPr="006F3F0F">
        <w:rPr>
          <w:sz w:val="24"/>
          <w:szCs w:val="24"/>
        </w:rPr>
        <w:t xml:space="preserve"> – </w:t>
      </w:r>
      <w:proofErr w:type="spellStart"/>
      <w:r w:rsidRPr="006F3F0F">
        <w:rPr>
          <w:sz w:val="24"/>
          <w:szCs w:val="24"/>
        </w:rPr>
        <w:t>aktivity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zaměřené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na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vodu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pokusy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písně</w:t>
      </w:r>
      <w:proofErr w:type="spellEnd"/>
      <w:r w:rsidRPr="006F3F0F">
        <w:rPr>
          <w:sz w:val="24"/>
          <w:szCs w:val="24"/>
        </w:rPr>
        <w:t>.</w:t>
      </w:r>
    </w:p>
    <w:p w14:paraId="4884D9D8" w14:textId="77777777" w:rsidR="003628B2" w:rsidRPr="006F3F0F" w:rsidRDefault="003628B2" w:rsidP="003628B2">
      <w:pPr>
        <w:rPr>
          <w:sz w:val="24"/>
          <w:szCs w:val="24"/>
        </w:rPr>
      </w:pPr>
      <w:r w:rsidRPr="006F3F0F">
        <w:rPr>
          <w:sz w:val="24"/>
          <w:szCs w:val="24"/>
        </w:rPr>
        <w:lastRenderedPageBreak/>
        <w:t xml:space="preserve">• Den </w:t>
      </w:r>
      <w:proofErr w:type="spellStart"/>
      <w:r w:rsidRPr="006F3F0F">
        <w:rPr>
          <w:sz w:val="24"/>
          <w:szCs w:val="24"/>
        </w:rPr>
        <w:t>Země</w:t>
      </w:r>
      <w:proofErr w:type="spellEnd"/>
      <w:r w:rsidRPr="006F3F0F">
        <w:rPr>
          <w:sz w:val="24"/>
          <w:szCs w:val="24"/>
        </w:rPr>
        <w:t xml:space="preserve"> – </w:t>
      </w:r>
      <w:proofErr w:type="spellStart"/>
      <w:r w:rsidRPr="006F3F0F">
        <w:rPr>
          <w:sz w:val="24"/>
          <w:szCs w:val="24"/>
        </w:rPr>
        <w:t>výroba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plakátů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úklid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okolí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školky</w:t>
      </w:r>
      <w:proofErr w:type="spellEnd"/>
      <w:r w:rsidRPr="006F3F0F">
        <w:rPr>
          <w:sz w:val="24"/>
          <w:szCs w:val="24"/>
        </w:rPr>
        <w:t>.</w:t>
      </w:r>
    </w:p>
    <w:p w14:paraId="2BA6061E" w14:textId="77777777" w:rsidR="003628B2" w:rsidRPr="006F3F0F" w:rsidRDefault="003628B2" w:rsidP="003628B2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Zelený </w:t>
      </w:r>
      <w:proofErr w:type="spellStart"/>
      <w:r w:rsidRPr="006F3F0F">
        <w:rPr>
          <w:sz w:val="24"/>
          <w:szCs w:val="24"/>
        </w:rPr>
        <w:t>týden</w:t>
      </w:r>
      <w:proofErr w:type="spellEnd"/>
      <w:r w:rsidRPr="006F3F0F">
        <w:rPr>
          <w:sz w:val="24"/>
          <w:szCs w:val="24"/>
        </w:rPr>
        <w:t xml:space="preserve"> – </w:t>
      </w:r>
      <w:proofErr w:type="spellStart"/>
      <w:r w:rsidRPr="006F3F0F">
        <w:rPr>
          <w:sz w:val="24"/>
          <w:szCs w:val="24"/>
        </w:rPr>
        <w:t>každý</w:t>
      </w:r>
      <w:proofErr w:type="spellEnd"/>
      <w:r w:rsidRPr="006F3F0F">
        <w:rPr>
          <w:sz w:val="24"/>
          <w:szCs w:val="24"/>
        </w:rPr>
        <w:t xml:space="preserve"> den </w:t>
      </w:r>
      <w:proofErr w:type="spellStart"/>
      <w:r w:rsidRPr="006F3F0F">
        <w:rPr>
          <w:sz w:val="24"/>
          <w:szCs w:val="24"/>
        </w:rPr>
        <w:t>jiná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ekologická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výzva</w:t>
      </w:r>
      <w:proofErr w:type="spellEnd"/>
      <w:r w:rsidRPr="006F3F0F">
        <w:rPr>
          <w:sz w:val="24"/>
          <w:szCs w:val="24"/>
        </w:rPr>
        <w:t>.</w:t>
      </w:r>
    </w:p>
    <w:p w14:paraId="1B456DCA" w14:textId="77777777" w:rsidR="003628B2" w:rsidRPr="006F3F0F" w:rsidRDefault="003628B2" w:rsidP="003628B2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Výsadba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bylinek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nebo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květin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na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školní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zahradu</w:t>
      </w:r>
      <w:proofErr w:type="spellEnd"/>
      <w:r w:rsidRPr="006F3F0F">
        <w:rPr>
          <w:sz w:val="24"/>
          <w:szCs w:val="24"/>
        </w:rPr>
        <w:t>.</w:t>
      </w:r>
    </w:p>
    <w:p w14:paraId="1AC99779" w14:textId="77777777" w:rsidR="00ED359B" w:rsidRPr="006F3F0F" w:rsidRDefault="00ED359B" w:rsidP="00ED359B">
      <w:pPr>
        <w:rPr>
          <w:sz w:val="24"/>
          <w:szCs w:val="24"/>
        </w:rPr>
      </w:pPr>
    </w:p>
    <w:p w14:paraId="18370535" w14:textId="77777777" w:rsidR="001943B7" w:rsidRPr="00745799" w:rsidRDefault="001943B7" w:rsidP="001943B7">
      <w:pPr>
        <w:pStyle w:val="Nadpis2"/>
        <w:rPr>
          <w:sz w:val="36"/>
          <w:szCs w:val="36"/>
        </w:rPr>
      </w:pPr>
      <w:r w:rsidRPr="00745799">
        <w:rPr>
          <w:sz w:val="36"/>
          <w:szCs w:val="36"/>
        </w:rPr>
        <w:t xml:space="preserve">Duben – Jaro je </w:t>
      </w:r>
      <w:proofErr w:type="spellStart"/>
      <w:r w:rsidRPr="00745799">
        <w:rPr>
          <w:sz w:val="36"/>
          <w:szCs w:val="36"/>
        </w:rPr>
        <w:t>tu</w:t>
      </w:r>
      <w:proofErr w:type="spellEnd"/>
      <w:r w:rsidRPr="00745799">
        <w:rPr>
          <w:sz w:val="36"/>
          <w:szCs w:val="36"/>
        </w:rPr>
        <w:t>!</w:t>
      </w:r>
    </w:p>
    <w:p w14:paraId="61BE77C1" w14:textId="77777777" w:rsidR="001943B7" w:rsidRPr="006F3F0F" w:rsidRDefault="001943B7" w:rsidP="001943B7">
      <w:pPr>
        <w:pStyle w:val="Nadpis3"/>
        <w:rPr>
          <w:sz w:val="24"/>
          <w:szCs w:val="24"/>
        </w:rPr>
      </w:pPr>
      <w:proofErr w:type="spellStart"/>
      <w:r w:rsidRPr="006F3F0F">
        <w:rPr>
          <w:sz w:val="24"/>
          <w:szCs w:val="24"/>
        </w:rPr>
        <w:t>Hlavní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cíle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měsíce</w:t>
      </w:r>
      <w:proofErr w:type="spellEnd"/>
    </w:p>
    <w:p w14:paraId="63051BED" w14:textId="77777777" w:rsidR="001943B7" w:rsidRPr="006F3F0F" w:rsidRDefault="001943B7" w:rsidP="001943B7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Poznávat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přírodní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změny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související</w:t>
      </w:r>
      <w:proofErr w:type="spellEnd"/>
      <w:r w:rsidRPr="006F3F0F">
        <w:rPr>
          <w:sz w:val="24"/>
          <w:szCs w:val="24"/>
        </w:rPr>
        <w:t xml:space="preserve"> s </w:t>
      </w:r>
      <w:proofErr w:type="spellStart"/>
      <w:r w:rsidRPr="006F3F0F">
        <w:rPr>
          <w:sz w:val="24"/>
          <w:szCs w:val="24"/>
        </w:rPr>
        <w:t>jarem</w:t>
      </w:r>
      <w:proofErr w:type="spellEnd"/>
      <w:r w:rsidRPr="006F3F0F">
        <w:rPr>
          <w:sz w:val="24"/>
          <w:szCs w:val="24"/>
        </w:rPr>
        <w:t>.</w:t>
      </w:r>
    </w:p>
    <w:p w14:paraId="560D33C1" w14:textId="77777777" w:rsidR="001943B7" w:rsidRPr="006F3F0F" w:rsidRDefault="001943B7" w:rsidP="001943B7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Uvědomit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si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koloběh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života</w:t>
      </w:r>
      <w:proofErr w:type="spellEnd"/>
      <w:r w:rsidRPr="006F3F0F">
        <w:rPr>
          <w:sz w:val="24"/>
          <w:szCs w:val="24"/>
        </w:rPr>
        <w:t xml:space="preserve"> – </w:t>
      </w:r>
      <w:proofErr w:type="spellStart"/>
      <w:r w:rsidRPr="006F3F0F">
        <w:rPr>
          <w:sz w:val="24"/>
          <w:szCs w:val="24"/>
        </w:rPr>
        <w:t>mláďata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růst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obnova</w:t>
      </w:r>
      <w:proofErr w:type="spellEnd"/>
      <w:r w:rsidRPr="006F3F0F">
        <w:rPr>
          <w:sz w:val="24"/>
          <w:szCs w:val="24"/>
        </w:rPr>
        <w:t>.</w:t>
      </w:r>
    </w:p>
    <w:p w14:paraId="53875917" w14:textId="77777777" w:rsidR="001943B7" w:rsidRPr="006F3F0F" w:rsidRDefault="001943B7" w:rsidP="001943B7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Rozvíjet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zájem</w:t>
      </w:r>
      <w:proofErr w:type="spellEnd"/>
      <w:r w:rsidRPr="006F3F0F">
        <w:rPr>
          <w:sz w:val="24"/>
          <w:szCs w:val="24"/>
        </w:rPr>
        <w:t xml:space="preserve"> o </w:t>
      </w:r>
      <w:proofErr w:type="spellStart"/>
      <w:r w:rsidRPr="006F3F0F">
        <w:rPr>
          <w:sz w:val="24"/>
          <w:szCs w:val="24"/>
        </w:rPr>
        <w:t>živou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přírodu</w:t>
      </w:r>
      <w:proofErr w:type="spellEnd"/>
      <w:r w:rsidRPr="006F3F0F">
        <w:rPr>
          <w:sz w:val="24"/>
          <w:szCs w:val="24"/>
        </w:rPr>
        <w:t xml:space="preserve"> – </w:t>
      </w:r>
      <w:proofErr w:type="spellStart"/>
      <w:r w:rsidRPr="006F3F0F">
        <w:rPr>
          <w:sz w:val="24"/>
          <w:szCs w:val="24"/>
        </w:rPr>
        <w:t>květiny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zvířata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hmyz</w:t>
      </w:r>
      <w:proofErr w:type="spellEnd"/>
      <w:r w:rsidRPr="006F3F0F">
        <w:rPr>
          <w:sz w:val="24"/>
          <w:szCs w:val="24"/>
        </w:rPr>
        <w:t>.</w:t>
      </w:r>
    </w:p>
    <w:p w14:paraId="0A71A95E" w14:textId="77777777" w:rsidR="001943B7" w:rsidRPr="006F3F0F" w:rsidRDefault="001943B7" w:rsidP="001943B7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Podporovat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aktivní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pobyt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venku</w:t>
      </w:r>
      <w:proofErr w:type="spellEnd"/>
      <w:r w:rsidRPr="006F3F0F">
        <w:rPr>
          <w:sz w:val="24"/>
          <w:szCs w:val="24"/>
        </w:rPr>
        <w:t xml:space="preserve"> a </w:t>
      </w:r>
      <w:proofErr w:type="spellStart"/>
      <w:r w:rsidRPr="006F3F0F">
        <w:rPr>
          <w:sz w:val="24"/>
          <w:szCs w:val="24"/>
        </w:rPr>
        <w:t>pozorování</w:t>
      </w:r>
      <w:proofErr w:type="spellEnd"/>
      <w:r w:rsidRPr="006F3F0F">
        <w:rPr>
          <w:sz w:val="24"/>
          <w:szCs w:val="24"/>
        </w:rPr>
        <w:t>.</w:t>
      </w:r>
    </w:p>
    <w:p w14:paraId="457B1EBD" w14:textId="77777777" w:rsidR="001943B7" w:rsidRPr="006F3F0F" w:rsidRDefault="001943B7" w:rsidP="001943B7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Prožívat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Velikonoce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jako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svátky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jara</w:t>
      </w:r>
      <w:proofErr w:type="spellEnd"/>
      <w:r w:rsidRPr="006F3F0F">
        <w:rPr>
          <w:sz w:val="24"/>
          <w:szCs w:val="24"/>
        </w:rPr>
        <w:t xml:space="preserve"> a </w:t>
      </w:r>
      <w:proofErr w:type="spellStart"/>
      <w:r w:rsidRPr="006F3F0F">
        <w:rPr>
          <w:sz w:val="24"/>
          <w:szCs w:val="24"/>
        </w:rPr>
        <w:t>života</w:t>
      </w:r>
      <w:proofErr w:type="spellEnd"/>
      <w:r w:rsidRPr="006F3F0F">
        <w:rPr>
          <w:sz w:val="24"/>
          <w:szCs w:val="24"/>
        </w:rPr>
        <w:t>.</w:t>
      </w:r>
    </w:p>
    <w:p w14:paraId="1F571D37" w14:textId="77777777" w:rsidR="001943B7" w:rsidRPr="006F3F0F" w:rsidRDefault="001943B7" w:rsidP="001943B7">
      <w:pPr>
        <w:pStyle w:val="Nadpis3"/>
        <w:rPr>
          <w:sz w:val="24"/>
          <w:szCs w:val="24"/>
        </w:rPr>
      </w:pPr>
      <w:proofErr w:type="spellStart"/>
      <w:r w:rsidRPr="006F3F0F">
        <w:rPr>
          <w:sz w:val="24"/>
          <w:szCs w:val="24"/>
        </w:rPr>
        <w:t>Týdenní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podtémata</w:t>
      </w:r>
      <w:proofErr w:type="spellEnd"/>
    </w:p>
    <w:p w14:paraId="6C0897AD" w14:textId="77777777" w:rsidR="001943B7" w:rsidRPr="006F3F0F" w:rsidRDefault="001943B7" w:rsidP="001943B7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1. </w:t>
      </w:r>
      <w:proofErr w:type="spellStart"/>
      <w:r w:rsidRPr="006F3F0F">
        <w:rPr>
          <w:sz w:val="24"/>
          <w:szCs w:val="24"/>
        </w:rPr>
        <w:t>Jarní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probouzení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přírody</w:t>
      </w:r>
      <w:proofErr w:type="spellEnd"/>
    </w:p>
    <w:p w14:paraId="20AFB9BE" w14:textId="77777777" w:rsidR="001943B7" w:rsidRPr="006F3F0F" w:rsidRDefault="001943B7" w:rsidP="001943B7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2. </w:t>
      </w:r>
      <w:proofErr w:type="spellStart"/>
      <w:r w:rsidRPr="006F3F0F">
        <w:rPr>
          <w:sz w:val="24"/>
          <w:szCs w:val="24"/>
        </w:rPr>
        <w:t>Mládě</w:t>
      </w:r>
      <w:proofErr w:type="spellEnd"/>
      <w:r w:rsidRPr="006F3F0F">
        <w:rPr>
          <w:sz w:val="24"/>
          <w:szCs w:val="24"/>
        </w:rPr>
        <w:t xml:space="preserve"> se </w:t>
      </w:r>
      <w:proofErr w:type="spellStart"/>
      <w:r w:rsidRPr="006F3F0F">
        <w:rPr>
          <w:sz w:val="24"/>
          <w:szCs w:val="24"/>
        </w:rPr>
        <w:t>narodilo</w:t>
      </w:r>
      <w:proofErr w:type="spellEnd"/>
    </w:p>
    <w:p w14:paraId="10756519" w14:textId="77777777" w:rsidR="001943B7" w:rsidRPr="006F3F0F" w:rsidRDefault="001943B7" w:rsidP="001943B7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3. </w:t>
      </w:r>
      <w:proofErr w:type="spellStart"/>
      <w:r w:rsidRPr="006F3F0F">
        <w:rPr>
          <w:sz w:val="24"/>
          <w:szCs w:val="24"/>
        </w:rPr>
        <w:t>Velikonoční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veselí</w:t>
      </w:r>
      <w:proofErr w:type="spellEnd"/>
    </w:p>
    <w:p w14:paraId="02B436F8" w14:textId="77777777" w:rsidR="001943B7" w:rsidRPr="006F3F0F" w:rsidRDefault="001943B7" w:rsidP="001943B7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4. </w:t>
      </w:r>
      <w:proofErr w:type="spellStart"/>
      <w:r w:rsidRPr="006F3F0F">
        <w:rPr>
          <w:sz w:val="24"/>
          <w:szCs w:val="24"/>
        </w:rPr>
        <w:t>Hmyz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květiny</w:t>
      </w:r>
      <w:proofErr w:type="spellEnd"/>
      <w:r w:rsidRPr="006F3F0F">
        <w:rPr>
          <w:sz w:val="24"/>
          <w:szCs w:val="24"/>
        </w:rPr>
        <w:t xml:space="preserve"> a </w:t>
      </w:r>
      <w:proofErr w:type="spellStart"/>
      <w:r w:rsidRPr="006F3F0F">
        <w:rPr>
          <w:sz w:val="24"/>
          <w:szCs w:val="24"/>
        </w:rPr>
        <w:t>zahrada</w:t>
      </w:r>
      <w:proofErr w:type="spellEnd"/>
    </w:p>
    <w:p w14:paraId="56AD7520" w14:textId="77777777" w:rsidR="001943B7" w:rsidRPr="006F3F0F" w:rsidRDefault="001943B7" w:rsidP="001943B7">
      <w:pPr>
        <w:pStyle w:val="Nadpis3"/>
        <w:rPr>
          <w:sz w:val="24"/>
          <w:szCs w:val="24"/>
        </w:rPr>
      </w:pPr>
      <w:proofErr w:type="spellStart"/>
      <w:r w:rsidRPr="006F3F0F">
        <w:rPr>
          <w:sz w:val="24"/>
          <w:szCs w:val="24"/>
        </w:rPr>
        <w:t>Rozvoj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klíčových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kompetencí</w:t>
      </w:r>
      <w:proofErr w:type="spellEnd"/>
    </w:p>
    <w:p w14:paraId="57732CD6" w14:textId="77777777" w:rsidR="001943B7" w:rsidRPr="006F3F0F" w:rsidRDefault="001943B7" w:rsidP="001943B7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Kompetence</w:t>
      </w:r>
      <w:proofErr w:type="spellEnd"/>
      <w:r w:rsidRPr="006F3F0F">
        <w:rPr>
          <w:sz w:val="24"/>
          <w:szCs w:val="24"/>
        </w:rPr>
        <w:t xml:space="preserve"> k </w:t>
      </w:r>
      <w:proofErr w:type="spellStart"/>
      <w:r w:rsidRPr="006F3F0F">
        <w:rPr>
          <w:sz w:val="24"/>
          <w:szCs w:val="24"/>
        </w:rPr>
        <w:t>učení</w:t>
      </w:r>
      <w:proofErr w:type="spellEnd"/>
      <w:r w:rsidRPr="006F3F0F">
        <w:rPr>
          <w:sz w:val="24"/>
          <w:szCs w:val="24"/>
        </w:rPr>
        <w:t xml:space="preserve"> – </w:t>
      </w:r>
      <w:proofErr w:type="spellStart"/>
      <w:r w:rsidRPr="006F3F0F">
        <w:rPr>
          <w:sz w:val="24"/>
          <w:szCs w:val="24"/>
        </w:rPr>
        <w:t>pozorování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porovnávání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kladení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otázek</w:t>
      </w:r>
      <w:proofErr w:type="spellEnd"/>
      <w:r w:rsidRPr="006F3F0F">
        <w:rPr>
          <w:sz w:val="24"/>
          <w:szCs w:val="24"/>
        </w:rPr>
        <w:t>.</w:t>
      </w:r>
    </w:p>
    <w:p w14:paraId="788BE0E9" w14:textId="77777777" w:rsidR="001943B7" w:rsidRPr="006F3F0F" w:rsidRDefault="001943B7" w:rsidP="001943B7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Kompetence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pracovní</w:t>
      </w:r>
      <w:proofErr w:type="spellEnd"/>
      <w:r w:rsidRPr="006F3F0F">
        <w:rPr>
          <w:sz w:val="24"/>
          <w:szCs w:val="24"/>
        </w:rPr>
        <w:t xml:space="preserve"> – </w:t>
      </w:r>
      <w:proofErr w:type="spellStart"/>
      <w:r w:rsidRPr="006F3F0F">
        <w:rPr>
          <w:sz w:val="24"/>
          <w:szCs w:val="24"/>
        </w:rPr>
        <w:t>péče</w:t>
      </w:r>
      <w:proofErr w:type="spellEnd"/>
      <w:r w:rsidRPr="006F3F0F">
        <w:rPr>
          <w:sz w:val="24"/>
          <w:szCs w:val="24"/>
        </w:rPr>
        <w:t xml:space="preserve"> o </w:t>
      </w:r>
      <w:proofErr w:type="spellStart"/>
      <w:r w:rsidRPr="006F3F0F">
        <w:rPr>
          <w:sz w:val="24"/>
          <w:szCs w:val="24"/>
        </w:rPr>
        <w:t>záhon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tvoření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příprava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na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svátek</w:t>
      </w:r>
      <w:proofErr w:type="spellEnd"/>
      <w:r w:rsidRPr="006F3F0F">
        <w:rPr>
          <w:sz w:val="24"/>
          <w:szCs w:val="24"/>
        </w:rPr>
        <w:t>.</w:t>
      </w:r>
    </w:p>
    <w:p w14:paraId="29403C50" w14:textId="77777777" w:rsidR="001943B7" w:rsidRPr="006F3F0F" w:rsidRDefault="001943B7" w:rsidP="001943B7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Kompetence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sociální</w:t>
      </w:r>
      <w:proofErr w:type="spellEnd"/>
      <w:r w:rsidRPr="006F3F0F">
        <w:rPr>
          <w:sz w:val="24"/>
          <w:szCs w:val="24"/>
        </w:rPr>
        <w:t xml:space="preserve"> – </w:t>
      </w:r>
      <w:proofErr w:type="spellStart"/>
      <w:r w:rsidRPr="006F3F0F">
        <w:rPr>
          <w:sz w:val="24"/>
          <w:szCs w:val="24"/>
        </w:rPr>
        <w:t>spolupráce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při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aktivitách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vzájemná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pomoc</w:t>
      </w:r>
      <w:proofErr w:type="spellEnd"/>
      <w:r w:rsidRPr="006F3F0F">
        <w:rPr>
          <w:sz w:val="24"/>
          <w:szCs w:val="24"/>
        </w:rPr>
        <w:t>.</w:t>
      </w:r>
    </w:p>
    <w:p w14:paraId="205691AC" w14:textId="77777777" w:rsidR="001943B7" w:rsidRPr="006F3F0F" w:rsidRDefault="001943B7" w:rsidP="001943B7">
      <w:pPr>
        <w:pStyle w:val="Nadpis3"/>
        <w:rPr>
          <w:sz w:val="24"/>
          <w:szCs w:val="24"/>
        </w:rPr>
      </w:pPr>
      <w:proofErr w:type="spellStart"/>
      <w:r w:rsidRPr="006F3F0F">
        <w:rPr>
          <w:sz w:val="24"/>
          <w:szCs w:val="24"/>
        </w:rPr>
        <w:t>Propojení</w:t>
      </w:r>
      <w:proofErr w:type="spellEnd"/>
      <w:r w:rsidRPr="006F3F0F">
        <w:rPr>
          <w:sz w:val="24"/>
          <w:szCs w:val="24"/>
        </w:rPr>
        <w:t xml:space="preserve"> s </w:t>
      </w:r>
      <w:proofErr w:type="spellStart"/>
      <w:r w:rsidRPr="006F3F0F">
        <w:rPr>
          <w:sz w:val="24"/>
          <w:szCs w:val="24"/>
        </w:rPr>
        <w:t>oblastmi</w:t>
      </w:r>
      <w:proofErr w:type="spellEnd"/>
      <w:r w:rsidRPr="006F3F0F">
        <w:rPr>
          <w:sz w:val="24"/>
          <w:szCs w:val="24"/>
        </w:rPr>
        <w:t xml:space="preserve"> RVP PV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320"/>
        <w:gridCol w:w="4320"/>
      </w:tblGrid>
      <w:tr w:rsidR="001943B7" w:rsidRPr="006F3F0F" w14:paraId="48F7D37A" w14:textId="77777777" w:rsidTr="00860BE3">
        <w:tc>
          <w:tcPr>
            <w:tcW w:w="4320" w:type="dxa"/>
          </w:tcPr>
          <w:p w14:paraId="341F2756" w14:textId="77777777" w:rsidR="001943B7" w:rsidRPr="006F3F0F" w:rsidRDefault="001943B7" w:rsidP="00860BE3">
            <w:pPr>
              <w:rPr>
                <w:sz w:val="24"/>
                <w:szCs w:val="24"/>
              </w:rPr>
            </w:pPr>
            <w:r w:rsidRPr="006F3F0F">
              <w:rPr>
                <w:sz w:val="24"/>
                <w:szCs w:val="24"/>
              </w:rPr>
              <w:t>Oblast</w:t>
            </w:r>
          </w:p>
        </w:tc>
        <w:tc>
          <w:tcPr>
            <w:tcW w:w="4320" w:type="dxa"/>
          </w:tcPr>
          <w:p w14:paraId="2A34DC65" w14:textId="77777777" w:rsidR="001943B7" w:rsidRPr="006F3F0F" w:rsidRDefault="001943B7" w:rsidP="00860BE3">
            <w:pPr>
              <w:rPr>
                <w:sz w:val="24"/>
                <w:szCs w:val="24"/>
              </w:rPr>
            </w:pPr>
            <w:proofErr w:type="spellStart"/>
            <w:r w:rsidRPr="006F3F0F">
              <w:rPr>
                <w:sz w:val="24"/>
                <w:szCs w:val="24"/>
              </w:rPr>
              <w:t>Cíle</w:t>
            </w:r>
            <w:proofErr w:type="spellEnd"/>
            <w:r w:rsidRPr="006F3F0F">
              <w:rPr>
                <w:sz w:val="24"/>
                <w:szCs w:val="24"/>
              </w:rPr>
              <w:t xml:space="preserve"> a </w:t>
            </w:r>
            <w:proofErr w:type="spellStart"/>
            <w:r w:rsidRPr="006F3F0F">
              <w:rPr>
                <w:sz w:val="24"/>
                <w:szCs w:val="24"/>
              </w:rPr>
              <w:t>výstupy</w:t>
            </w:r>
            <w:proofErr w:type="spellEnd"/>
          </w:p>
        </w:tc>
      </w:tr>
      <w:tr w:rsidR="001943B7" w:rsidRPr="006F3F0F" w14:paraId="5A02FD47" w14:textId="77777777" w:rsidTr="00860BE3">
        <w:tc>
          <w:tcPr>
            <w:tcW w:w="4320" w:type="dxa"/>
          </w:tcPr>
          <w:p w14:paraId="6678BF6B" w14:textId="77777777" w:rsidR="001943B7" w:rsidRPr="006F3F0F" w:rsidRDefault="001943B7" w:rsidP="00860BE3">
            <w:pPr>
              <w:rPr>
                <w:sz w:val="24"/>
                <w:szCs w:val="24"/>
              </w:rPr>
            </w:pPr>
            <w:proofErr w:type="spellStart"/>
            <w:r w:rsidRPr="006F3F0F">
              <w:rPr>
                <w:sz w:val="24"/>
                <w:szCs w:val="24"/>
              </w:rPr>
              <w:t>Dítě</w:t>
            </w:r>
            <w:proofErr w:type="spellEnd"/>
            <w:r w:rsidRPr="006F3F0F">
              <w:rPr>
                <w:sz w:val="24"/>
                <w:szCs w:val="24"/>
              </w:rPr>
              <w:t xml:space="preserve"> a </w:t>
            </w:r>
            <w:proofErr w:type="spellStart"/>
            <w:r w:rsidRPr="006F3F0F">
              <w:rPr>
                <w:sz w:val="24"/>
                <w:szCs w:val="24"/>
              </w:rPr>
              <w:t>jeho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tělo</w:t>
            </w:r>
            <w:proofErr w:type="spellEnd"/>
          </w:p>
        </w:tc>
        <w:tc>
          <w:tcPr>
            <w:tcW w:w="4320" w:type="dxa"/>
          </w:tcPr>
          <w:p w14:paraId="41544C61" w14:textId="77777777" w:rsidR="001943B7" w:rsidRPr="006F3F0F" w:rsidRDefault="001943B7" w:rsidP="00860BE3">
            <w:pPr>
              <w:rPr>
                <w:sz w:val="24"/>
                <w:szCs w:val="24"/>
              </w:rPr>
            </w:pPr>
            <w:proofErr w:type="spellStart"/>
            <w:r w:rsidRPr="006F3F0F">
              <w:rPr>
                <w:sz w:val="24"/>
                <w:szCs w:val="24"/>
              </w:rPr>
              <w:t>Pohybuje</w:t>
            </w:r>
            <w:proofErr w:type="spellEnd"/>
            <w:r w:rsidRPr="006F3F0F">
              <w:rPr>
                <w:sz w:val="24"/>
                <w:szCs w:val="24"/>
              </w:rPr>
              <w:t xml:space="preserve"> se v </w:t>
            </w:r>
            <w:proofErr w:type="spellStart"/>
            <w:r w:rsidRPr="006F3F0F">
              <w:rPr>
                <w:sz w:val="24"/>
                <w:szCs w:val="24"/>
              </w:rPr>
              <w:t>přírodě</w:t>
            </w:r>
            <w:proofErr w:type="spellEnd"/>
            <w:r w:rsidRPr="006F3F0F">
              <w:rPr>
                <w:sz w:val="24"/>
                <w:szCs w:val="24"/>
              </w:rPr>
              <w:t xml:space="preserve">, </w:t>
            </w:r>
            <w:proofErr w:type="spellStart"/>
            <w:r w:rsidRPr="006F3F0F">
              <w:rPr>
                <w:sz w:val="24"/>
                <w:szCs w:val="24"/>
              </w:rPr>
              <w:t>pozoruje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živé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tvory</w:t>
            </w:r>
            <w:proofErr w:type="spellEnd"/>
            <w:r w:rsidRPr="006F3F0F">
              <w:rPr>
                <w:sz w:val="24"/>
                <w:szCs w:val="24"/>
              </w:rPr>
              <w:t xml:space="preserve">, </w:t>
            </w:r>
            <w:proofErr w:type="spellStart"/>
            <w:r w:rsidRPr="006F3F0F">
              <w:rPr>
                <w:sz w:val="24"/>
                <w:szCs w:val="24"/>
              </w:rPr>
              <w:t>stará</w:t>
            </w:r>
            <w:proofErr w:type="spellEnd"/>
            <w:r w:rsidRPr="006F3F0F">
              <w:rPr>
                <w:sz w:val="24"/>
                <w:szCs w:val="24"/>
              </w:rPr>
              <w:t xml:space="preserve"> se o </w:t>
            </w:r>
            <w:proofErr w:type="spellStart"/>
            <w:r w:rsidRPr="006F3F0F">
              <w:rPr>
                <w:sz w:val="24"/>
                <w:szCs w:val="24"/>
              </w:rPr>
              <w:t>záhonek</w:t>
            </w:r>
            <w:proofErr w:type="spellEnd"/>
            <w:r w:rsidRPr="006F3F0F">
              <w:rPr>
                <w:sz w:val="24"/>
                <w:szCs w:val="24"/>
              </w:rPr>
              <w:t>.</w:t>
            </w:r>
          </w:p>
        </w:tc>
      </w:tr>
      <w:tr w:rsidR="001943B7" w:rsidRPr="006F3F0F" w14:paraId="4DD85220" w14:textId="77777777" w:rsidTr="00860BE3">
        <w:tc>
          <w:tcPr>
            <w:tcW w:w="4320" w:type="dxa"/>
          </w:tcPr>
          <w:p w14:paraId="3FBB770B" w14:textId="77777777" w:rsidR="001943B7" w:rsidRPr="006F3F0F" w:rsidRDefault="001943B7" w:rsidP="00860BE3">
            <w:pPr>
              <w:rPr>
                <w:sz w:val="24"/>
                <w:szCs w:val="24"/>
              </w:rPr>
            </w:pPr>
            <w:proofErr w:type="spellStart"/>
            <w:r w:rsidRPr="006F3F0F">
              <w:rPr>
                <w:sz w:val="24"/>
                <w:szCs w:val="24"/>
              </w:rPr>
              <w:t>Dítě</w:t>
            </w:r>
            <w:proofErr w:type="spellEnd"/>
            <w:r w:rsidRPr="006F3F0F">
              <w:rPr>
                <w:sz w:val="24"/>
                <w:szCs w:val="24"/>
              </w:rPr>
              <w:t xml:space="preserve"> a </w:t>
            </w:r>
            <w:proofErr w:type="spellStart"/>
            <w:r w:rsidRPr="006F3F0F">
              <w:rPr>
                <w:sz w:val="24"/>
                <w:szCs w:val="24"/>
              </w:rPr>
              <w:t>jeho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psychika</w:t>
            </w:r>
            <w:proofErr w:type="spellEnd"/>
          </w:p>
        </w:tc>
        <w:tc>
          <w:tcPr>
            <w:tcW w:w="4320" w:type="dxa"/>
          </w:tcPr>
          <w:p w14:paraId="15D2AA34" w14:textId="77777777" w:rsidR="001943B7" w:rsidRPr="006F3F0F" w:rsidRDefault="001943B7" w:rsidP="00860BE3">
            <w:pPr>
              <w:rPr>
                <w:sz w:val="24"/>
                <w:szCs w:val="24"/>
              </w:rPr>
            </w:pPr>
            <w:proofErr w:type="spellStart"/>
            <w:r w:rsidRPr="006F3F0F">
              <w:rPr>
                <w:sz w:val="24"/>
                <w:szCs w:val="24"/>
              </w:rPr>
              <w:t>Zachycuje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změny</w:t>
            </w:r>
            <w:proofErr w:type="spellEnd"/>
            <w:r w:rsidRPr="006F3F0F">
              <w:rPr>
                <w:sz w:val="24"/>
                <w:szCs w:val="24"/>
              </w:rPr>
              <w:t xml:space="preserve"> v </w:t>
            </w:r>
            <w:proofErr w:type="spellStart"/>
            <w:r w:rsidRPr="006F3F0F">
              <w:rPr>
                <w:sz w:val="24"/>
                <w:szCs w:val="24"/>
              </w:rPr>
              <w:t>přírodě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výtvarně</w:t>
            </w:r>
            <w:proofErr w:type="spellEnd"/>
            <w:r w:rsidRPr="006F3F0F">
              <w:rPr>
                <w:sz w:val="24"/>
                <w:szCs w:val="24"/>
              </w:rPr>
              <w:t xml:space="preserve">, </w:t>
            </w:r>
            <w:proofErr w:type="spellStart"/>
            <w:r w:rsidRPr="006F3F0F">
              <w:rPr>
                <w:sz w:val="24"/>
                <w:szCs w:val="24"/>
              </w:rPr>
              <w:t>slovně</w:t>
            </w:r>
            <w:proofErr w:type="spellEnd"/>
            <w:r w:rsidRPr="006F3F0F">
              <w:rPr>
                <w:sz w:val="24"/>
                <w:szCs w:val="24"/>
              </w:rPr>
              <w:t xml:space="preserve">, </w:t>
            </w:r>
            <w:proofErr w:type="spellStart"/>
            <w:r w:rsidRPr="006F3F0F">
              <w:rPr>
                <w:sz w:val="24"/>
                <w:szCs w:val="24"/>
              </w:rPr>
              <w:t>pohybem</w:t>
            </w:r>
            <w:proofErr w:type="spellEnd"/>
            <w:r w:rsidRPr="006F3F0F">
              <w:rPr>
                <w:sz w:val="24"/>
                <w:szCs w:val="24"/>
              </w:rPr>
              <w:t>.</w:t>
            </w:r>
          </w:p>
        </w:tc>
      </w:tr>
      <w:tr w:rsidR="001943B7" w:rsidRPr="006F3F0F" w14:paraId="50D02DA4" w14:textId="77777777" w:rsidTr="00860BE3">
        <w:tc>
          <w:tcPr>
            <w:tcW w:w="4320" w:type="dxa"/>
          </w:tcPr>
          <w:p w14:paraId="7ED3692B" w14:textId="77777777" w:rsidR="001943B7" w:rsidRPr="006F3F0F" w:rsidRDefault="001943B7" w:rsidP="00860BE3">
            <w:pPr>
              <w:rPr>
                <w:sz w:val="24"/>
                <w:szCs w:val="24"/>
              </w:rPr>
            </w:pPr>
            <w:proofErr w:type="spellStart"/>
            <w:r w:rsidRPr="006F3F0F">
              <w:rPr>
                <w:sz w:val="24"/>
                <w:szCs w:val="24"/>
              </w:rPr>
              <w:lastRenderedPageBreak/>
              <w:t>Dítě</w:t>
            </w:r>
            <w:proofErr w:type="spellEnd"/>
            <w:r w:rsidRPr="006F3F0F">
              <w:rPr>
                <w:sz w:val="24"/>
                <w:szCs w:val="24"/>
              </w:rPr>
              <w:t xml:space="preserve"> a ten </w:t>
            </w:r>
            <w:proofErr w:type="spellStart"/>
            <w:r w:rsidRPr="006F3F0F">
              <w:rPr>
                <w:sz w:val="24"/>
                <w:szCs w:val="24"/>
              </w:rPr>
              <w:t>druhý</w:t>
            </w:r>
            <w:proofErr w:type="spellEnd"/>
          </w:p>
        </w:tc>
        <w:tc>
          <w:tcPr>
            <w:tcW w:w="4320" w:type="dxa"/>
          </w:tcPr>
          <w:p w14:paraId="0F7684C5" w14:textId="77777777" w:rsidR="001943B7" w:rsidRPr="006F3F0F" w:rsidRDefault="001943B7" w:rsidP="00860BE3">
            <w:pPr>
              <w:rPr>
                <w:sz w:val="24"/>
                <w:szCs w:val="24"/>
              </w:rPr>
            </w:pPr>
            <w:proofErr w:type="spellStart"/>
            <w:r w:rsidRPr="006F3F0F">
              <w:rPr>
                <w:sz w:val="24"/>
                <w:szCs w:val="24"/>
              </w:rPr>
              <w:t>Respektuje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ostatní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při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tvořivé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činnosti</w:t>
            </w:r>
            <w:proofErr w:type="spellEnd"/>
            <w:r w:rsidRPr="006F3F0F">
              <w:rPr>
                <w:sz w:val="24"/>
                <w:szCs w:val="24"/>
              </w:rPr>
              <w:t xml:space="preserve">, </w:t>
            </w:r>
            <w:proofErr w:type="spellStart"/>
            <w:r w:rsidRPr="006F3F0F">
              <w:rPr>
                <w:sz w:val="24"/>
                <w:szCs w:val="24"/>
              </w:rPr>
              <w:t>spolupracuje</w:t>
            </w:r>
            <w:proofErr w:type="spellEnd"/>
            <w:r w:rsidRPr="006F3F0F">
              <w:rPr>
                <w:sz w:val="24"/>
                <w:szCs w:val="24"/>
              </w:rPr>
              <w:t>.</w:t>
            </w:r>
          </w:p>
        </w:tc>
      </w:tr>
      <w:tr w:rsidR="001943B7" w:rsidRPr="006F3F0F" w14:paraId="4BE23670" w14:textId="77777777" w:rsidTr="00860BE3">
        <w:tc>
          <w:tcPr>
            <w:tcW w:w="4320" w:type="dxa"/>
          </w:tcPr>
          <w:p w14:paraId="5D73CFA2" w14:textId="77777777" w:rsidR="001943B7" w:rsidRPr="006F3F0F" w:rsidRDefault="001943B7" w:rsidP="00860BE3">
            <w:pPr>
              <w:rPr>
                <w:sz w:val="24"/>
                <w:szCs w:val="24"/>
              </w:rPr>
            </w:pPr>
            <w:proofErr w:type="spellStart"/>
            <w:r w:rsidRPr="006F3F0F">
              <w:rPr>
                <w:sz w:val="24"/>
                <w:szCs w:val="24"/>
              </w:rPr>
              <w:t>Dítě</w:t>
            </w:r>
            <w:proofErr w:type="spellEnd"/>
            <w:r w:rsidRPr="006F3F0F">
              <w:rPr>
                <w:sz w:val="24"/>
                <w:szCs w:val="24"/>
              </w:rPr>
              <w:t xml:space="preserve"> a </w:t>
            </w:r>
            <w:proofErr w:type="spellStart"/>
            <w:r w:rsidRPr="006F3F0F">
              <w:rPr>
                <w:sz w:val="24"/>
                <w:szCs w:val="24"/>
              </w:rPr>
              <w:t>společnost</w:t>
            </w:r>
            <w:proofErr w:type="spellEnd"/>
          </w:p>
        </w:tc>
        <w:tc>
          <w:tcPr>
            <w:tcW w:w="4320" w:type="dxa"/>
          </w:tcPr>
          <w:p w14:paraId="3EF158A3" w14:textId="77777777" w:rsidR="001943B7" w:rsidRPr="006F3F0F" w:rsidRDefault="001943B7" w:rsidP="00860BE3">
            <w:pPr>
              <w:rPr>
                <w:sz w:val="24"/>
                <w:szCs w:val="24"/>
              </w:rPr>
            </w:pPr>
            <w:proofErr w:type="spellStart"/>
            <w:r w:rsidRPr="006F3F0F">
              <w:rPr>
                <w:sz w:val="24"/>
                <w:szCs w:val="24"/>
              </w:rPr>
              <w:t>Poznává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kulturní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zvyky</w:t>
            </w:r>
            <w:proofErr w:type="spellEnd"/>
            <w:r w:rsidRPr="006F3F0F">
              <w:rPr>
                <w:sz w:val="24"/>
                <w:szCs w:val="24"/>
              </w:rPr>
              <w:t xml:space="preserve"> a </w:t>
            </w:r>
            <w:proofErr w:type="spellStart"/>
            <w:r w:rsidRPr="006F3F0F">
              <w:rPr>
                <w:sz w:val="24"/>
                <w:szCs w:val="24"/>
              </w:rPr>
              <w:t>tradice</w:t>
            </w:r>
            <w:proofErr w:type="spellEnd"/>
            <w:r w:rsidRPr="006F3F0F">
              <w:rPr>
                <w:sz w:val="24"/>
                <w:szCs w:val="24"/>
              </w:rPr>
              <w:t xml:space="preserve"> (</w:t>
            </w:r>
            <w:proofErr w:type="spellStart"/>
            <w:r w:rsidRPr="006F3F0F">
              <w:rPr>
                <w:sz w:val="24"/>
                <w:szCs w:val="24"/>
              </w:rPr>
              <w:t>Velikonoce</w:t>
            </w:r>
            <w:proofErr w:type="spellEnd"/>
            <w:r w:rsidRPr="006F3F0F">
              <w:rPr>
                <w:sz w:val="24"/>
                <w:szCs w:val="24"/>
              </w:rPr>
              <w:t>).</w:t>
            </w:r>
          </w:p>
        </w:tc>
      </w:tr>
      <w:tr w:rsidR="001943B7" w:rsidRPr="006F3F0F" w14:paraId="381D5F8E" w14:textId="77777777" w:rsidTr="00860BE3">
        <w:tc>
          <w:tcPr>
            <w:tcW w:w="4320" w:type="dxa"/>
          </w:tcPr>
          <w:p w14:paraId="404F3CA1" w14:textId="77777777" w:rsidR="001943B7" w:rsidRPr="006F3F0F" w:rsidRDefault="001943B7" w:rsidP="00860BE3">
            <w:pPr>
              <w:rPr>
                <w:sz w:val="24"/>
                <w:szCs w:val="24"/>
              </w:rPr>
            </w:pPr>
            <w:proofErr w:type="spellStart"/>
            <w:r w:rsidRPr="006F3F0F">
              <w:rPr>
                <w:sz w:val="24"/>
                <w:szCs w:val="24"/>
              </w:rPr>
              <w:t>Dítě</w:t>
            </w:r>
            <w:proofErr w:type="spellEnd"/>
            <w:r w:rsidRPr="006F3F0F">
              <w:rPr>
                <w:sz w:val="24"/>
                <w:szCs w:val="24"/>
              </w:rPr>
              <w:t xml:space="preserve"> a </w:t>
            </w:r>
            <w:proofErr w:type="spellStart"/>
            <w:r w:rsidRPr="006F3F0F">
              <w:rPr>
                <w:sz w:val="24"/>
                <w:szCs w:val="24"/>
              </w:rPr>
              <w:t>svět</w:t>
            </w:r>
            <w:proofErr w:type="spellEnd"/>
          </w:p>
        </w:tc>
        <w:tc>
          <w:tcPr>
            <w:tcW w:w="4320" w:type="dxa"/>
          </w:tcPr>
          <w:p w14:paraId="3AD5D371" w14:textId="77777777" w:rsidR="001943B7" w:rsidRPr="006F3F0F" w:rsidRDefault="001943B7" w:rsidP="00860BE3">
            <w:pPr>
              <w:rPr>
                <w:sz w:val="24"/>
                <w:szCs w:val="24"/>
              </w:rPr>
            </w:pPr>
            <w:proofErr w:type="spellStart"/>
            <w:r w:rsidRPr="006F3F0F">
              <w:rPr>
                <w:sz w:val="24"/>
                <w:szCs w:val="24"/>
              </w:rPr>
              <w:t>Vnímá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přírodní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cykly</w:t>
            </w:r>
            <w:proofErr w:type="spellEnd"/>
            <w:r w:rsidRPr="006F3F0F">
              <w:rPr>
                <w:sz w:val="24"/>
                <w:szCs w:val="24"/>
              </w:rPr>
              <w:t xml:space="preserve">, </w:t>
            </w:r>
            <w:proofErr w:type="spellStart"/>
            <w:r w:rsidRPr="006F3F0F">
              <w:rPr>
                <w:sz w:val="24"/>
                <w:szCs w:val="24"/>
              </w:rPr>
              <w:t>pozoruje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život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kolem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sebe</w:t>
            </w:r>
            <w:proofErr w:type="spellEnd"/>
            <w:r w:rsidRPr="006F3F0F">
              <w:rPr>
                <w:sz w:val="24"/>
                <w:szCs w:val="24"/>
              </w:rPr>
              <w:t>.</w:t>
            </w:r>
          </w:p>
        </w:tc>
      </w:tr>
    </w:tbl>
    <w:p w14:paraId="59E7ABB1" w14:textId="77777777" w:rsidR="001943B7" w:rsidRPr="006F3F0F" w:rsidRDefault="001943B7" w:rsidP="001943B7">
      <w:pPr>
        <w:rPr>
          <w:sz w:val="24"/>
          <w:szCs w:val="24"/>
        </w:rPr>
      </w:pPr>
    </w:p>
    <w:p w14:paraId="27B28EBA" w14:textId="77777777" w:rsidR="001943B7" w:rsidRPr="006F3F0F" w:rsidRDefault="001943B7" w:rsidP="001943B7">
      <w:pPr>
        <w:pStyle w:val="Nadpis3"/>
        <w:rPr>
          <w:sz w:val="24"/>
          <w:szCs w:val="24"/>
        </w:rPr>
      </w:pPr>
      <w:proofErr w:type="spellStart"/>
      <w:r w:rsidRPr="006F3F0F">
        <w:rPr>
          <w:sz w:val="24"/>
          <w:szCs w:val="24"/>
        </w:rPr>
        <w:t>Návrhy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činností</w:t>
      </w:r>
      <w:proofErr w:type="spellEnd"/>
    </w:p>
    <w:p w14:paraId="081A3EDB" w14:textId="77777777" w:rsidR="001943B7" w:rsidRPr="006F3F0F" w:rsidRDefault="001943B7" w:rsidP="001943B7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Výtvarné</w:t>
      </w:r>
      <w:proofErr w:type="spellEnd"/>
      <w:r w:rsidRPr="006F3F0F">
        <w:rPr>
          <w:sz w:val="24"/>
          <w:szCs w:val="24"/>
        </w:rPr>
        <w:t xml:space="preserve">: </w:t>
      </w:r>
      <w:proofErr w:type="spellStart"/>
      <w:r w:rsidRPr="006F3F0F">
        <w:rPr>
          <w:sz w:val="24"/>
          <w:szCs w:val="24"/>
        </w:rPr>
        <w:t>výroba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velikonočních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dekorací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kresba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mláďat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květin</w:t>
      </w:r>
      <w:proofErr w:type="spellEnd"/>
      <w:r w:rsidRPr="006F3F0F">
        <w:rPr>
          <w:sz w:val="24"/>
          <w:szCs w:val="24"/>
        </w:rPr>
        <w:t>.</w:t>
      </w:r>
    </w:p>
    <w:p w14:paraId="71E9FD65" w14:textId="77777777" w:rsidR="001943B7" w:rsidRPr="006F3F0F" w:rsidRDefault="001943B7" w:rsidP="001943B7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Pohybové</w:t>
      </w:r>
      <w:proofErr w:type="spellEnd"/>
      <w:r w:rsidRPr="006F3F0F">
        <w:rPr>
          <w:sz w:val="24"/>
          <w:szCs w:val="24"/>
        </w:rPr>
        <w:t xml:space="preserve">: </w:t>
      </w:r>
      <w:proofErr w:type="spellStart"/>
      <w:r w:rsidRPr="006F3F0F">
        <w:rPr>
          <w:sz w:val="24"/>
          <w:szCs w:val="24"/>
        </w:rPr>
        <w:t>jarní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rozcvička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pohyb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podle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zvířecích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pohybů</w:t>
      </w:r>
      <w:proofErr w:type="spellEnd"/>
      <w:r w:rsidRPr="006F3F0F">
        <w:rPr>
          <w:sz w:val="24"/>
          <w:szCs w:val="24"/>
        </w:rPr>
        <w:t>.</w:t>
      </w:r>
    </w:p>
    <w:p w14:paraId="38AB017B" w14:textId="77777777" w:rsidR="001943B7" w:rsidRPr="006F3F0F" w:rsidRDefault="001943B7" w:rsidP="001943B7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Hudební</w:t>
      </w:r>
      <w:proofErr w:type="spellEnd"/>
      <w:r w:rsidRPr="006F3F0F">
        <w:rPr>
          <w:sz w:val="24"/>
          <w:szCs w:val="24"/>
        </w:rPr>
        <w:t xml:space="preserve">: </w:t>
      </w:r>
      <w:proofErr w:type="spellStart"/>
      <w:r w:rsidRPr="006F3F0F">
        <w:rPr>
          <w:sz w:val="24"/>
          <w:szCs w:val="24"/>
        </w:rPr>
        <w:t>písničky</w:t>
      </w:r>
      <w:proofErr w:type="spellEnd"/>
      <w:r w:rsidRPr="006F3F0F">
        <w:rPr>
          <w:sz w:val="24"/>
          <w:szCs w:val="24"/>
        </w:rPr>
        <w:t xml:space="preserve"> o </w:t>
      </w:r>
      <w:proofErr w:type="spellStart"/>
      <w:r w:rsidRPr="006F3F0F">
        <w:rPr>
          <w:sz w:val="24"/>
          <w:szCs w:val="24"/>
        </w:rPr>
        <w:t>jaru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mláďatech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velikonočních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zvycích</w:t>
      </w:r>
      <w:proofErr w:type="spellEnd"/>
      <w:r w:rsidRPr="006F3F0F">
        <w:rPr>
          <w:sz w:val="24"/>
          <w:szCs w:val="24"/>
        </w:rPr>
        <w:t>.</w:t>
      </w:r>
    </w:p>
    <w:p w14:paraId="136493D8" w14:textId="77777777" w:rsidR="001943B7" w:rsidRPr="006F3F0F" w:rsidRDefault="001943B7" w:rsidP="001943B7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Jazykové</w:t>
      </w:r>
      <w:proofErr w:type="spellEnd"/>
      <w:r w:rsidRPr="006F3F0F">
        <w:rPr>
          <w:sz w:val="24"/>
          <w:szCs w:val="24"/>
        </w:rPr>
        <w:t xml:space="preserve">: </w:t>
      </w:r>
      <w:proofErr w:type="spellStart"/>
      <w:r w:rsidRPr="006F3F0F">
        <w:rPr>
          <w:sz w:val="24"/>
          <w:szCs w:val="24"/>
        </w:rPr>
        <w:t>říkadla</w:t>
      </w:r>
      <w:proofErr w:type="spellEnd"/>
      <w:r w:rsidRPr="006F3F0F">
        <w:rPr>
          <w:sz w:val="24"/>
          <w:szCs w:val="24"/>
        </w:rPr>
        <w:t xml:space="preserve"> a </w:t>
      </w:r>
      <w:proofErr w:type="spellStart"/>
      <w:r w:rsidRPr="006F3F0F">
        <w:rPr>
          <w:sz w:val="24"/>
          <w:szCs w:val="24"/>
        </w:rPr>
        <w:t>hádanky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jarní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příběhy</w:t>
      </w:r>
      <w:proofErr w:type="spellEnd"/>
      <w:r w:rsidRPr="006F3F0F">
        <w:rPr>
          <w:sz w:val="24"/>
          <w:szCs w:val="24"/>
        </w:rPr>
        <w:t xml:space="preserve"> a </w:t>
      </w:r>
      <w:proofErr w:type="spellStart"/>
      <w:r w:rsidRPr="006F3F0F">
        <w:rPr>
          <w:sz w:val="24"/>
          <w:szCs w:val="24"/>
        </w:rPr>
        <w:t>básničky</w:t>
      </w:r>
      <w:proofErr w:type="spellEnd"/>
      <w:r w:rsidRPr="006F3F0F">
        <w:rPr>
          <w:sz w:val="24"/>
          <w:szCs w:val="24"/>
        </w:rPr>
        <w:t>.</w:t>
      </w:r>
    </w:p>
    <w:p w14:paraId="148875E0" w14:textId="77777777" w:rsidR="001943B7" w:rsidRPr="006F3F0F" w:rsidRDefault="001943B7" w:rsidP="001943B7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Pokusy</w:t>
      </w:r>
      <w:proofErr w:type="spellEnd"/>
      <w:r w:rsidRPr="006F3F0F">
        <w:rPr>
          <w:sz w:val="24"/>
          <w:szCs w:val="24"/>
        </w:rPr>
        <w:t xml:space="preserve">: </w:t>
      </w:r>
      <w:proofErr w:type="spellStart"/>
      <w:r w:rsidRPr="006F3F0F">
        <w:rPr>
          <w:sz w:val="24"/>
          <w:szCs w:val="24"/>
        </w:rPr>
        <w:t>klíčení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řeřichy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zkoumání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květin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bludiště</w:t>
      </w:r>
      <w:proofErr w:type="spellEnd"/>
      <w:r w:rsidRPr="006F3F0F">
        <w:rPr>
          <w:sz w:val="24"/>
          <w:szCs w:val="24"/>
        </w:rPr>
        <w:t xml:space="preserve"> pro </w:t>
      </w:r>
      <w:proofErr w:type="spellStart"/>
      <w:r w:rsidRPr="006F3F0F">
        <w:rPr>
          <w:sz w:val="24"/>
          <w:szCs w:val="24"/>
        </w:rPr>
        <w:t>berušku</w:t>
      </w:r>
      <w:proofErr w:type="spellEnd"/>
      <w:r w:rsidRPr="006F3F0F">
        <w:rPr>
          <w:sz w:val="24"/>
          <w:szCs w:val="24"/>
        </w:rPr>
        <w:t>.</w:t>
      </w:r>
    </w:p>
    <w:p w14:paraId="521ED2E3" w14:textId="77777777" w:rsidR="001943B7" w:rsidRPr="006F3F0F" w:rsidRDefault="001943B7" w:rsidP="001943B7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Společné</w:t>
      </w:r>
      <w:proofErr w:type="spellEnd"/>
      <w:r w:rsidRPr="006F3F0F">
        <w:rPr>
          <w:sz w:val="24"/>
          <w:szCs w:val="24"/>
        </w:rPr>
        <w:t xml:space="preserve">: </w:t>
      </w:r>
      <w:proofErr w:type="spellStart"/>
      <w:r w:rsidRPr="006F3F0F">
        <w:rPr>
          <w:sz w:val="24"/>
          <w:szCs w:val="24"/>
        </w:rPr>
        <w:t>zdobení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třídy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na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Velikonoce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výsadba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úklid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okolí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školky</w:t>
      </w:r>
      <w:proofErr w:type="spellEnd"/>
      <w:r w:rsidRPr="006F3F0F">
        <w:rPr>
          <w:sz w:val="24"/>
          <w:szCs w:val="24"/>
        </w:rPr>
        <w:t>.</w:t>
      </w:r>
    </w:p>
    <w:p w14:paraId="038D375E" w14:textId="77777777" w:rsidR="001943B7" w:rsidRPr="006F3F0F" w:rsidRDefault="001943B7" w:rsidP="001943B7">
      <w:pPr>
        <w:pStyle w:val="Nadpis3"/>
        <w:rPr>
          <w:sz w:val="24"/>
          <w:szCs w:val="24"/>
        </w:rPr>
      </w:pPr>
      <w:r w:rsidRPr="006F3F0F">
        <w:rPr>
          <w:sz w:val="24"/>
          <w:szCs w:val="24"/>
        </w:rPr>
        <w:t xml:space="preserve">Mini </w:t>
      </w:r>
      <w:proofErr w:type="spellStart"/>
      <w:proofErr w:type="gramStart"/>
      <w:r w:rsidRPr="006F3F0F">
        <w:rPr>
          <w:sz w:val="24"/>
          <w:szCs w:val="24"/>
        </w:rPr>
        <w:t>projekty</w:t>
      </w:r>
      <w:proofErr w:type="spellEnd"/>
      <w:proofErr w:type="gramEnd"/>
      <w:r w:rsidRPr="006F3F0F">
        <w:rPr>
          <w:sz w:val="24"/>
          <w:szCs w:val="24"/>
        </w:rPr>
        <w:t xml:space="preserve"> a </w:t>
      </w:r>
      <w:proofErr w:type="spellStart"/>
      <w:r w:rsidRPr="006F3F0F">
        <w:rPr>
          <w:sz w:val="24"/>
          <w:szCs w:val="24"/>
        </w:rPr>
        <w:t>slavnosti</w:t>
      </w:r>
      <w:proofErr w:type="spellEnd"/>
    </w:p>
    <w:p w14:paraId="5B91D003" w14:textId="77777777" w:rsidR="001943B7" w:rsidRPr="006F3F0F" w:rsidRDefault="001943B7" w:rsidP="001943B7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Velikonoční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dílna</w:t>
      </w:r>
      <w:proofErr w:type="spellEnd"/>
      <w:r w:rsidRPr="006F3F0F">
        <w:rPr>
          <w:sz w:val="24"/>
          <w:szCs w:val="24"/>
        </w:rPr>
        <w:t xml:space="preserve"> – s </w:t>
      </w:r>
      <w:proofErr w:type="spellStart"/>
      <w:r w:rsidRPr="006F3F0F">
        <w:rPr>
          <w:sz w:val="24"/>
          <w:szCs w:val="24"/>
        </w:rPr>
        <w:t>rodiči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nebo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dětmi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navzájem</w:t>
      </w:r>
      <w:proofErr w:type="spellEnd"/>
      <w:r w:rsidRPr="006F3F0F">
        <w:rPr>
          <w:sz w:val="24"/>
          <w:szCs w:val="24"/>
        </w:rPr>
        <w:t>.</w:t>
      </w:r>
    </w:p>
    <w:p w14:paraId="03E5EC25" w14:textId="77777777" w:rsidR="001943B7" w:rsidRPr="006F3F0F" w:rsidRDefault="001943B7" w:rsidP="001943B7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Den </w:t>
      </w:r>
      <w:proofErr w:type="spellStart"/>
      <w:r w:rsidRPr="006F3F0F">
        <w:rPr>
          <w:sz w:val="24"/>
          <w:szCs w:val="24"/>
        </w:rPr>
        <w:t>mláďat</w:t>
      </w:r>
      <w:proofErr w:type="spellEnd"/>
      <w:r w:rsidRPr="006F3F0F">
        <w:rPr>
          <w:sz w:val="24"/>
          <w:szCs w:val="24"/>
        </w:rPr>
        <w:t xml:space="preserve"> – </w:t>
      </w:r>
      <w:proofErr w:type="spellStart"/>
      <w:r w:rsidRPr="006F3F0F">
        <w:rPr>
          <w:sz w:val="24"/>
          <w:szCs w:val="24"/>
        </w:rPr>
        <w:t>plyšákový</w:t>
      </w:r>
      <w:proofErr w:type="spellEnd"/>
      <w:r w:rsidRPr="006F3F0F">
        <w:rPr>
          <w:sz w:val="24"/>
          <w:szCs w:val="24"/>
        </w:rPr>
        <w:t xml:space="preserve"> den s </w:t>
      </w:r>
      <w:proofErr w:type="spellStart"/>
      <w:r w:rsidRPr="006F3F0F">
        <w:rPr>
          <w:sz w:val="24"/>
          <w:szCs w:val="24"/>
        </w:rPr>
        <w:t>vyprávěním</w:t>
      </w:r>
      <w:proofErr w:type="spellEnd"/>
      <w:r w:rsidRPr="006F3F0F">
        <w:rPr>
          <w:sz w:val="24"/>
          <w:szCs w:val="24"/>
        </w:rPr>
        <w:t>.</w:t>
      </w:r>
    </w:p>
    <w:p w14:paraId="26A0EDE2" w14:textId="77777777" w:rsidR="001943B7" w:rsidRPr="006F3F0F" w:rsidRDefault="001943B7" w:rsidP="001943B7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Zahradnický</w:t>
      </w:r>
      <w:proofErr w:type="spellEnd"/>
      <w:r w:rsidRPr="006F3F0F">
        <w:rPr>
          <w:sz w:val="24"/>
          <w:szCs w:val="24"/>
        </w:rPr>
        <w:t xml:space="preserve"> den – </w:t>
      </w:r>
      <w:proofErr w:type="spellStart"/>
      <w:r w:rsidRPr="006F3F0F">
        <w:rPr>
          <w:sz w:val="24"/>
          <w:szCs w:val="24"/>
        </w:rPr>
        <w:t>sázení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květin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bylinek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úprava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záhonku</w:t>
      </w:r>
      <w:proofErr w:type="spellEnd"/>
      <w:r w:rsidRPr="006F3F0F">
        <w:rPr>
          <w:sz w:val="24"/>
          <w:szCs w:val="24"/>
        </w:rPr>
        <w:t>.</w:t>
      </w:r>
    </w:p>
    <w:p w14:paraId="06D2B18D" w14:textId="77777777" w:rsidR="001943B7" w:rsidRPr="006F3F0F" w:rsidRDefault="001943B7" w:rsidP="001943B7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Výstava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jarních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prací</w:t>
      </w:r>
      <w:proofErr w:type="spellEnd"/>
      <w:r w:rsidRPr="006F3F0F">
        <w:rPr>
          <w:sz w:val="24"/>
          <w:szCs w:val="24"/>
        </w:rPr>
        <w:t xml:space="preserve"> – </w:t>
      </w:r>
      <w:proofErr w:type="spellStart"/>
      <w:r w:rsidRPr="006F3F0F">
        <w:rPr>
          <w:sz w:val="24"/>
          <w:szCs w:val="24"/>
        </w:rPr>
        <w:t>obrázky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květiny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fotografie</w:t>
      </w:r>
      <w:proofErr w:type="spellEnd"/>
      <w:r w:rsidRPr="006F3F0F">
        <w:rPr>
          <w:sz w:val="24"/>
          <w:szCs w:val="24"/>
        </w:rPr>
        <w:t>.</w:t>
      </w:r>
    </w:p>
    <w:p w14:paraId="24790E2C" w14:textId="77777777" w:rsidR="001943B7" w:rsidRPr="006F3F0F" w:rsidRDefault="001943B7" w:rsidP="001943B7">
      <w:pPr>
        <w:rPr>
          <w:sz w:val="24"/>
          <w:szCs w:val="24"/>
        </w:rPr>
      </w:pPr>
    </w:p>
    <w:p w14:paraId="1062F5D9" w14:textId="77777777" w:rsidR="00A70B15" w:rsidRPr="00306AAC" w:rsidRDefault="00A70B15" w:rsidP="00A70B15">
      <w:pPr>
        <w:pStyle w:val="Nadpis2"/>
        <w:rPr>
          <w:sz w:val="36"/>
          <w:szCs w:val="36"/>
        </w:rPr>
      </w:pPr>
      <w:proofErr w:type="spellStart"/>
      <w:r w:rsidRPr="00306AAC">
        <w:rPr>
          <w:sz w:val="36"/>
          <w:szCs w:val="36"/>
        </w:rPr>
        <w:t>Květen</w:t>
      </w:r>
      <w:proofErr w:type="spellEnd"/>
      <w:r w:rsidRPr="00306AAC">
        <w:rPr>
          <w:sz w:val="36"/>
          <w:szCs w:val="36"/>
        </w:rPr>
        <w:t xml:space="preserve"> – Rodina a </w:t>
      </w:r>
      <w:proofErr w:type="spellStart"/>
      <w:r w:rsidRPr="00306AAC">
        <w:rPr>
          <w:sz w:val="36"/>
          <w:szCs w:val="36"/>
        </w:rPr>
        <w:t>přátelství</w:t>
      </w:r>
      <w:proofErr w:type="spellEnd"/>
    </w:p>
    <w:p w14:paraId="68C5593B" w14:textId="77777777" w:rsidR="00A70B15" w:rsidRPr="006F3F0F" w:rsidRDefault="00A70B15" w:rsidP="00A70B15">
      <w:pPr>
        <w:pStyle w:val="Nadpis3"/>
        <w:rPr>
          <w:sz w:val="24"/>
          <w:szCs w:val="24"/>
        </w:rPr>
      </w:pPr>
      <w:proofErr w:type="spellStart"/>
      <w:r w:rsidRPr="006F3F0F">
        <w:rPr>
          <w:sz w:val="24"/>
          <w:szCs w:val="24"/>
        </w:rPr>
        <w:t>Hlavní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cíle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měsíce</w:t>
      </w:r>
      <w:proofErr w:type="spellEnd"/>
    </w:p>
    <w:p w14:paraId="75FD1B66" w14:textId="77777777" w:rsidR="00A70B15" w:rsidRPr="006F3F0F" w:rsidRDefault="00A70B15" w:rsidP="00A70B15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Uvědomovat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si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význam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rodiny</w:t>
      </w:r>
      <w:proofErr w:type="spellEnd"/>
      <w:r w:rsidRPr="006F3F0F">
        <w:rPr>
          <w:sz w:val="24"/>
          <w:szCs w:val="24"/>
        </w:rPr>
        <w:t xml:space="preserve"> a </w:t>
      </w:r>
      <w:proofErr w:type="spellStart"/>
      <w:r w:rsidRPr="006F3F0F">
        <w:rPr>
          <w:sz w:val="24"/>
          <w:szCs w:val="24"/>
        </w:rPr>
        <w:t>mezilidských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vztahů</w:t>
      </w:r>
      <w:proofErr w:type="spellEnd"/>
      <w:r w:rsidRPr="006F3F0F">
        <w:rPr>
          <w:sz w:val="24"/>
          <w:szCs w:val="24"/>
        </w:rPr>
        <w:t>.</w:t>
      </w:r>
    </w:p>
    <w:p w14:paraId="0A1118A3" w14:textId="77777777" w:rsidR="00A70B15" w:rsidRPr="006F3F0F" w:rsidRDefault="00A70B15" w:rsidP="00A70B15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Podporovat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rozvoj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empatie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přátelství</w:t>
      </w:r>
      <w:proofErr w:type="spellEnd"/>
      <w:r w:rsidRPr="006F3F0F">
        <w:rPr>
          <w:sz w:val="24"/>
          <w:szCs w:val="24"/>
        </w:rPr>
        <w:t xml:space="preserve"> a </w:t>
      </w:r>
      <w:proofErr w:type="spellStart"/>
      <w:r w:rsidRPr="006F3F0F">
        <w:rPr>
          <w:sz w:val="24"/>
          <w:szCs w:val="24"/>
        </w:rPr>
        <w:t>vzájemné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pomoci</w:t>
      </w:r>
      <w:proofErr w:type="spellEnd"/>
      <w:r w:rsidRPr="006F3F0F">
        <w:rPr>
          <w:sz w:val="24"/>
          <w:szCs w:val="24"/>
        </w:rPr>
        <w:t>.</w:t>
      </w:r>
    </w:p>
    <w:p w14:paraId="4CEACD00" w14:textId="77777777" w:rsidR="00A70B15" w:rsidRPr="006F3F0F" w:rsidRDefault="00A70B15" w:rsidP="00A70B15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Rozvíjet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schopnosti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komunikace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spolupráce</w:t>
      </w:r>
      <w:proofErr w:type="spellEnd"/>
      <w:r w:rsidRPr="006F3F0F">
        <w:rPr>
          <w:sz w:val="24"/>
          <w:szCs w:val="24"/>
        </w:rPr>
        <w:t xml:space="preserve"> a </w:t>
      </w:r>
      <w:proofErr w:type="spellStart"/>
      <w:r w:rsidRPr="006F3F0F">
        <w:rPr>
          <w:sz w:val="24"/>
          <w:szCs w:val="24"/>
        </w:rPr>
        <w:t>respektu</w:t>
      </w:r>
      <w:proofErr w:type="spellEnd"/>
      <w:r w:rsidRPr="006F3F0F">
        <w:rPr>
          <w:sz w:val="24"/>
          <w:szCs w:val="24"/>
        </w:rPr>
        <w:t>.</w:t>
      </w:r>
    </w:p>
    <w:p w14:paraId="66C76425" w14:textId="77777777" w:rsidR="00A70B15" w:rsidRPr="006F3F0F" w:rsidRDefault="00A70B15" w:rsidP="00A70B15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Prohlubovat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vztahy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mezi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školkou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dětmi</w:t>
      </w:r>
      <w:proofErr w:type="spellEnd"/>
      <w:r w:rsidRPr="006F3F0F">
        <w:rPr>
          <w:sz w:val="24"/>
          <w:szCs w:val="24"/>
        </w:rPr>
        <w:t xml:space="preserve"> a </w:t>
      </w:r>
      <w:proofErr w:type="spellStart"/>
      <w:r w:rsidRPr="006F3F0F">
        <w:rPr>
          <w:sz w:val="24"/>
          <w:szCs w:val="24"/>
        </w:rPr>
        <w:t>rodinami</w:t>
      </w:r>
      <w:proofErr w:type="spellEnd"/>
      <w:r w:rsidRPr="006F3F0F">
        <w:rPr>
          <w:sz w:val="24"/>
          <w:szCs w:val="24"/>
        </w:rPr>
        <w:t>.</w:t>
      </w:r>
    </w:p>
    <w:p w14:paraId="0A59D5E8" w14:textId="77777777" w:rsidR="00A70B15" w:rsidRPr="006F3F0F" w:rsidRDefault="00A70B15" w:rsidP="00A70B15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Oslavit</w:t>
      </w:r>
      <w:proofErr w:type="spellEnd"/>
      <w:r w:rsidRPr="006F3F0F">
        <w:rPr>
          <w:sz w:val="24"/>
          <w:szCs w:val="24"/>
        </w:rPr>
        <w:t xml:space="preserve"> Den </w:t>
      </w:r>
      <w:proofErr w:type="spellStart"/>
      <w:r w:rsidRPr="006F3F0F">
        <w:rPr>
          <w:sz w:val="24"/>
          <w:szCs w:val="24"/>
        </w:rPr>
        <w:t>matek</w:t>
      </w:r>
      <w:proofErr w:type="spellEnd"/>
      <w:r w:rsidRPr="006F3F0F">
        <w:rPr>
          <w:sz w:val="24"/>
          <w:szCs w:val="24"/>
        </w:rPr>
        <w:t xml:space="preserve"> a </w:t>
      </w:r>
      <w:proofErr w:type="spellStart"/>
      <w:r w:rsidRPr="006F3F0F">
        <w:rPr>
          <w:sz w:val="24"/>
          <w:szCs w:val="24"/>
        </w:rPr>
        <w:t>další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rodinné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tradice</w:t>
      </w:r>
      <w:proofErr w:type="spellEnd"/>
      <w:r w:rsidRPr="006F3F0F">
        <w:rPr>
          <w:sz w:val="24"/>
          <w:szCs w:val="24"/>
        </w:rPr>
        <w:t>.</w:t>
      </w:r>
    </w:p>
    <w:p w14:paraId="336FDF6D" w14:textId="77777777" w:rsidR="00A70B15" w:rsidRPr="006F3F0F" w:rsidRDefault="00A70B15" w:rsidP="00A70B15">
      <w:pPr>
        <w:pStyle w:val="Nadpis3"/>
        <w:rPr>
          <w:sz w:val="24"/>
          <w:szCs w:val="24"/>
        </w:rPr>
      </w:pPr>
      <w:proofErr w:type="spellStart"/>
      <w:r w:rsidRPr="006F3F0F">
        <w:rPr>
          <w:sz w:val="24"/>
          <w:szCs w:val="24"/>
        </w:rPr>
        <w:lastRenderedPageBreak/>
        <w:t>Týdenní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podtémata</w:t>
      </w:r>
      <w:proofErr w:type="spellEnd"/>
    </w:p>
    <w:p w14:paraId="65DB30A3" w14:textId="77777777" w:rsidR="00A70B15" w:rsidRPr="006F3F0F" w:rsidRDefault="00A70B15" w:rsidP="00A70B15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1. Moje </w:t>
      </w:r>
      <w:proofErr w:type="spellStart"/>
      <w:r w:rsidRPr="006F3F0F">
        <w:rPr>
          <w:sz w:val="24"/>
          <w:szCs w:val="24"/>
        </w:rPr>
        <w:t>rodina</w:t>
      </w:r>
      <w:proofErr w:type="spellEnd"/>
    </w:p>
    <w:p w14:paraId="24E5C777" w14:textId="77777777" w:rsidR="00A70B15" w:rsidRPr="006F3F0F" w:rsidRDefault="00A70B15" w:rsidP="00A70B15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2. Moji </w:t>
      </w:r>
      <w:proofErr w:type="spellStart"/>
      <w:r w:rsidRPr="006F3F0F">
        <w:rPr>
          <w:sz w:val="24"/>
          <w:szCs w:val="24"/>
        </w:rPr>
        <w:t>kamarádi</w:t>
      </w:r>
      <w:proofErr w:type="spellEnd"/>
    </w:p>
    <w:p w14:paraId="1E21E970" w14:textId="77777777" w:rsidR="00A70B15" w:rsidRPr="006F3F0F" w:rsidRDefault="00A70B15" w:rsidP="00A70B15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3. </w:t>
      </w:r>
      <w:proofErr w:type="spellStart"/>
      <w:r w:rsidRPr="006F3F0F">
        <w:rPr>
          <w:sz w:val="24"/>
          <w:szCs w:val="24"/>
        </w:rPr>
        <w:t>Umíme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si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pomáhat</w:t>
      </w:r>
      <w:proofErr w:type="spellEnd"/>
    </w:p>
    <w:p w14:paraId="160532ED" w14:textId="77777777" w:rsidR="00A70B15" w:rsidRPr="006F3F0F" w:rsidRDefault="00A70B15" w:rsidP="00A70B15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4. Den </w:t>
      </w:r>
      <w:proofErr w:type="spellStart"/>
      <w:r w:rsidRPr="006F3F0F">
        <w:rPr>
          <w:sz w:val="24"/>
          <w:szCs w:val="24"/>
        </w:rPr>
        <w:t>matek</w:t>
      </w:r>
      <w:proofErr w:type="spellEnd"/>
      <w:r w:rsidRPr="006F3F0F">
        <w:rPr>
          <w:sz w:val="24"/>
          <w:szCs w:val="24"/>
        </w:rPr>
        <w:t xml:space="preserve"> a </w:t>
      </w:r>
      <w:proofErr w:type="spellStart"/>
      <w:r w:rsidRPr="006F3F0F">
        <w:rPr>
          <w:sz w:val="24"/>
          <w:szCs w:val="24"/>
        </w:rPr>
        <w:t>naše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oslavy</w:t>
      </w:r>
      <w:proofErr w:type="spellEnd"/>
    </w:p>
    <w:p w14:paraId="607F5B47" w14:textId="77777777" w:rsidR="00A70B15" w:rsidRPr="006F3F0F" w:rsidRDefault="00A70B15" w:rsidP="00A70B15">
      <w:pPr>
        <w:pStyle w:val="Nadpis3"/>
        <w:rPr>
          <w:sz w:val="24"/>
          <w:szCs w:val="24"/>
        </w:rPr>
      </w:pPr>
      <w:proofErr w:type="spellStart"/>
      <w:r w:rsidRPr="006F3F0F">
        <w:rPr>
          <w:sz w:val="24"/>
          <w:szCs w:val="24"/>
        </w:rPr>
        <w:t>Rozvoj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klíčových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kompetencí</w:t>
      </w:r>
      <w:proofErr w:type="spellEnd"/>
    </w:p>
    <w:p w14:paraId="10DDA0F1" w14:textId="77777777" w:rsidR="00A70B15" w:rsidRPr="006F3F0F" w:rsidRDefault="00A70B15" w:rsidP="00A70B15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Kompetence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sociální</w:t>
      </w:r>
      <w:proofErr w:type="spellEnd"/>
      <w:r w:rsidRPr="006F3F0F">
        <w:rPr>
          <w:sz w:val="24"/>
          <w:szCs w:val="24"/>
        </w:rPr>
        <w:t xml:space="preserve"> a </w:t>
      </w:r>
      <w:proofErr w:type="spellStart"/>
      <w:r w:rsidRPr="006F3F0F">
        <w:rPr>
          <w:sz w:val="24"/>
          <w:szCs w:val="24"/>
        </w:rPr>
        <w:t>personální</w:t>
      </w:r>
      <w:proofErr w:type="spellEnd"/>
      <w:r w:rsidRPr="006F3F0F">
        <w:rPr>
          <w:sz w:val="24"/>
          <w:szCs w:val="24"/>
        </w:rPr>
        <w:t xml:space="preserve"> – </w:t>
      </w:r>
      <w:proofErr w:type="spellStart"/>
      <w:r w:rsidRPr="006F3F0F">
        <w:rPr>
          <w:sz w:val="24"/>
          <w:szCs w:val="24"/>
        </w:rPr>
        <w:t>spolupráce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ohleduplnost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komunikace</w:t>
      </w:r>
      <w:proofErr w:type="spellEnd"/>
      <w:r w:rsidRPr="006F3F0F">
        <w:rPr>
          <w:sz w:val="24"/>
          <w:szCs w:val="24"/>
        </w:rPr>
        <w:t>.</w:t>
      </w:r>
    </w:p>
    <w:p w14:paraId="2173F17A" w14:textId="77777777" w:rsidR="00A70B15" w:rsidRPr="006F3F0F" w:rsidRDefault="00A70B15" w:rsidP="00A70B15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Kompetence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občanské</w:t>
      </w:r>
      <w:proofErr w:type="spellEnd"/>
      <w:r w:rsidRPr="006F3F0F">
        <w:rPr>
          <w:sz w:val="24"/>
          <w:szCs w:val="24"/>
        </w:rPr>
        <w:t xml:space="preserve"> – </w:t>
      </w:r>
      <w:proofErr w:type="spellStart"/>
      <w:r w:rsidRPr="006F3F0F">
        <w:rPr>
          <w:sz w:val="24"/>
          <w:szCs w:val="24"/>
        </w:rPr>
        <w:t>poznávání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pravidel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soužití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sounáležitost</w:t>
      </w:r>
      <w:proofErr w:type="spellEnd"/>
      <w:r w:rsidRPr="006F3F0F">
        <w:rPr>
          <w:sz w:val="24"/>
          <w:szCs w:val="24"/>
        </w:rPr>
        <w:t>.</w:t>
      </w:r>
    </w:p>
    <w:p w14:paraId="7803AA70" w14:textId="77777777" w:rsidR="00A70B15" w:rsidRPr="006F3F0F" w:rsidRDefault="00A70B15" w:rsidP="00A70B15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Kompetence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komunikativní</w:t>
      </w:r>
      <w:proofErr w:type="spellEnd"/>
      <w:r w:rsidRPr="006F3F0F">
        <w:rPr>
          <w:sz w:val="24"/>
          <w:szCs w:val="24"/>
        </w:rPr>
        <w:t xml:space="preserve"> – </w:t>
      </w:r>
      <w:proofErr w:type="spellStart"/>
      <w:r w:rsidRPr="006F3F0F">
        <w:rPr>
          <w:sz w:val="24"/>
          <w:szCs w:val="24"/>
        </w:rPr>
        <w:t>vyjadřování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citů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sdílení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zážitků</w:t>
      </w:r>
      <w:proofErr w:type="spellEnd"/>
      <w:r w:rsidRPr="006F3F0F">
        <w:rPr>
          <w:sz w:val="24"/>
          <w:szCs w:val="24"/>
        </w:rPr>
        <w:t>.</w:t>
      </w:r>
    </w:p>
    <w:p w14:paraId="3FAE71B7" w14:textId="77777777" w:rsidR="00A70B15" w:rsidRPr="006F3F0F" w:rsidRDefault="00A70B15" w:rsidP="00A70B15">
      <w:pPr>
        <w:pStyle w:val="Nadpis3"/>
        <w:rPr>
          <w:sz w:val="24"/>
          <w:szCs w:val="24"/>
        </w:rPr>
      </w:pPr>
      <w:proofErr w:type="spellStart"/>
      <w:r w:rsidRPr="006F3F0F">
        <w:rPr>
          <w:sz w:val="24"/>
          <w:szCs w:val="24"/>
        </w:rPr>
        <w:t>Propojení</w:t>
      </w:r>
      <w:proofErr w:type="spellEnd"/>
      <w:r w:rsidRPr="006F3F0F">
        <w:rPr>
          <w:sz w:val="24"/>
          <w:szCs w:val="24"/>
        </w:rPr>
        <w:t xml:space="preserve"> s </w:t>
      </w:r>
      <w:proofErr w:type="spellStart"/>
      <w:r w:rsidRPr="006F3F0F">
        <w:rPr>
          <w:sz w:val="24"/>
          <w:szCs w:val="24"/>
        </w:rPr>
        <w:t>oblastmi</w:t>
      </w:r>
      <w:proofErr w:type="spellEnd"/>
      <w:r w:rsidRPr="006F3F0F">
        <w:rPr>
          <w:sz w:val="24"/>
          <w:szCs w:val="24"/>
        </w:rPr>
        <w:t xml:space="preserve"> RVP PV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320"/>
        <w:gridCol w:w="4320"/>
      </w:tblGrid>
      <w:tr w:rsidR="00A70B15" w:rsidRPr="006F3F0F" w14:paraId="352137D1" w14:textId="77777777" w:rsidTr="00860BE3">
        <w:tc>
          <w:tcPr>
            <w:tcW w:w="4320" w:type="dxa"/>
          </w:tcPr>
          <w:p w14:paraId="224D4A08" w14:textId="77777777" w:rsidR="00A70B15" w:rsidRPr="006F3F0F" w:rsidRDefault="00A70B15" w:rsidP="00860BE3">
            <w:pPr>
              <w:rPr>
                <w:sz w:val="24"/>
                <w:szCs w:val="24"/>
              </w:rPr>
            </w:pPr>
            <w:r w:rsidRPr="006F3F0F">
              <w:rPr>
                <w:sz w:val="24"/>
                <w:szCs w:val="24"/>
              </w:rPr>
              <w:t>Oblast</w:t>
            </w:r>
          </w:p>
        </w:tc>
        <w:tc>
          <w:tcPr>
            <w:tcW w:w="4320" w:type="dxa"/>
          </w:tcPr>
          <w:p w14:paraId="0A1DD280" w14:textId="77777777" w:rsidR="00A70B15" w:rsidRPr="006F3F0F" w:rsidRDefault="00A70B15" w:rsidP="00860BE3">
            <w:pPr>
              <w:rPr>
                <w:sz w:val="24"/>
                <w:szCs w:val="24"/>
              </w:rPr>
            </w:pPr>
            <w:proofErr w:type="spellStart"/>
            <w:r w:rsidRPr="006F3F0F">
              <w:rPr>
                <w:sz w:val="24"/>
                <w:szCs w:val="24"/>
              </w:rPr>
              <w:t>Cíle</w:t>
            </w:r>
            <w:proofErr w:type="spellEnd"/>
            <w:r w:rsidRPr="006F3F0F">
              <w:rPr>
                <w:sz w:val="24"/>
                <w:szCs w:val="24"/>
              </w:rPr>
              <w:t xml:space="preserve"> a </w:t>
            </w:r>
            <w:proofErr w:type="spellStart"/>
            <w:r w:rsidRPr="006F3F0F">
              <w:rPr>
                <w:sz w:val="24"/>
                <w:szCs w:val="24"/>
              </w:rPr>
              <w:t>výstupy</w:t>
            </w:r>
            <w:proofErr w:type="spellEnd"/>
          </w:p>
        </w:tc>
      </w:tr>
      <w:tr w:rsidR="00A70B15" w:rsidRPr="006F3F0F" w14:paraId="4A55E785" w14:textId="77777777" w:rsidTr="00860BE3">
        <w:tc>
          <w:tcPr>
            <w:tcW w:w="4320" w:type="dxa"/>
          </w:tcPr>
          <w:p w14:paraId="5667130F" w14:textId="77777777" w:rsidR="00A70B15" w:rsidRPr="006F3F0F" w:rsidRDefault="00A70B15" w:rsidP="00860BE3">
            <w:pPr>
              <w:rPr>
                <w:sz w:val="24"/>
                <w:szCs w:val="24"/>
              </w:rPr>
            </w:pPr>
            <w:proofErr w:type="spellStart"/>
            <w:r w:rsidRPr="006F3F0F">
              <w:rPr>
                <w:sz w:val="24"/>
                <w:szCs w:val="24"/>
              </w:rPr>
              <w:t>Dítě</w:t>
            </w:r>
            <w:proofErr w:type="spellEnd"/>
            <w:r w:rsidRPr="006F3F0F">
              <w:rPr>
                <w:sz w:val="24"/>
                <w:szCs w:val="24"/>
              </w:rPr>
              <w:t xml:space="preserve"> a </w:t>
            </w:r>
            <w:proofErr w:type="spellStart"/>
            <w:r w:rsidRPr="006F3F0F">
              <w:rPr>
                <w:sz w:val="24"/>
                <w:szCs w:val="24"/>
              </w:rPr>
              <w:t>jeho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tělo</w:t>
            </w:r>
            <w:proofErr w:type="spellEnd"/>
          </w:p>
        </w:tc>
        <w:tc>
          <w:tcPr>
            <w:tcW w:w="4320" w:type="dxa"/>
          </w:tcPr>
          <w:p w14:paraId="4B5300E3" w14:textId="77777777" w:rsidR="00A70B15" w:rsidRPr="006F3F0F" w:rsidRDefault="00A70B15" w:rsidP="00860BE3">
            <w:pPr>
              <w:rPr>
                <w:sz w:val="24"/>
                <w:szCs w:val="24"/>
              </w:rPr>
            </w:pPr>
            <w:proofErr w:type="spellStart"/>
            <w:r w:rsidRPr="006F3F0F">
              <w:rPr>
                <w:sz w:val="24"/>
                <w:szCs w:val="24"/>
              </w:rPr>
              <w:t>Rozvíjí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pohybové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dovednosti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při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společných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hrách</w:t>
            </w:r>
            <w:proofErr w:type="spellEnd"/>
            <w:r w:rsidRPr="006F3F0F">
              <w:rPr>
                <w:sz w:val="24"/>
                <w:szCs w:val="24"/>
              </w:rPr>
              <w:t>.</w:t>
            </w:r>
          </w:p>
        </w:tc>
      </w:tr>
      <w:tr w:rsidR="00A70B15" w:rsidRPr="006F3F0F" w14:paraId="577C0C10" w14:textId="77777777" w:rsidTr="00860BE3">
        <w:tc>
          <w:tcPr>
            <w:tcW w:w="4320" w:type="dxa"/>
          </w:tcPr>
          <w:p w14:paraId="5C9FB819" w14:textId="77777777" w:rsidR="00A70B15" w:rsidRPr="006F3F0F" w:rsidRDefault="00A70B15" w:rsidP="00860BE3">
            <w:pPr>
              <w:rPr>
                <w:sz w:val="24"/>
                <w:szCs w:val="24"/>
              </w:rPr>
            </w:pPr>
            <w:proofErr w:type="spellStart"/>
            <w:r w:rsidRPr="006F3F0F">
              <w:rPr>
                <w:sz w:val="24"/>
                <w:szCs w:val="24"/>
              </w:rPr>
              <w:t>Dítě</w:t>
            </w:r>
            <w:proofErr w:type="spellEnd"/>
            <w:r w:rsidRPr="006F3F0F">
              <w:rPr>
                <w:sz w:val="24"/>
                <w:szCs w:val="24"/>
              </w:rPr>
              <w:t xml:space="preserve"> a </w:t>
            </w:r>
            <w:proofErr w:type="spellStart"/>
            <w:r w:rsidRPr="006F3F0F">
              <w:rPr>
                <w:sz w:val="24"/>
                <w:szCs w:val="24"/>
              </w:rPr>
              <w:t>jeho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psychika</w:t>
            </w:r>
            <w:proofErr w:type="spellEnd"/>
          </w:p>
        </w:tc>
        <w:tc>
          <w:tcPr>
            <w:tcW w:w="4320" w:type="dxa"/>
          </w:tcPr>
          <w:p w14:paraId="76668EAA" w14:textId="77777777" w:rsidR="00A70B15" w:rsidRPr="006F3F0F" w:rsidRDefault="00A70B15" w:rsidP="00860BE3">
            <w:pPr>
              <w:rPr>
                <w:sz w:val="24"/>
                <w:szCs w:val="24"/>
              </w:rPr>
            </w:pPr>
            <w:proofErr w:type="spellStart"/>
            <w:r w:rsidRPr="006F3F0F">
              <w:rPr>
                <w:sz w:val="24"/>
                <w:szCs w:val="24"/>
              </w:rPr>
              <w:t>Vyjadřuje</w:t>
            </w:r>
            <w:proofErr w:type="spellEnd"/>
            <w:r w:rsidRPr="006F3F0F">
              <w:rPr>
                <w:sz w:val="24"/>
                <w:szCs w:val="24"/>
              </w:rPr>
              <w:t xml:space="preserve"> city a </w:t>
            </w:r>
            <w:proofErr w:type="spellStart"/>
            <w:r w:rsidRPr="006F3F0F">
              <w:rPr>
                <w:sz w:val="24"/>
                <w:szCs w:val="24"/>
              </w:rPr>
              <w:t>pocity</w:t>
            </w:r>
            <w:proofErr w:type="spellEnd"/>
            <w:r w:rsidRPr="006F3F0F">
              <w:rPr>
                <w:sz w:val="24"/>
                <w:szCs w:val="24"/>
              </w:rPr>
              <w:t xml:space="preserve"> k </w:t>
            </w:r>
            <w:proofErr w:type="spellStart"/>
            <w:r w:rsidRPr="006F3F0F">
              <w:rPr>
                <w:sz w:val="24"/>
                <w:szCs w:val="24"/>
              </w:rPr>
              <w:t>blízkým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osobám</w:t>
            </w:r>
            <w:proofErr w:type="spellEnd"/>
            <w:r w:rsidRPr="006F3F0F">
              <w:rPr>
                <w:sz w:val="24"/>
                <w:szCs w:val="24"/>
              </w:rPr>
              <w:t>.</w:t>
            </w:r>
          </w:p>
        </w:tc>
      </w:tr>
      <w:tr w:rsidR="00A70B15" w:rsidRPr="006F3F0F" w14:paraId="6A99DAC0" w14:textId="77777777" w:rsidTr="00860BE3">
        <w:tc>
          <w:tcPr>
            <w:tcW w:w="4320" w:type="dxa"/>
          </w:tcPr>
          <w:p w14:paraId="4CE7A8D7" w14:textId="77777777" w:rsidR="00A70B15" w:rsidRPr="006F3F0F" w:rsidRDefault="00A70B15" w:rsidP="00860BE3">
            <w:pPr>
              <w:rPr>
                <w:sz w:val="24"/>
                <w:szCs w:val="24"/>
              </w:rPr>
            </w:pPr>
            <w:proofErr w:type="spellStart"/>
            <w:r w:rsidRPr="006F3F0F">
              <w:rPr>
                <w:sz w:val="24"/>
                <w:szCs w:val="24"/>
              </w:rPr>
              <w:t>Dítě</w:t>
            </w:r>
            <w:proofErr w:type="spellEnd"/>
            <w:r w:rsidRPr="006F3F0F">
              <w:rPr>
                <w:sz w:val="24"/>
                <w:szCs w:val="24"/>
              </w:rPr>
              <w:t xml:space="preserve"> a ten </w:t>
            </w:r>
            <w:proofErr w:type="spellStart"/>
            <w:r w:rsidRPr="006F3F0F">
              <w:rPr>
                <w:sz w:val="24"/>
                <w:szCs w:val="24"/>
              </w:rPr>
              <w:t>druhý</w:t>
            </w:r>
            <w:proofErr w:type="spellEnd"/>
          </w:p>
        </w:tc>
        <w:tc>
          <w:tcPr>
            <w:tcW w:w="4320" w:type="dxa"/>
          </w:tcPr>
          <w:p w14:paraId="6E451093" w14:textId="77777777" w:rsidR="00A70B15" w:rsidRPr="006F3F0F" w:rsidRDefault="00A70B15" w:rsidP="00860BE3">
            <w:pPr>
              <w:rPr>
                <w:sz w:val="24"/>
                <w:szCs w:val="24"/>
              </w:rPr>
            </w:pPr>
            <w:proofErr w:type="spellStart"/>
            <w:r w:rsidRPr="006F3F0F">
              <w:rPr>
                <w:sz w:val="24"/>
                <w:szCs w:val="24"/>
              </w:rPr>
              <w:t>Spolupracuje</w:t>
            </w:r>
            <w:proofErr w:type="spellEnd"/>
            <w:r w:rsidRPr="006F3F0F">
              <w:rPr>
                <w:sz w:val="24"/>
                <w:szCs w:val="24"/>
              </w:rPr>
              <w:t xml:space="preserve">, </w:t>
            </w:r>
            <w:proofErr w:type="spellStart"/>
            <w:r w:rsidRPr="006F3F0F">
              <w:rPr>
                <w:sz w:val="24"/>
                <w:szCs w:val="24"/>
              </w:rPr>
              <w:t>navazuje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vztahy</w:t>
            </w:r>
            <w:proofErr w:type="spellEnd"/>
            <w:r w:rsidRPr="006F3F0F">
              <w:rPr>
                <w:sz w:val="24"/>
                <w:szCs w:val="24"/>
              </w:rPr>
              <w:t xml:space="preserve">, </w:t>
            </w:r>
            <w:proofErr w:type="spellStart"/>
            <w:r w:rsidRPr="006F3F0F">
              <w:rPr>
                <w:sz w:val="24"/>
                <w:szCs w:val="24"/>
              </w:rPr>
              <w:t>pomáhá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druhým</w:t>
            </w:r>
            <w:proofErr w:type="spellEnd"/>
            <w:r w:rsidRPr="006F3F0F">
              <w:rPr>
                <w:sz w:val="24"/>
                <w:szCs w:val="24"/>
              </w:rPr>
              <w:t>.</w:t>
            </w:r>
          </w:p>
        </w:tc>
      </w:tr>
      <w:tr w:rsidR="00A70B15" w:rsidRPr="006F3F0F" w14:paraId="0D2C1C0A" w14:textId="77777777" w:rsidTr="00860BE3">
        <w:tc>
          <w:tcPr>
            <w:tcW w:w="4320" w:type="dxa"/>
          </w:tcPr>
          <w:p w14:paraId="2B69E1A0" w14:textId="77777777" w:rsidR="00A70B15" w:rsidRPr="006F3F0F" w:rsidRDefault="00A70B15" w:rsidP="00860BE3">
            <w:pPr>
              <w:rPr>
                <w:sz w:val="24"/>
                <w:szCs w:val="24"/>
              </w:rPr>
            </w:pPr>
            <w:proofErr w:type="spellStart"/>
            <w:r w:rsidRPr="006F3F0F">
              <w:rPr>
                <w:sz w:val="24"/>
                <w:szCs w:val="24"/>
              </w:rPr>
              <w:t>Dítě</w:t>
            </w:r>
            <w:proofErr w:type="spellEnd"/>
            <w:r w:rsidRPr="006F3F0F">
              <w:rPr>
                <w:sz w:val="24"/>
                <w:szCs w:val="24"/>
              </w:rPr>
              <w:t xml:space="preserve"> a </w:t>
            </w:r>
            <w:proofErr w:type="spellStart"/>
            <w:r w:rsidRPr="006F3F0F">
              <w:rPr>
                <w:sz w:val="24"/>
                <w:szCs w:val="24"/>
              </w:rPr>
              <w:t>společnost</w:t>
            </w:r>
            <w:proofErr w:type="spellEnd"/>
          </w:p>
        </w:tc>
        <w:tc>
          <w:tcPr>
            <w:tcW w:w="4320" w:type="dxa"/>
          </w:tcPr>
          <w:p w14:paraId="180183DB" w14:textId="77777777" w:rsidR="00A70B15" w:rsidRPr="006F3F0F" w:rsidRDefault="00A70B15" w:rsidP="00860BE3">
            <w:pPr>
              <w:rPr>
                <w:sz w:val="24"/>
                <w:szCs w:val="24"/>
              </w:rPr>
            </w:pPr>
            <w:proofErr w:type="spellStart"/>
            <w:r w:rsidRPr="006F3F0F">
              <w:rPr>
                <w:sz w:val="24"/>
                <w:szCs w:val="24"/>
              </w:rPr>
              <w:t>Uvědomuje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si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význam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rodiny</w:t>
            </w:r>
            <w:proofErr w:type="spellEnd"/>
            <w:r w:rsidRPr="006F3F0F">
              <w:rPr>
                <w:sz w:val="24"/>
                <w:szCs w:val="24"/>
              </w:rPr>
              <w:t xml:space="preserve"> a </w:t>
            </w:r>
            <w:proofErr w:type="spellStart"/>
            <w:r w:rsidRPr="006F3F0F">
              <w:rPr>
                <w:sz w:val="24"/>
                <w:szCs w:val="24"/>
              </w:rPr>
              <w:t>tradic</w:t>
            </w:r>
            <w:proofErr w:type="spellEnd"/>
            <w:r w:rsidRPr="006F3F0F">
              <w:rPr>
                <w:sz w:val="24"/>
                <w:szCs w:val="24"/>
              </w:rPr>
              <w:t>.</w:t>
            </w:r>
          </w:p>
        </w:tc>
      </w:tr>
      <w:tr w:rsidR="00A70B15" w:rsidRPr="006F3F0F" w14:paraId="155BCFDB" w14:textId="77777777" w:rsidTr="00860BE3">
        <w:tc>
          <w:tcPr>
            <w:tcW w:w="4320" w:type="dxa"/>
          </w:tcPr>
          <w:p w14:paraId="703C56F0" w14:textId="77777777" w:rsidR="00A70B15" w:rsidRPr="006F3F0F" w:rsidRDefault="00A70B15" w:rsidP="00860BE3">
            <w:pPr>
              <w:rPr>
                <w:sz w:val="24"/>
                <w:szCs w:val="24"/>
              </w:rPr>
            </w:pPr>
            <w:proofErr w:type="spellStart"/>
            <w:r w:rsidRPr="006F3F0F">
              <w:rPr>
                <w:sz w:val="24"/>
                <w:szCs w:val="24"/>
              </w:rPr>
              <w:t>Dítě</w:t>
            </w:r>
            <w:proofErr w:type="spellEnd"/>
            <w:r w:rsidRPr="006F3F0F">
              <w:rPr>
                <w:sz w:val="24"/>
                <w:szCs w:val="24"/>
              </w:rPr>
              <w:t xml:space="preserve"> a </w:t>
            </w:r>
            <w:proofErr w:type="spellStart"/>
            <w:r w:rsidRPr="006F3F0F">
              <w:rPr>
                <w:sz w:val="24"/>
                <w:szCs w:val="24"/>
              </w:rPr>
              <w:t>svět</w:t>
            </w:r>
            <w:proofErr w:type="spellEnd"/>
          </w:p>
        </w:tc>
        <w:tc>
          <w:tcPr>
            <w:tcW w:w="4320" w:type="dxa"/>
          </w:tcPr>
          <w:p w14:paraId="55E034F0" w14:textId="77777777" w:rsidR="00A70B15" w:rsidRPr="006F3F0F" w:rsidRDefault="00A70B15" w:rsidP="00860BE3">
            <w:pPr>
              <w:rPr>
                <w:sz w:val="24"/>
                <w:szCs w:val="24"/>
              </w:rPr>
            </w:pPr>
            <w:proofErr w:type="spellStart"/>
            <w:r w:rsidRPr="006F3F0F">
              <w:rPr>
                <w:sz w:val="24"/>
                <w:szCs w:val="24"/>
              </w:rPr>
              <w:t>Poznává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vztahy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mezi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lidmi</w:t>
            </w:r>
            <w:proofErr w:type="spellEnd"/>
            <w:r w:rsidRPr="006F3F0F">
              <w:rPr>
                <w:sz w:val="24"/>
                <w:szCs w:val="24"/>
              </w:rPr>
              <w:t xml:space="preserve">, </w:t>
            </w:r>
            <w:proofErr w:type="spellStart"/>
            <w:r w:rsidRPr="006F3F0F">
              <w:rPr>
                <w:sz w:val="24"/>
                <w:szCs w:val="24"/>
              </w:rPr>
              <w:t>pravidla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soužití</w:t>
            </w:r>
            <w:proofErr w:type="spellEnd"/>
            <w:r w:rsidRPr="006F3F0F">
              <w:rPr>
                <w:sz w:val="24"/>
                <w:szCs w:val="24"/>
              </w:rPr>
              <w:t>.</w:t>
            </w:r>
          </w:p>
        </w:tc>
      </w:tr>
    </w:tbl>
    <w:p w14:paraId="7E41B0EA" w14:textId="77777777" w:rsidR="00A70B15" w:rsidRPr="006F3F0F" w:rsidRDefault="00A70B15" w:rsidP="00A70B15">
      <w:pPr>
        <w:rPr>
          <w:sz w:val="24"/>
          <w:szCs w:val="24"/>
        </w:rPr>
      </w:pPr>
    </w:p>
    <w:p w14:paraId="392CEF3A" w14:textId="77777777" w:rsidR="00A70B15" w:rsidRPr="006F3F0F" w:rsidRDefault="00A70B15" w:rsidP="00A70B15">
      <w:pPr>
        <w:pStyle w:val="Nadpis3"/>
        <w:rPr>
          <w:sz w:val="24"/>
          <w:szCs w:val="24"/>
        </w:rPr>
      </w:pPr>
      <w:proofErr w:type="spellStart"/>
      <w:r w:rsidRPr="006F3F0F">
        <w:rPr>
          <w:sz w:val="24"/>
          <w:szCs w:val="24"/>
        </w:rPr>
        <w:t>Návrhy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činností</w:t>
      </w:r>
      <w:proofErr w:type="spellEnd"/>
    </w:p>
    <w:p w14:paraId="0BE26568" w14:textId="77777777" w:rsidR="00A70B15" w:rsidRPr="006F3F0F" w:rsidRDefault="00A70B15" w:rsidP="00A70B15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Výtvarné</w:t>
      </w:r>
      <w:proofErr w:type="spellEnd"/>
      <w:r w:rsidRPr="006F3F0F">
        <w:rPr>
          <w:sz w:val="24"/>
          <w:szCs w:val="24"/>
        </w:rPr>
        <w:t xml:space="preserve">: </w:t>
      </w:r>
      <w:proofErr w:type="spellStart"/>
      <w:r w:rsidRPr="006F3F0F">
        <w:rPr>
          <w:sz w:val="24"/>
          <w:szCs w:val="24"/>
        </w:rPr>
        <w:t>kresba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rodiny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výroba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přáníček</w:t>
      </w:r>
      <w:proofErr w:type="spellEnd"/>
      <w:r w:rsidRPr="006F3F0F">
        <w:rPr>
          <w:sz w:val="24"/>
          <w:szCs w:val="24"/>
        </w:rPr>
        <w:t xml:space="preserve"> pro </w:t>
      </w:r>
      <w:proofErr w:type="spellStart"/>
      <w:r w:rsidRPr="006F3F0F">
        <w:rPr>
          <w:sz w:val="24"/>
          <w:szCs w:val="24"/>
        </w:rPr>
        <w:t>maminky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společný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strom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přátelství</w:t>
      </w:r>
      <w:proofErr w:type="spellEnd"/>
      <w:r w:rsidRPr="006F3F0F">
        <w:rPr>
          <w:sz w:val="24"/>
          <w:szCs w:val="24"/>
        </w:rPr>
        <w:t>.</w:t>
      </w:r>
    </w:p>
    <w:p w14:paraId="0758F863" w14:textId="77777777" w:rsidR="00A70B15" w:rsidRPr="006F3F0F" w:rsidRDefault="00A70B15" w:rsidP="00A70B15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Pohybové</w:t>
      </w:r>
      <w:proofErr w:type="spellEnd"/>
      <w:r w:rsidRPr="006F3F0F">
        <w:rPr>
          <w:sz w:val="24"/>
          <w:szCs w:val="24"/>
        </w:rPr>
        <w:t xml:space="preserve">: </w:t>
      </w:r>
      <w:proofErr w:type="spellStart"/>
      <w:r w:rsidRPr="006F3F0F">
        <w:rPr>
          <w:sz w:val="24"/>
          <w:szCs w:val="24"/>
        </w:rPr>
        <w:t>kooperativní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hry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tanec</w:t>
      </w:r>
      <w:proofErr w:type="spellEnd"/>
      <w:r w:rsidRPr="006F3F0F">
        <w:rPr>
          <w:sz w:val="24"/>
          <w:szCs w:val="24"/>
        </w:rPr>
        <w:t xml:space="preserve"> s </w:t>
      </w:r>
      <w:proofErr w:type="spellStart"/>
      <w:r w:rsidRPr="006F3F0F">
        <w:rPr>
          <w:sz w:val="24"/>
          <w:szCs w:val="24"/>
        </w:rPr>
        <w:t>kamarády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překážkové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dráhy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ve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dvojici</w:t>
      </w:r>
      <w:proofErr w:type="spellEnd"/>
      <w:r w:rsidRPr="006F3F0F">
        <w:rPr>
          <w:sz w:val="24"/>
          <w:szCs w:val="24"/>
        </w:rPr>
        <w:t>.</w:t>
      </w:r>
    </w:p>
    <w:p w14:paraId="7B3DAAE1" w14:textId="77777777" w:rsidR="00A70B15" w:rsidRPr="006F3F0F" w:rsidRDefault="00A70B15" w:rsidP="00A70B15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Hudební</w:t>
      </w:r>
      <w:proofErr w:type="spellEnd"/>
      <w:r w:rsidRPr="006F3F0F">
        <w:rPr>
          <w:sz w:val="24"/>
          <w:szCs w:val="24"/>
        </w:rPr>
        <w:t xml:space="preserve">: </w:t>
      </w:r>
      <w:proofErr w:type="spellStart"/>
      <w:r w:rsidRPr="006F3F0F">
        <w:rPr>
          <w:sz w:val="24"/>
          <w:szCs w:val="24"/>
        </w:rPr>
        <w:t>písně</w:t>
      </w:r>
      <w:proofErr w:type="spellEnd"/>
      <w:r w:rsidRPr="006F3F0F">
        <w:rPr>
          <w:sz w:val="24"/>
          <w:szCs w:val="24"/>
        </w:rPr>
        <w:t xml:space="preserve"> o </w:t>
      </w:r>
      <w:proofErr w:type="spellStart"/>
      <w:r w:rsidRPr="006F3F0F">
        <w:rPr>
          <w:sz w:val="24"/>
          <w:szCs w:val="24"/>
        </w:rPr>
        <w:t>rodině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dramatizace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pohádek</w:t>
      </w:r>
      <w:proofErr w:type="spellEnd"/>
      <w:r w:rsidRPr="006F3F0F">
        <w:rPr>
          <w:sz w:val="24"/>
          <w:szCs w:val="24"/>
        </w:rPr>
        <w:t xml:space="preserve"> o </w:t>
      </w:r>
      <w:proofErr w:type="spellStart"/>
      <w:r w:rsidRPr="006F3F0F">
        <w:rPr>
          <w:sz w:val="24"/>
          <w:szCs w:val="24"/>
        </w:rPr>
        <w:t>kamarádství</w:t>
      </w:r>
      <w:proofErr w:type="spellEnd"/>
      <w:r w:rsidRPr="006F3F0F">
        <w:rPr>
          <w:sz w:val="24"/>
          <w:szCs w:val="24"/>
        </w:rPr>
        <w:t>.</w:t>
      </w:r>
    </w:p>
    <w:p w14:paraId="07D16D6E" w14:textId="77777777" w:rsidR="00A70B15" w:rsidRPr="006F3F0F" w:rsidRDefault="00A70B15" w:rsidP="00A70B15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Jazykové</w:t>
      </w:r>
      <w:proofErr w:type="spellEnd"/>
      <w:r w:rsidRPr="006F3F0F">
        <w:rPr>
          <w:sz w:val="24"/>
          <w:szCs w:val="24"/>
        </w:rPr>
        <w:t xml:space="preserve">: </w:t>
      </w:r>
      <w:proofErr w:type="spellStart"/>
      <w:r w:rsidRPr="006F3F0F">
        <w:rPr>
          <w:sz w:val="24"/>
          <w:szCs w:val="24"/>
        </w:rPr>
        <w:t>rozhovory</w:t>
      </w:r>
      <w:proofErr w:type="spellEnd"/>
      <w:r w:rsidRPr="006F3F0F">
        <w:rPr>
          <w:sz w:val="24"/>
          <w:szCs w:val="24"/>
        </w:rPr>
        <w:t xml:space="preserve"> o </w:t>
      </w:r>
      <w:proofErr w:type="spellStart"/>
      <w:r w:rsidRPr="006F3F0F">
        <w:rPr>
          <w:sz w:val="24"/>
          <w:szCs w:val="24"/>
        </w:rPr>
        <w:t>rodině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pohádky</w:t>
      </w:r>
      <w:proofErr w:type="spellEnd"/>
      <w:r w:rsidRPr="006F3F0F">
        <w:rPr>
          <w:sz w:val="24"/>
          <w:szCs w:val="24"/>
        </w:rPr>
        <w:t xml:space="preserve"> o </w:t>
      </w:r>
      <w:proofErr w:type="spellStart"/>
      <w:r w:rsidRPr="006F3F0F">
        <w:rPr>
          <w:sz w:val="24"/>
          <w:szCs w:val="24"/>
        </w:rPr>
        <w:t>přátelství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vymýšlení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příběhů</w:t>
      </w:r>
      <w:proofErr w:type="spellEnd"/>
      <w:r w:rsidRPr="006F3F0F">
        <w:rPr>
          <w:sz w:val="24"/>
          <w:szCs w:val="24"/>
        </w:rPr>
        <w:t>.</w:t>
      </w:r>
    </w:p>
    <w:p w14:paraId="085FD9D3" w14:textId="77777777" w:rsidR="00A70B15" w:rsidRPr="006F3F0F" w:rsidRDefault="00A70B15" w:rsidP="00A70B15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Společné</w:t>
      </w:r>
      <w:proofErr w:type="spellEnd"/>
      <w:r w:rsidRPr="006F3F0F">
        <w:rPr>
          <w:sz w:val="24"/>
          <w:szCs w:val="24"/>
        </w:rPr>
        <w:t xml:space="preserve">: </w:t>
      </w:r>
      <w:proofErr w:type="spellStart"/>
      <w:r w:rsidRPr="006F3F0F">
        <w:rPr>
          <w:sz w:val="24"/>
          <w:szCs w:val="24"/>
        </w:rPr>
        <w:t>příprava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oslavy</w:t>
      </w:r>
      <w:proofErr w:type="spellEnd"/>
      <w:r w:rsidRPr="006F3F0F">
        <w:rPr>
          <w:sz w:val="24"/>
          <w:szCs w:val="24"/>
        </w:rPr>
        <w:t xml:space="preserve"> pro </w:t>
      </w:r>
      <w:proofErr w:type="spellStart"/>
      <w:r w:rsidRPr="006F3F0F">
        <w:rPr>
          <w:sz w:val="24"/>
          <w:szCs w:val="24"/>
        </w:rPr>
        <w:t>rodiče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pozvánky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výstava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rodinných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fotografií</w:t>
      </w:r>
      <w:proofErr w:type="spellEnd"/>
      <w:r w:rsidRPr="006F3F0F">
        <w:rPr>
          <w:sz w:val="24"/>
          <w:szCs w:val="24"/>
        </w:rPr>
        <w:t>.</w:t>
      </w:r>
    </w:p>
    <w:p w14:paraId="6034245B" w14:textId="77777777" w:rsidR="00A70B15" w:rsidRPr="006F3F0F" w:rsidRDefault="00A70B15" w:rsidP="00A70B15">
      <w:pPr>
        <w:pStyle w:val="Nadpis3"/>
        <w:rPr>
          <w:sz w:val="24"/>
          <w:szCs w:val="24"/>
        </w:rPr>
      </w:pPr>
      <w:r w:rsidRPr="006F3F0F">
        <w:rPr>
          <w:sz w:val="24"/>
          <w:szCs w:val="24"/>
        </w:rPr>
        <w:lastRenderedPageBreak/>
        <w:t xml:space="preserve">Mini </w:t>
      </w:r>
      <w:proofErr w:type="spellStart"/>
      <w:proofErr w:type="gramStart"/>
      <w:r w:rsidRPr="006F3F0F">
        <w:rPr>
          <w:sz w:val="24"/>
          <w:szCs w:val="24"/>
        </w:rPr>
        <w:t>projekty</w:t>
      </w:r>
      <w:proofErr w:type="spellEnd"/>
      <w:proofErr w:type="gramEnd"/>
      <w:r w:rsidRPr="006F3F0F">
        <w:rPr>
          <w:sz w:val="24"/>
          <w:szCs w:val="24"/>
        </w:rPr>
        <w:t xml:space="preserve"> a </w:t>
      </w:r>
      <w:proofErr w:type="spellStart"/>
      <w:r w:rsidRPr="006F3F0F">
        <w:rPr>
          <w:sz w:val="24"/>
          <w:szCs w:val="24"/>
        </w:rPr>
        <w:t>slavnosti</w:t>
      </w:r>
      <w:proofErr w:type="spellEnd"/>
    </w:p>
    <w:p w14:paraId="4B639372" w14:textId="77777777" w:rsidR="00A70B15" w:rsidRPr="006F3F0F" w:rsidRDefault="00A70B15" w:rsidP="00A70B15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Den </w:t>
      </w:r>
      <w:proofErr w:type="spellStart"/>
      <w:r w:rsidRPr="006F3F0F">
        <w:rPr>
          <w:sz w:val="24"/>
          <w:szCs w:val="24"/>
        </w:rPr>
        <w:t>matek</w:t>
      </w:r>
      <w:proofErr w:type="spellEnd"/>
      <w:r w:rsidRPr="006F3F0F">
        <w:rPr>
          <w:sz w:val="24"/>
          <w:szCs w:val="24"/>
        </w:rPr>
        <w:t xml:space="preserve"> – </w:t>
      </w:r>
      <w:proofErr w:type="spellStart"/>
      <w:r w:rsidRPr="006F3F0F">
        <w:rPr>
          <w:sz w:val="24"/>
          <w:szCs w:val="24"/>
        </w:rPr>
        <w:t>besídka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dárečky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slavnostní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odpoledne</w:t>
      </w:r>
      <w:proofErr w:type="spellEnd"/>
      <w:r w:rsidRPr="006F3F0F">
        <w:rPr>
          <w:sz w:val="24"/>
          <w:szCs w:val="24"/>
        </w:rPr>
        <w:t>.</w:t>
      </w:r>
    </w:p>
    <w:p w14:paraId="461C54D4" w14:textId="77777777" w:rsidR="00A70B15" w:rsidRPr="006F3F0F" w:rsidRDefault="00A70B15" w:rsidP="00A70B15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Týden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přátelství</w:t>
      </w:r>
      <w:proofErr w:type="spellEnd"/>
      <w:r w:rsidRPr="006F3F0F">
        <w:rPr>
          <w:sz w:val="24"/>
          <w:szCs w:val="24"/>
        </w:rPr>
        <w:t xml:space="preserve"> – </w:t>
      </w:r>
      <w:proofErr w:type="spellStart"/>
      <w:r w:rsidRPr="006F3F0F">
        <w:rPr>
          <w:sz w:val="24"/>
          <w:szCs w:val="24"/>
        </w:rPr>
        <w:t>tematické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dny</w:t>
      </w:r>
      <w:proofErr w:type="spellEnd"/>
      <w:r w:rsidRPr="006F3F0F">
        <w:rPr>
          <w:sz w:val="24"/>
          <w:szCs w:val="24"/>
        </w:rPr>
        <w:t xml:space="preserve"> se </w:t>
      </w:r>
      <w:proofErr w:type="spellStart"/>
      <w:r w:rsidRPr="006F3F0F">
        <w:rPr>
          <w:sz w:val="24"/>
          <w:szCs w:val="24"/>
        </w:rPr>
        <w:t>zaměřením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na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kamarádství</w:t>
      </w:r>
      <w:proofErr w:type="spellEnd"/>
      <w:r w:rsidRPr="006F3F0F">
        <w:rPr>
          <w:sz w:val="24"/>
          <w:szCs w:val="24"/>
        </w:rPr>
        <w:t>.</w:t>
      </w:r>
    </w:p>
    <w:p w14:paraId="47EF2FBE" w14:textId="77777777" w:rsidR="00A70B15" w:rsidRPr="006F3F0F" w:rsidRDefault="00A70B15" w:rsidP="00A70B15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Rodinná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galerie</w:t>
      </w:r>
      <w:proofErr w:type="spellEnd"/>
      <w:r w:rsidRPr="006F3F0F">
        <w:rPr>
          <w:sz w:val="24"/>
          <w:szCs w:val="24"/>
        </w:rPr>
        <w:t xml:space="preserve"> – </w:t>
      </w:r>
      <w:proofErr w:type="spellStart"/>
      <w:r w:rsidRPr="006F3F0F">
        <w:rPr>
          <w:sz w:val="24"/>
          <w:szCs w:val="24"/>
        </w:rPr>
        <w:t>vystavení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fotografií</w:t>
      </w:r>
      <w:proofErr w:type="spellEnd"/>
      <w:r w:rsidRPr="006F3F0F">
        <w:rPr>
          <w:sz w:val="24"/>
          <w:szCs w:val="24"/>
        </w:rPr>
        <w:t xml:space="preserve"> </w:t>
      </w:r>
      <w:proofErr w:type="gramStart"/>
      <w:r w:rsidRPr="006F3F0F">
        <w:rPr>
          <w:sz w:val="24"/>
          <w:szCs w:val="24"/>
        </w:rPr>
        <w:t>a</w:t>
      </w:r>
      <w:proofErr w:type="gram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obrázků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rodin</w:t>
      </w:r>
      <w:proofErr w:type="spellEnd"/>
      <w:r w:rsidRPr="006F3F0F">
        <w:rPr>
          <w:sz w:val="24"/>
          <w:szCs w:val="24"/>
        </w:rPr>
        <w:t>.</w:t>
      </w:r>
    </w:p>
    <w:p w14:paraId="3E0766FD" w14:textId="77777777" w:rsidR="00A70B15" w:rsidRPr="006F3F0F" w:rsidRDefault="00A70B15" w:rsidP="00A70B15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Setkání</w:t>
      </w:r>
      <w:proofErr w:type="spellEnd"/>
      <w:r w:rsidRPr="006F3F0F">
        <w:rPr>
          <w:sz w:val="24"/>
          <w:szCs w:val="24"/>
        </w:rPr>
        <w:t xml:space="preserve"> s </w:t>
      </w:r>
      <w:proofErr w:type="spellStart"/>
      <w:r w:rsidRPr="006F3F0F">
        <w:rPr>
          <w:sz w:val="24"/>
          <w:szCs w:val="24"/>
        </w:rPr>
        <w:t>rodiči</w:t>
      </w:r>
      <w:proofErr w:type="spellEnd"/>
      <w:r w:rsidRPr="006F3F0F">
        <w:rPr>
          <w:sz w:val="24"/>
          <w:szCs w:val="24"/>
        </w:rPr>
        <w:t xml:space="preserve"> – </w:t>
      </w:r>
      <w:proofErr w:type="spellStart"/>
      <w:r w:rsidRPr="006F3F0F">
        <w:rPr>
          <w:sz w:val="24"/>
          <w:szCs w:val="24"/>
        </w:rPr>
        <w:t>společné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tvoření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nebo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piknik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na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zahradě</w:t>
      </w:r>
      <w:proofErr w:type="spellEnd"/>
      <w:r w:rsidRPr="006F3F0F">
        <w:rPr>
          <w:sz w:val="24"/>
          <w:szCs w:val="24"/>
        </w:rPr>
        <w:t>.</w:t>
      </w:r>
    </w:p>
    <w:p w14:paraId="481F7E6E" w14:textId="77777777" w:rsidR="001943B7" w:rsidRPr="006F3F0F" w:rsidRDefault="001943B7" w:rsidP="001943B7">
      <w:pPr>
        <w:rPr>
          <w:sz w:val="24"/>
          <w:szCs w:val="24"/>
        </w:rPr>
      </w:pPr>
    </w:p>
    <w:p w14:paraId="72714EDD" w14:textId="77777777" w:rsidR="00955CAE" w:rsidRPr="00306AAC" w:rsidRDefault="00955CAE" w:rsidP="00955CAE">
      <w:pPr>
        <w:pStyle w:val="Nadpis2"/>
        <w:rPr>
          <w:sz w:val="36"/>
          <w:szCs w:val="36"/>
        </w:rPr>
      </w:pPr>
      <w:proofErr w:type="spellStart"/>
      <w:r w:rsidRPr="00306AAC">
        <w:rPr>
          <w:sz w:val="36"/>
          <w:szCs w:val="36"/>
        </w:rPr>
        <w:t>Červen</w:t>
      </w:r>
      <w:proofErr w:type="spellEnd"/>
      <w:r w:rsidRPr="00306AAC">
        <w:rPr>
          <w:sz w:val="36"/>
          <w:szCs w:val="36"/>
        </w:rPr>
        <w:t xml:space="preserve"> – </w:t>
      </w:r>
      <w:proofErr w:type="spellStart"/>
      <w:r w:rsidRPr="00306AAC">
        <w:rPr>
          <w:sz w:val="36"/>
          <w:szCs w:val="36"/>
        </w:rPr>
        <w:t>Loučení</w:t>
      </w:r>
      <w:proofErr w:type="spellEnd"/>
      <w:r w:rsidRPr="00306AAC">
        <w:rPr>
          <w:sz w:val="36"/>
          <w:szCs w:val="36"/>
        </w:rPr>
        <w:t xml:space="preserve"> a </w:t>
      </w:r>
      <w:proofErr w:type="spellStart"/>
      <w:r w:rsidRPr="00306AAC">
        <w:rPr>
          <w:sz w:val="36"/>
          <w:szCs w:val="36"/>
        </w:rPr>
        <w:t>dobrodružství</w:t>
      </w:r>
      <w:proofErr w:type="spellEnd"/>
    </w:p>
    <w:p w14:paraId="05C9DDC8" w14:textId="77777777" w:rsidR="00955CAE" w:rsidRPr="006F3F0F" w:rsidRDefault="00955CAE" w:rsidP="00955CAE">
      <w:pPr>
        <w:pStyle w:val="Nadpis3"/>
        <w:rPr>
          <w:sz w:val="24"/>
          <w:szCs w:val="24"/>
        </w:rPr>
      </w:pPr>
      <w:proofErr w:type="spellStart"/>
      <w:r w:rsidRPr="006F3F0F">
        <w:rPr>
          <w:sz w:val="24"/>
          <w:szCs w:val="24"/>
        </w:rPr>
        <w:t>Hlavní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cíle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měsíce</w:t>
      </w:r>
      <w:proofErr w:type="spellEnd"/>
    </w:p>
    <w:p w14:paraId="2C4DEC71" w14:textId="77777777" w:rsidR="00955CAE" w:rsidRPr="006F3F0F" w:rsidRDefault="00955CAE" w:rsidP="00955CAE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Rekapitulace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prožitků</w:t>
      </w:r>
      <w:proofErr w:type="spellEnd"/>
      <w:r w:rsidRPr="006F3F0F">
        <w:rPr>
          <w:sz w:val="24"/>
          <w:szCs w:val="24"/>
        </w:rPr>
        <w:t xml:space="preserve"> a </w:t>
      </w:r>
      <w:proofErr w:type="spellStart"/>
      <w:r w:rsidRPr="006F3F0F">
        <w:rPr>
          <w:sz w:val="24"/>
          <w:szCs w:val="24"/>
        </w:rPr>
        <w:t>poznatků</w:t>
      </w:r>
      <w:proofErr w:type="spellEnd"/>
      <w:r w:rsidRPr="006F3F0F">
        <w:rPr>
          <w:sz w:val="24"/>
          <w:szCs w:val="24"/>
        </w:rPr>
        <w:t xml:space="preserve"> z </w:t>
      </w:r>
      <w:proofErr w:type="spellStart"/>
      <w:r w:rsidRPr="006F3F0F">
        <w:rPr>
          <w:sz w:val="24"/>
          <w:szCs w:val="24"/>
        </w:rPr>
        <w:t>celého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školního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roku</w:t>
      </w:r>
      <w:proofErr w:type="spellEnd"/>
      <w:r w:rsidRPr="006F3F0F">
        <w:rPr>
          <w:sz w:val="24"/>
          <w:szCs w:val="24"/>
        </w:rPr>
        <w:t>.</w:t>
      </w:r>
    </w:p>
    <w:p w14:paraId="44747A06" w14:textId="77777777" w:rsidR="00955CAE" w:rsidRPr="006F3F0F" w:rsidRDefault="00955CAE" w:rsidP="00955CAE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Podpora </w:t>
      </w:r>
      <w:proofErr w:type="spellStart"/>
      <w:r w:rsidRPr="006F3F0F">
        <w:rPr>
          <w:sz w:val="24"/>
          <w:szCs w:val="24"/>
        </w:rPr>
        <w:t>těšení</w:t>
      </w:r>
      <w:proofErr w:type="spellEnd"/>
      <w:r w:rsidRPr="006F3F0F">
        <w:rPr>
          <w:sz w:val="24"/>
          <w:szCs w:val="24"/>
        </w:rPr>
        <w:t xml:space="preserve"> se </w:t>
      </w:r>
      <w:proofErr w:type="spellStart"/>
      <w:r w:rsidRPr="006F3F0F">
        <w:rPr>
          <w:sz w:val="24"/>
          <w:szCs w:val="24"/>
        </w:rPr>
        <w:t>na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prázdniny</w:t>
      </w:r>
      <w:proofErr w:type="spellEnd"/>
      <w:r w:rsidRPr="006F3F0F">
        <w:rPr>
          <w:sz w:val="24"/>
          <w:szCs w:val="24"/>
        </w:rPr>
        <w:t xml:space="preserve"> a </w:t>
      </w:r>
      <w:proofErr w:type="spellStart"/>
      <w:r w:rsidRPr="006F3F0F">
        <w:rPr>
          <w:sz w:val="24"/>
          <w:szCs w:val="24"/>
        </w:rPr>
        <w:t>přirozeného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rozloučení</w:t>
      </w:r>
      <w:proofErr w:type="spellEnd"/>
      <w:r w:rsidRPr="006F3F0F">
        <w:rPr>
          <w:sz w:val="24"/>
          <w:szCs w:val="24"/>
        </w:rPr>
        <w:t>.</w:t>
      </w:r>
    </w:p>
    <w:p w14:paraId="437A2341" w14:textId="77777777" w:rsidR="00955CAE" w:rsidRPr="006F3F0F" w:rsidRDefault="00955CAE" w:rsidP="00955CAE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Rozvíjení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samostatnosti</w:t>
      </w:r>
      <w:proofErr w:type="spellEnd"/>
      <w:r w:rsidRPr="006F3F0F">
        <w:rPr>
          <w:sz w:val="24"/>
          <w:szCs w:val="24"/>
        </w:rPr>
        <w:t xml:space="preserve"> a </w:t>
      </w:r>
      <w:proofErr w:type="spellStart"/>
      <w:r w:rsidRPr="006F3F0F">
        <w:rPr>
          <w:sz w:val="24"/>
          <w:szCs w:val="24"/>
        </w:rPr>
        <w:t>sebedůvěry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zvláště</w:t>
      </w:r>
      <w:proofErr w:type="spellEnd"/>
      <w:r w:rsidRPr="006F3F0F">
        <w:rPr>
          <w:sz w:val="24"/>
          <w:szCs w:val="24"/>
        </w:rPr>
        <w:t xml:space="preserve"> u </w:t>
      </w:r>
      <w:proofErr w:type="spellStart"/>
      <w:r w:rsidRPr="006F3F0F">
        <w:rPr>
          <w:sz w:val="24"/>
          <w:szCs w:val="24"/>
        </w:rPr>
        <w:t>předškoláků</w:t>
      </w:r>
      <w:proofErr w:type="spellEnd"/>
      <w:r w:rsidRPr="006F3F0F">
        <w:rPr>
          <w:sz w:val="24"/>
          <w:szCs w:val="24"/>
        </w:rPr>
        <w:t>.</w:t>
      </w:r>
    </w:p>
    <w:p w14:paraId="3FA73DBE" w14:textId="77777777" w:rsidR="00955CAE" w:rsidRPr="006F3F0F" w:rsidRDefault="00955CAE" w:rsidP="00955CAE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Oslava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společných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zážitků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výletů</w:t>
      </w:r>
      <w:proofErr w:type="spellEnd"/>
      <w:r w:rsidRPr="006F3F0F">
        <w:rPr>
          <w:sz w:val="24"/>
          <w:szCs w:val="24"/>
        </w:rPr>
        <w:t xml:space="preserve"> a </w:t>
      </w:r>
      <w:proofErr w:type="spellStart"/>
      <w:r w:rsidRPr="006F3F0F">
        <w:rPr>
          <w:sz w:val="24"/>
          <w:szCs w:val="24"/>
        </w:rPr>
        <w:t>přátelství</w:t>
      </w:r>
      <w:proofErr w:type="spellEnd"/>
      <w:r w:rsidRPr="006F3F0F">
        <w:rPr>
          <w:sz w:val="24"/>
          <w:szCs w:val="24"/>
        </w:rPr>
        <w:t>.</w:t>
      </w:r>
    </w:p>
    <w:p w14:paraId="0DF886A8" w14:textId="77777777" w:rsidR="00955CAE" w:rsidRPr="006F3F0F" w:rsidRDefault="00955CAE" w:rsidP="00955CAE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Příprava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na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změnu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prostředí</w:t>
      </w:r>
      <w:proofErr w:type="spellEnd"/>
      <w:r w:rsidRPr="006F3F0F">
        <w:rPr>
          <w:sz w:val="24"/>
          <w:szCs w:val="24"/>
        </w:rPr>
        <w:t xml:space="preserve"> – </w:t>
      </w:r>
      <w:proofErr w:type="spellStart"/>
      <w:r w:rsidRPr="006F3F0F">
        <w:rPr>
          <w:sz w:val="24"/>
          <w:szCs w:val="24"/>
        </w:rPr>
        <w:t>nástup</w:t>
      </w:r>
      <w:proofErr w:type="spellEnd"/>
      <w:r w:rsidRPr="006F3F0F">
        <w:rPr>
          <w:sz w:val="24"/>
          <w:szCs w:val="24"/>
        </w:rPr>
        <w:t xml:space="preserve"> do ZŠ.</w:t>
      </w:r>
    </w:p>
    <w:p w14:paraId="12528C56" w14:textId="77777777" w:rsidR="00955CAE" w:rsidRPr="006F3F0F" w:rsidRDefault="00955CAE" w:rsidP="00955CAE">
      <w:pPr>
        <w:pStyle w:val="Nadpis3"/>
        <w:rPr>
          <w:sz w:val="24"/>
          <w:szCs w:val="24"/>
        </w:rPr>
      </w:pPr>
      <w:proofErr w:type="spellStart"/>
      <w:r w:rsidRPr="006F3F0F">
        <w:rPr>
          <w:sz w:val="24"/>
          <w:szCs w:val="24"/>
        </w:rPr>
        <w:t>Týdenní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podtémata</w:t>
      </w:r>
      <w:proofErr w:type="spellEnd"/>
    </w:p>
    <w:p w14:paraId="03DE86A7" w14:textId="77777777" w:rsidR="00955CAE" w:rsidRPr="006F3F0F" w:rsidRDefault="00955CAE" w:rsidP="00955CAE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1. Co </w:t>
      </w:r>
      <w:proofErr w:type="spellStart"/>
      <w:r w:rsidRPr="006F3F0F">
        <w:rPr>
          <w:sz w:val="24"/>
          <w:szCs w:val="24"/>
        </w:rPr>
        <w:t>jsme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zažili</w:t>
      </w:r>
      <w:proofErr w:type="spellEnd"/>
    </w:p>
    <w:p w14:paraId="0AE06C1E" w14:textId="77777777" w:rsidR="00955CAE" w:rsidRPr="006F3F0F" w:rsidRDefault="00955CAE" w:rsidP="00955CAE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2. </w:t>
      </w:r>
      <w:proofErr w:type="spellStart"/>
      <w:r w:rsidRPr="006F3F0F">
        <w:rPr>
          <w:sz w:val="24"/>
          <w:szCs w:val="24"/>
        </w:rPr>
        <w:t>Když</w:t>
      </w:r>
      <w:proofErr w:type="spellEnd"/>
      <w:r w:rsidRPr="006F3F0F">
        <w:rPr>
          <w:sz w:val="24"/>
          <w:szCs w:val="24"/>
        </w:rPr>
        <w:t xml:space="preserve"> se </w:t>
      </w:r>
      <w:proofErr w:type="spellStart"/>
      <w:r w:rsidRPr="006F3F0F">
        <w:rPr>
          <w:sz w:val="24"/>
          <w:szCs w:val="24"/>
        </w:rPr>
        <w:t>loučíme</w:t>
      </w:r>
      <w:proofErr w:type="spellEnd"/>
    </w:p>
    <w:p w14:paraId="5EA07E42" w14:textId="77777777" w:rsidR="00955CAE" w:rsidRPr="006F3F0F" w:rsidRDefault="00955CAE" w:rsidP="00955CAE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3. </w:t>
      </w:r>
      <w:proofErr w:type="spellStart"/>
      <w:r w:rsidRPr="006F3F0F">
        <w:rPr>
          <w:sz w:val="24"/>
          <w:szCs w:val="24"/>
        </w:rPr>
        <w:t>Těšíme</w:t>
      </w:r>
      <w:proofErr w:type="spellEnd"/>
      <w:r w:rsidRPr="006F3F0F">
        <w:rPr>
          <w:sz w:val="24"/>
          <w:szCs w:val="24"/>
        </w:rPr>
        <w:t xml:space="preserve"> se </w:t>
      </w:r>
      <w:proofErr w:type="spellStart"/>
      <w:r w:rsidRPr="006F3F0F">
        <w:rPr>
          <w:sz w:val="24"/>
          <w:szCs w:val="24"/>
        </w:rPr>
        <w:t>na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prázdniny</w:t>
      </w:r>
      <w:proofErr w:type="spellEnd"/>
    </w:p>
    <w:p w14:paraId="4E188F21" w14:textId="77777777" w:rsidR="00955CAE" w:rsidRPr="006F3F0F" w:rsidRDefault="00955CAE" w:rsidP="00955CAE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4. </w:t>
      </w:r>
      <w:proofErr w:type="spellStart"/>
      <w:r w:rsidRPr="006F3F0F">
        <w:rPr>
          <w:sz w:val="24"/>
          <w:szCs w:val="24"/>
        </w:rPr>
        <w:t>Dobrodružství</w:t>
      </w:r>
      <w:proofErr w:type="spellEnd"/>
      <w:r w:rsidRPr="006F3F0F">
        <w:rPr>
          <w:sz w:val="24"/>
          <w:szCs w:val="24"/>
        </w:rPr>
        <w:t xml:space="preserve"> a </w:t>
      </w:r>
      <w:proofErr w:type="spellStart"/>
      <w:r w:rsidRPr="006F3F0F">
        <w:rPr>
          <w:sz w:val="24"/>
          <w:szCs w:val="24"/>
        </w:rPr>
        <w:t>výlet</w:t>
      </w:r>
      <w:proofErr w:type="spellEnd"/>
    </w:p>
    <w:p w14:paraId="1F37C712" w14:textId="77777777" w:rsidR="00955CAE" w:rsidRPr="006F3F0F" w:rsidRDefault="00955CAE" w:rsidP="00955CAE">
      <w:pPr>
        <w:pStyle w:val="Nadpis3"/>
        <w:rPr>
          <w:sz w:val="24"/>
          <w:szCs w:val="24"/>
        </w:rPr>
      </w:pPr>
      <w:proofErr w:type="spellStart"/>
      <w:r w:rsidRPr="006F3F0F">
        <w:rPr>
          <w:sz w:val="24"/>
          <w:szCs w:val="24"/>
        </w:rPr>
        <w:t>Rozvoj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klíčových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kompetencí</w:t>
      </w:r>
      <w:proofErr w:type="spellEnd"/>
    </w:p>
    <w:p w14:paraId="39DCCE76" w14:textId="77777777" w:rsidR="00955CAE" w:rsidRPr="006F3F0F" w:rsidRDefault="00955CAE" w:rsidP="00955CAE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Kompetence</w:t>
      </w:r>
      <w:proofErr w:type="spellEnd"/>
      <w:r w:rsidRPr="006F3F0F">
        <w:rPr>
          <w:sz w:val="24"/>
          <w:szCs w:val="24"/>
        </w:rPr>
        <w:t xml:space="preserve"> k </w:t>
      </w:r>
      <w:proofErr w:type="spellStart"/>
      <w:r w:rsidRPr="006F3F0F">
        <w:rPr>
          <w:sz w:val="24"/>
          <w:szCs w:val="24"/>
        </w:rPr>
        <w:t>učení</w:t>
      </w:r>
      <w:proofErr w:type="spellEnd"/>
      <w:r w:rsidRPr="006F3F0F">
        <w:rPr>
          <w:sz w:val="24"/>
          <w:szCs w:val="24"/>
        </w:rPr>
        <w:t xml:space="preserve"> – </w:t>
      </w:r>
      <w:proofErr w:type="spellStart"/>
      <w:r w:rsidRPr="006F3F0F">
        <w:rPr>
          <w:sz w:val="24"/>
          <w:szCs w:val="24"/>
        </w:rPr>
        <w:t>bilancování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reflexe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zážitků</w:t>
      </w:r>
      <w:proofErr w:type="spellEnd"/>
      <w:r w:rsidRPr="006F3F0F">
        <w:rPr>
          <w:sz w:val="24"/>
          <w:szCs w:val="24"/>
        </w:rPr>
        <w:t>.</w:t>
      </w:r>
    </w:p>
    <w:p w14:paraId="66E9654C" w14:textId="77777777" w:rsidR="00955CAE" w:rsidRPr="006F3F0F" w:rsidRDefault="00955CAE" w:rsidP="00955CAE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Kompetence</w:t>
      </w:r>
      <w:proofErr w:type="spellEnd"/>
      <w:r w:rsidRPr="006F3F0F">
        <w:rPr>
          <w:sz w:val="24"/>
          <w:szCs w:val="24"/>
        </w:rPr>
        <w:t xml:space="preserve"> k </w:t>
      </w:r>
      <w:proofErr w:type="spellStart"/>
      <w:r w:rsidRPr="006F3F0F">
        <w:rPr>
          <w:sz w:val="24"/>
          <w:szCs w:val="24"/>
        </w:rPr>
        <w:t>řešení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problémů</w:t>
      </w:r>
      <w:proofErr w:type="spellEnd"/>
      <w:r w:rsidRPr="006F3F0F">
        <w:rPr>
          <w:sz w:val="24"/>
          <w:szCs w:val="24"/>
        </w:rPr>
        <w:t xml:space="preserve"> – </w:t>
      </w:r>
      <w:proofErr w:type="spellStart"/>
      <w:r w:rsidRPr="006F3F0F">
        <w:rPr>
          <w:sz w:val="24"/>
          <w:szCs w:val="24"/>
        </w:rPr>
        <w:t>samostatné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zvládání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situací</w:t>
      </w:r>
      <w:proofErr w:type="spellEnd"/>
      <w:r w:rsidRPr="006F3F0F">
        <w:rPr>
          <w:sz w:val="24"/>
          <w:szCs w:val="24"/>
        </w:rPr>
        <w:t>.</w:t>
      </w:r>
    </w:p>
    <w:p w14:paraId="22E00C0C" w14:textId="77777777" w:rsidR="00955CAE" w:rsidRPr="006F3F0F" w:rsidRDefault="00955CAE" w:rsidP="00955CAE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Kompetence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sociální</w:t>
      </w:r>
      <w:proofErr w:type="spellEnd"/>
      <w:r w:rsidRPr="006F3F0F">
        <w:rPr>
          <w:sz w:val="24"/>
          <w:szCs w:val="24"/>
        </w:rPr>
        <w:t xml:space="preserve"> – </w:t>
      </w:r>
      <w:proofErr w:type="spellStart"/>
      <w:r w:rsidRPr="006F3F0F">
        <w:rPr>
          <w:sz w:val="24"/>
          <w:szCs w:val="24"/>
        </w:rPr>
        <w:t>spolupráce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vyjádření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emocí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při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loučení</w:t>
      </w:r>
      <w:proofErr w:type="spellEnd"/>
      <w:r w:rsidRPr="006F3F0F">
        <w:rPr>
          <w:sz w:val="24"/>
          <w:szCs w:val="24"/>
        </w:rPr>
        <w:t>.</w:t>
      </w:r>
    </w:p>
    <w:p w14:paraId="083AF05F" w14:textId="77777777" w:rsidR="00955CAE" w:rsidRPr="006F3F0F" w:rsidRDefault="00955CAE" w:rsidP="00955CAE">
      <w:pPr>
        <w:pStyle w:val="Nadpis3"/>
        <w:rPr>
          <w:sz w:val="24"/>
          <w:szCs w:val="24"/>
        </w:rPr>
      </w:pPr>
      <w:proofErr w:type="spellStart"/>
      <w:r w:rsidRPr="006F3F0F">
        <w:rPr>
          <w:sz w:val="24"/>
          <w:szCs w:val="24"/>
        </w:rPr>
        <w:t>Propojení</w:t>
      </w:r>
      <w:proofErr w:type="spellEnd"/>
      <w:r w:rsidRPr="006F3F0F">
        <w:rPr>
          <w:sz w:val="24"/>
          <w:szCs w:val="24"/>
        </w:rPr>
        <w:t xml:space="preserve"> s </w:t>
      </w:r>
      <w:proofErr w:type="spellStart"/>
      <w:r w:rsidRPr="006F3F0F">
        <w:rPr>
          <w:sz w:val="24"/>
          <w:szCs w:val="24"/>
        </w:rPr>
        <w:t>oblastmi</w:t>
      </w:r>
      <w:proofErr w:type="spellEnd"/>
      <w:r w:rsidRPr="006F3F0F">
        <w:rPr>
          <w:sz w:val="24"/>
          <w:szCs w:val="24"/>
        </w:rPr>
        <w:t xml:space="preserve"> RVP PV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320"/>
        <w:gridCol w:w="4320"/>
      </w:tblGrid>
      <w:tr w:rsidR="00955CAE" w:rsidRPr="006F3F0F" w14:paraId="3C228E57" w14:textId="77777777" w:rsidTr="00860BE3">
        <w:tc>
          <w:tcPr>
            <w:tcW w:w="4320" w:type="dxa"/>
          </w:tcPr>
          <w:p w14:paraId="58240EFA" w14:textId="77777777" w:rsidR="00955CAE" w:rsidRPr="006F3F0F" w:rsidRDefault="00955CAE" w:rsidP="00860BE3">
            <w:pPr>
              <w:rPr>
                <w:sz w:val="24"/>
                <w:szCs w:val="24"/>
              </w:rPr>
            </w:pPr>
            <w:r w:rsidRPr="006F3F0F">
              <w:rPr>
                <w:sz w:val="24"/>
                <w:szCs w:val="24"/>
              </w:rPr>
              <w:t>Oblast</w:t>
            </w:r>
          </w:p>
        </w:tc>
        <w:tc>
          <w:tcPr>
            <w:tcW w:w="4320" w:type="dxa"/>
          </w:tcPr>
          <w:p w14:paraId="7A5F7BF0" w14:textId="77777777" w:rsidR="00955CAE" w:rsidRPr="006F3F0F" w:rsidRDefault="00955CAE" w:rsidP="00860BE3">
            <w:pPr>
              <w:rPr>
                <w:sz w:val="24"/>
                <w:szCs w:val="24"/>
              </w:rPr>
            </w:pPr>
            <w:proofErr w:type="spellStart"/>
            <w:r w:rsidRPr="006F3F0F">
              <w:rPr>
                <w:sz w:val="24"/>
                <w:szCs w:val="24"/>
              </w:rPr>
              <w:t>Cíle</w:t>
            </w:r>
            <w:proofErr w:type="spellEnd"/>
            <w:r w:rsidRPr="006F3F0F">
              <w:rPr>
                <w:sz w:val="24"/>
                <w:szCs w:val="24"/>
              </w:rPr>
              <w:t xml:space="preserve"> a </w:t>
            </w:r>
            <w:proofErr w:type="spellStart"/>
            <w:r w:rsidRPr="006F3F0F">
              <w:rPr>
                <w:sz w:val="24"/>
                <w:szCs w:val="24"/>
              </w:rPr>
              <w:t>výstupy</w:t>
            </w:r>
            <w:proofErr w:type="spellEnd"/>
          </w:p>
        </w:tc>
      </w:tr>
      <w:tr w:rsidR="00955CAE" w:rsidRPr="006F3F0F" w14:paraId="2320DE40" w14:textId="77777777" w:rsidTr="00860BE3">
        <w:tc>
          <w:tcPr>
            <w:tcW w:w="4320" w:type="dxa"/>
          </w:tcPr>
          <w:p w14:paraId="14BB65AB" w14:textId="77777777" w:rsidR="00955CAE" w:rsidRPr="006F3F0F" w:rsidRDefault="00955CAE" w:rsidP="00860BE3">
            <w:pPr>
              <w:rPr>
                <w:sz w:val="24"/>
                <w:szCs w:val="24"/>
              </w:rPr>
            </w:pPr>
            <w:proofErr w:type="spellStart"/>
            <w:r w:rsidRPr="006F3F0F">
              <w:rPr>
                <w:sz w:val="24"/>
                <w:szCs w:val="24"/>
              </w:rPr>
              <w:t>Dítě</w:t>
            </w:r>
            <w:proofErr w:type="spellEnd"/>
            <w:r w:rsidRPr="006F3F0F">
              <w:rPr>
                <w:sz w:val="24"/>
                <w:szCs w:val="24"/>
              </w:rPr>
              <w:t xml:space="preserve"> a </w:t>
            </w:r>
            <w:proofErr w:type="spellStart"/>
            <w:r w:rsidRPr="006F3F0F">
              <w:rPr>
                <w:sz w:val="24"/>
                <w:szCs w:val="24"/>
              </w:rPr>
              <w:t>jeho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tělo</w:t>
            </w:r>
            <w:proofErr w:type="spellEnd"/>
          </w:p>
        </w:tc>
        <w:tc>
          <w:tcPr>
            <w:tcW w:w="4320" w:type="dxa"/>
          </w:tcPr>
          <w:p w14:paraId="7437FE3A" w14:textId="77777777" w:rsidR="00955CAE" w:rsidRPr="006F3F0F" w:rsidRDefault="00955CAE" w:rsidP="00860BE3">
            <w:pPr>
              <w:rPr>
                <w:sz w:val="24"/>
                <w:szCs w:val="24"/>
              </w:rPr>
            </w:pPr>
            <w:proofErr w:type="spellStart"/>
            <w:r w:rsidRPr="006F3F0F">
              <w:rPr>
                <w:sz w:val="24"/>
                <w:szCs w:val="24"/>
              </w:rPr>
              <w:t>Užívá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si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pohyb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venku</w:t>
            </w:r>
            <w:proofErr w:type="spellEnd"/>
            <w:r w:rsidRPr="006F3F0F">
              <w:rPr>
                <w:sz w:val="24"/>
                <w:szCs w:val="24"/>
              </w:rPr>
              <w:t xml:space="preserve">, </w:t>
            </w:r>
            <w:proofErr w:type="spellStart"/>
            <w:r w:rsidRPr="006F3F0F">
              <w:rPr>
                <w:sz w:val="24"/>
                <w:szCs w:val="24"/>
              </w:rPr>
              <w:t>poznává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bezpečné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chování</w:t>
            </w:r>
            <w:proofErr w:type="spellEnd"/>
            <w:r w:rsidRPr="006F3F0F">
              <w:rPr>
                <w:sz w:val="24"/>
                <w:szCs w:val="24"/>
              </w:rPr>
              <w:t>.</w:t>
            </w:r>
          </w:p>
        </w:tc>
      </w:tr>
      <w:tr w:rsidR="00955CAE" w:rsidRPr="006F3F0F" w14:paraId="7E688621" w14:textId="77777777" w:rsidTr="00860BE3">
        <w:tc>
          <w:tcPr>
            <w:tcW w:w="4320" w:type="dxa"/>
          </w:tcPr>
          <w:p w14:paraId="3EFAF55F" w14:textId="77777777" w:rsidR="00955CAE" w:rsidRPr="006F3F0F" w:rsidRDefault="00955CAE" w:rsidP="00860BE3">
            <w:pPr>
              <w:rPr>
                <w:sz w:val="24"/>
                <w:szCs w:val="24"/>
              </w:rPr>
            </w:pPr>
            <w:proofErr w:type="spellStart"/>
            <w:r w:rsidRPr="006F3F0F">
              <w:rPr>
                <w:sz w:val="24"/>
                <w:szCs w:val="24"/>
              </w:rPr>
              <w:lastRenderedPageBreak/>
              <w:t>Dítě</w:t>
            </w:r>
            <w:proofErr w:type="spellEnd"/>
            <w:r w:rsidRPr="006F3F0F">
              <w:rPr>
                <w:sz w:val="24"/>
                <w:szCs w:val="24"/>
              </w:rPr>
              <w:t xml:space="preserve"> a </w:t>
            </w:r>
            <w:proofErr w:type="spellStart"/>
            <w:r w:rsidRPr="006F3F0F">
              <w:rPr>
                <w:sz w:val="24"/>
                <w:szCs w:val="24"/>
              </w:rPr>
              <w:t>jeho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psychika</w:t>
            </w:r>
            <w:proofErr w:type="spellEnd"/>
          </w:p>
        </w:tc>
        <w:tc>
          <w:tcPr>
            <w:tcW w:w="4320" w:type="dxa"/>
          </w:tcPr>
          <w:p w14:paraId="3CA41939" w14:textId="77777777" w:rsidR="00955CAE" w:rsidRPr="006F3F0F" w:rsidRDefault="00955CAE" w:rsidP="00860BE3">
            <w:pPr>
              <w:rPr>
                <w:sz w:val="24"/>
                <w:szCs w:val="24"/>
              </w:rPr>
            </w:pPr>
            <w:proofErr w:type="spellStart"/>
            <w:r w:rsidRPr="006F3F0F">
              <w:rPr>
                <w:sz w:val="24"/>
                <w:szCs w:val="24"/>
              </w:rPr>
              <w:t>Pojmenovává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své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emoce</w:t>
            </w:r>
            <w:proofErr w:type="spellEnd"/>
            <w:r w:rsidRPr="006F3F0F">
              <w:rPr>
                <w:sz w:val="24"/>
                <w:szCs w:val="24"/>
              </w:rPr>
              <w:t xml:space="preserve">, </w:t>
            </w:r>
            <w:proofErr w:type="spellStart"/>
            <w:r w:rsidRPr="006F3F0F">
              <w:rPr>
                <w:sz w:val="24"/>
                <w:szCs w:val="24"/>
              </w:rPr>
              <w:t>zvládá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změny</w:t>
            </w:r>
            <w:proofErr w:type="spellEnd"/>
            <w:r w:rsidRPr="006F3F0F">
              <w:rPr>
                <w:sz w:val="24"/>
                <w:szCs w:val="24"/>
              </w:rPr>
              <w:t>.</w:t>
            </w:r>
          </w:p>
        </w:tc>
      </w:tr>
      <w:tr w:rsidR="00955CAE" w:rsidRPr="006F3F0F" w14:paraId="55AB5D24" w14:textId="77777777" w:rsidTr="00860BE3">
        <w:tc>
          <w:tcPr>
            <w:tcW w:w="4320" w:type="dxa"/>
          </w:tcPr>
          <w:p w14:paraId="0AEEABCF" w14:textId="77777777" w:rsidR="00955CAE" w:rsidRPr="006F3F0F" w:rsidRDefault="00955CAE" w:rsidP="00860BE3">
            <w:pPr>
              <w:rPr>
                <w:sz w:val="24"/>
                <w:szCs w:val="24"/>
              </w:rPr>
            </w:pPr>
            <w:proofErr w:type="spellStart"/>
            <w:r w:rsidRPr="006F3F0F">
              <w:rPr>
                <w:sz w:val="24"/>
                <w:szCs w:val="24"/>
              </w:rPr>
              <w:t>Dítě</w:t>
            </w:r>
            <w:proofErr w:type="spellEnd"/>
            <w:r w:rsidRPr="006F3F0F">
              <w:rPr>
                <w:sz w:val="24"/>
                <w:szCs w:val="24"/>
              </w:rPr>
              <w:t xml:space="preserve"> a ten </w:t>
            </w:r>
            <w:proofErr w:type="spellStart"/>
            <w:r w:rsidRPr="006F3F0F">
              <w:rPr>
                <w:sz w:val="24"/>
                <w:szCs w:val="24"/>
              </w:rPr>
              <w:t>druhý</w:t>
            </w:r>
            <w:proofErr w:type="spellEnd"/>
          </w:p>
        </w:tc>
        <w:tc>
          <w:tcPr>
            <w:tcW w:w="4320" w:type="dxa"/>
          </w:tcPr>
          <w:p w14:paraId="0141D595" w14:textId="77777777" w:rsidR="00955CAE" w:rsidRPr="006F3F0F" w:rsidRDefault="00955CAE" w:rsidP="00860BE3">
            <w:pPr>
              <w:rPr>
                <w:sz w:val="24"/>
                <w:szCs w:val="24"/>
              </w:rPr>
            </w:pPr>
            <w:proofErr w:type="spellStart"/>
            <w:r w:rsidRPr="006F3F0F">
              <w:rPr>
                <w:sz w:val="24"/>
                <w:szCs w:val="24"/>
              </w:rPr>
              <w:t>Loučí</w:t>
            </w:r>
            <w:proofErr w:type="spellEnd"/>
            <w:r w:rsidRPr="006F3F0F">
              <w:rPr>
                <w:sz w:val="24"/>
                <w:szCs w:val="24"/>
              </w:rPr>
              <w:t xml:space="preserve"> se s </w:t>
            </w:r>
            <w:proofErr w:type="spellStart"/>
            <w:r w:rsidRPr="006F3F0F">
              <w:rPr>
                <w:sz w:val="24"/>
                <w:szCs w:val="24"/>
              </w:rPr>
              <w:t>kamarády</w:t>
            </w:r>
            <w:proofErr w:type="spellEnd"/>
            <w:r w:rsidRPr="006F3F0F">
              <w:rPr>
                <w:sz w:val="24"/>
                <w:szCs w:val="24"/>
              </w:rPr>
              <w:t xml:space="preserve">, </w:t>
            </w:r>
            <w:proofErr w:type="spellStart"/>
            <w:r w:rsidRPr="006F3F0F">
              <w:rPr>
                <w:sz w:val="24"/>
                <w:szCs w:val="24"/>
              </w:rPr>
              <w:t>vyjadřuje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vztahy</w:t>
            </w:r>
            <w:proofErr w:type="spellEnd"/>
            <w:r w:rsidRPr="006F3F0F">
              <w:rPr>
                <w:sz w:val="24"/>
                <w:szCs w:val="24"/>
              </w:rPr>
              <w:t xml:space="preserve"> a </w:t>
            </w:r>
            <w:proofErr w:type="spellStart"/>
            <w:r w:rsidRPr="006F3F0F">
              <w:rPr>
                <w:sz w:val="24"/>
                <w:szCs w:val="24"/>
              </w:rPr>
              <w:t>přání</w:t>
            </w:r>
            <w:proofErr w:type="spellEnd"/>
            <w:r w:rsidRPr="006F3F0F">
              <w:rPr>
                <w:sz w:val="24"/>
                <w:szCs w:val="24"/>
              </w:rPr>
              <w:t>.</w:t>
            </w:r>
          </w:p>
        </w:tc>
      </w:tr>
      <w:tr w:rsidR="00955CAE" w:rsidRPr="006F3F0F" w14:paraId="711C3BD1" w14:textId="77777777" w:rsidTr="00860BE3">
        <w:tc>
          <w:tcPr>
            <w:tcW w:w="4320" w:type="dxa"/>
          </w:tcPr>
          <w:p w14:paraId="2A2107C5" w14:textId="77777777" w:rsidR="00955CAE" w:rsidRPr="006F3F0F" w:rsidRDefault="00955CAE" w:rsidP="00860BE3">
            <w:pPr>
              <w:rPr>
                <w:sz w:val="24"/>
                <w:szCs w:val="24"/>
              </w:rPr>
            </w:pPr>
            <w:proofErr w:type="spellStart"/>
            <w:r w:rsidRPr="006F3F0F">
              <w:rPr>
                <w:sz w:val="24"/>
                <w:szCs w:val="24"/>
              </w:rPr>
              <w:t>Dítě</w:t>
            </w:r>
            <w:proofErr w:type="spellEnd"/>
            <w:r w:rsidRPr="006F3F0F">
              <w:rPr>
                <w:sz w:val="24"/>
                <w:szCs w:val="24"/>
              </w:rPr>
              <w:t xml:space="preserve"> a </w:t>
            </w:r>
            <w:proofErr w:type="spellStart"/>
            <w:r w:rsidRPr="006F3F0F">
              <w:rPr>
                <w:sz w:val="24"/>
                <w:szCs w:val="24"/>
              </w:rPr>
              <w:t>společnost</w:t>
            </w:r>
            <w:proofErr w:type="spellEnd"/>
          </w:p>
        </w:tc>
        <w:tc>
          <w:tcPr>
            <w:tcW w:w="4320" w:type="dxa"/>
          </w:tcPr>
          <w:p w14:paraId="5033DFC4" w14:textId="77777777" w:rsidR="00955CAE" w:rsidRPr="006F3F0F" w:rsidRDefault="00955CAE" w:rsidP="00860BE3">
            <w:pPr>
              <w:rPr>
                <w:sz w:val="24"/>
                <w:szCs w:val="24"/>
              </w:rPr>
            </w:pPr>
            <w:proofErr w:type="spellStart"/>
            <w:r w:rsidRPr="006F3F0F">
              <w:rPr>
                <w:sz w:val="24"/>
                <w:szCs w:val="24"/>
              </w:rPr>
              <w:t>Účastní</w:t>
            </w:r>
            <w:proofErr w:type="spellEnd"/>
            <w:r w:rsidRPr="006F3F0F">
              <w:rPr>
                <w:sz w:val="24"/>
                <w:szCs w:val="24"/>
              </w:rPr>
              <w:t xml:space="preserve"> se </w:t>
            </w:r>
            <w:proofErr w:type="spellStart"/>
            <w:r w:rsidRPr="006F3F0F">
              <w:rPr>
                <w:sz w:val="24"/>
                <w:szCs w:val="24"/>
              </w:rPr>
              <w:t>slavností</w:t>
            </w:r>
            <w:proofErr w:type="spellEnd"/>
            <w:r w:rsidRPr="006F3F0F">
              <w:rPr>
                <w:sz w:val="24"/>
                <w:szCs w:val="24"/>
              </w:rPr>
              <w:t xml:space="preserve">, </w:t>
            </w:r>
            <w:proofErr w:type="spellStart"/>
            <w:r w:rsidRPr="006F3F0F">
              <w:rPr>
                <w:sz w:val="24"/>
                <w:szCs w:val="24"/>
              </w:rPr>
              <w:t>prezentuje</w:t>
            </w:r>
            <w:proofErr w:type="spellEnd"/>
            <w:r w:rsidRPr="006F3F0F">
              <w:rPr>
                <w:sz w:val="24"/>
                <w:szCs w:val="24"/>
              </w:rPr>
              <w:t xml:space="preserve"> se.</w:t>
            </w:r>
          </w:p>
        </w:tc>
      </w:tr>
      <w:tr w:rsidR="00955CAE" w:rsidRPr="006F3F0F" w14:paraId="11D1EF15" w14:textId="77777777" w:rsidTr="00860BE3">
        <w:tc>
          <w:tcPr>
            <w:tcW w:w="4320" w:type="dxa"/>
          </w:tcPr>
          <w:p w14:paraId="632FA40E" w14:textId="77777777" w:rsidR="00955CAE" w:rsidRPr="006F3F0F" w:rsidRDefault="00955CAE" w:rsidP="00860BE3">
            <w:pPr>
              <w:rPr>
                <w:sz w:val="24"/>
                <w:szCs w:val="24"/>
              </w:rPr>
            </w:pPr>
            <w:proofErr w:type="spellStart"/>
            <w:r w:rsidRPr="006F3F0F">
              <w:rPr>
                <w:sz w:val="24"/>
                <w:szCs w:val="24"/>
              </w:rPr>
              <w:t>Dítě</w:t>
            </w:r>
            <w:proofErr w:type="spellEnd"/>
            <w:r w:rsidRPr="006F3F0F">
              <w:rPr>
                <w:sz w:val="24"/>
                <w:szCs w:val="24"/>
              </w:rPr>
              <w:t xml:space="preserve"> a </w:t>
            </w:r>
            <w:proofErr w:type="spellStart"/>
            <w:r w:rsidRPr="006F3F0F">
              <w:rPr>
                <w:sz w:val="24"/>
                <w:szCs w:val="24"/>
              </w:rPr>
              <w:t>svět</w:t>
            </w:r>
            <w:proofErr w:type="spellEnd"/>
          </w:p>
        </w:tc>
        <w:tc>
          <w:tcPr>
            <w:tcW w:w="4320" w:type="dxa"/>
          </w:tcPr>
          <w:p w14:paraId="35B592EA" w14:textId="77777777" w:rsidR="00955CAE" w:rsidRPr="006F3F0F" w:rsidRDefault="00955CAE" w:rsidP="00860BE3">
            <w:pPr>
              <w:rPr>
                <w:sz w:val="24"/>
                <w:szCs w:val="24"/>
              </w:rPr>
            </w:pPr>
            <w:proofErr w:type="spellStart"/>
            <w:r w:rsidRPr="006F3F0F">
              <w:rPr>
                <w:sz w:val="24"/>
                <w:szCs w:val="24"/>
              </w:rPr>
              <w:t>Těší</w:t>
            </w:r>
            <w:proofErr w:type="spellEnd"/>
            <w:r w:rsidRPr="006F3F0F">
              <w:rPr>
                <w:sz w:val="24"/>
                <w:szCs w:val="24"/>
              </w:rPr>
              <w:t xml:space="preserve"> se </w:t>
            </w:r>
            <w:proofErr w:type="spellStart"/>
            <w:r w:rsidRPr="006F3F0F">
              <w:rPr>
                <w:sz w:val="24"/>
                <w:szCs w:val="24"/>
              </w:rPr>
              <w:t>na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výlet</w:t>
            </w:r>
            <w:proofErr w:type="spellEnd"/>
            <w:r w:rsidRPr="006F3F0F">
              <w:rPr>
                <w:sz w:val="24"/>
                <w:szCs w:val="24"/>
              </w:rPr>
              <w:t xml:space="preserve">, </w:t>
            </w:r>
            <w:proofErr w:type="spellStart"/>
            <w:r w:rsidRPr="006F3F0F">
              <w:rPr>
                <w:sz w:val="24"/>
                <w:szCs w:val="24"/>
              </w:rPr>
              <w:t>plánuje</w:t>
            </w:r>
            <w:proofErr w:type="spellEnd"/>
            <w:r w:rsidRPr="006F3F0F">
              <w:rPr>
                <w:sz w:val="24"/>
                <w:szCs w:val="24"/>
              </w:rPr>
              <w:t xml:space="preserve"> </w:t>
            </w:r>
            <w:proofErr w:type="spellStart"/>
            <w:r w:rsidRPr="006F3F0F">
              <w:rPr>
                <w:sz w:val="24"/>
                <w:szCs w:val="24"/>
              </w:rPr>
              <w:t>prázdniny</w:t>
            </w:r>
            <w:proofErr w:type="spellEnd"/>
            <w:r w:rsidRPr="006F3F0F">
              <w:rPr>
                <w:sz w:val="24"/>
                <w:szCs w:val="24"/>
              </w:rPr>
              <w:t>.</w:t>
            </w:r>
          </w:p>
        </w:tc>
      </w:tr>
    </w:tbl>
    <w:p w14:paraId="3DCDA476" w14:textId="77777777" w:rsidR="00955CAE" w:rsidRPr="006F3F0F" w:rsidRDefault="00955CAE" w:rsidP="00955CAE">
      <w:pPr>
        <w:rPr>
          <w:sz w:val="24"/>
          <w:szCs w:val="24"/>
        </w:rPr>
      </w:pPr>
    </w:p>
    <w:p w14:paraId="152B26AD" w14:textId="77777777" w:rsidR="00955CAE" w:rsidRPr="006F3F0F" w:rsidRDefault="00955CAE" w:rsidP="00955CAE">
      <w:pPr>
        <w:pStyle w:val="Nadpis3"/>
        <w:rPr>
          <w:sz w:val="24"/>
          <w:szCs w:val="24"/>
        </w:rPr>
      </w:pPr>
      <w:proofErr w:type="spellStart"/>
      <w:r w:rsidRPr="006F3F0F">
        <w:rPr>
          <w:sz w:val="24"/>
          <w:szCs w:val="24"/>
        </w:rPr>
        <w:t>Návrhy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činností</w:t>
      </w:r>
      <w:proofErr w:type="spellEnd"/>
    </w:p>
    <w:p w14:paraId="33776C3A" w14:textId="77777777" w:rsidR="00955CAE" w:rsidRPr="006F3F0F" w:rsidRDefault="00955CAE" w:rsidP="00955CAE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Výtvarné</w:t>
      </w:r>
      <w:proofErr w:type="spellEnd"/>
      <w:r w:rsidRPr="006F3F0F">
        <w:rPr>
          <w:sz w:val="24"/>
          <w:szCs w:val="24"/>
        </w:rPr>
        <w:t xml:space="preserve">: </w:t>
      </w:r>
      <w:proofErr w:type="spellStart"/>
      <w:r w:rsidRPr="006F3F0F">
        <w:rPr>
          <w:sz w:val="24"/>
          <w:szCs w:val="24"/>
        </w:rPr>
        <w:t>výstava</w:t>
      </w:r>
      <w:proofErr w:type="spellEnd"/>
      <w:r w:rsidRPr="006F3F0F">
        <w:rPr>
          <w:sz w:val="24"/>
          <w:szCs w:val="24"/>
        </w:rPr>
        <w:t xml:space="preserve"> '</w:t>
      </w:r>
      <w:proofErr w:type="spellStart"/>
      <w:r w:rsidRPr="006F3F0F">
        <w:rPr>
          <w:sz w:val="24"/>
          <w:szCs w:val="24"/>
        </w:rPr>
        <w:t>Můj</w:t>
      </w:r>
      <w:proofErr w:type="spellEnd"/>
      <w:r w:rsidRPr="006F3F0F">
        <w:rPr>
          <w:sz w:val="24"/>
          <w:szCs w:val="24"/>
        </w:rPr>
        <w:t xml:space="preserve"> školkový </w:t>
      </w:r>
      <w:proofErr w:type="spellStart"/>
      <w:r w:rsidRPr="006F3F0F">
        <w:rPr>
          <w:sz w:val="24"/>
          <w:szCs w:val="24"/>
        </w:rPr>
        <w:t>rok</w:t>
      </w:r>
      <w:proofErr w:type="spellEnd"/>
      <w:r w:rsidRPr="006F3F0F">
        <w:rPr>
          <w:sz w:val="24"/>
          <w:szCs w:val="24"/>
        </w:rPr>
        <w:t xml:space="preserve">', </w:t>
      </w:r>
      <w:proofErr w:type="spellStart"/>
      <w:r w:rsidRPr="006F3F0F">
        <w:rPr>
          <w:sz w:val="24"/>
          <w:szCs w:val="24"/>
        </w:rPr>
        <w:t>kronika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vzpomínek</w:t>
      </w:r>
      <w:proofErr w:type="spellEnd"/>
      <w:r w:rsidRPr="006F3F0F">
        <w:rPr>
          <w:sz w:val="24"/>
          <w:szCs w:val="24"/>
        </w:rPr>
        <w:t>.</w:t>
      </w:r>
    </w:p>
    <w:p w14:paraId="077FBB73" w14:textId="77777777" w:rsidR="00955CAE" w:rsidRPr="006F3F0F" w:rsidRDefault="00955CAE" w:rsidP="00955CAE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Pohybové</w:t>
      </w:r>
      <w:proofErr w:type="spellEnd"/>
      <w:r w:rsidRPr="006F3F0F">
        <w:rPr>
          <w:sz w:val="24"/>
          <w:szCs w:val="24"/>
        </w:rPr>
        <w:t xml:space="preserve">: </w:t>
      </w:r>
      <w:proofErr w:type="spellStart"/>
      <w:r w:rsidRPr="006F3F0F">
        <w:rPr>
          <w:sz w:val="24"/>
          <w:szCs w:val="24"/>
        </w:rPr>
        <w:t>sportovní</w:t>
      </w:r>
      <w:proofErr w:type="spellEnd"/>
      <w:r w:rsidRPr="006F3F0F">
        <w:rPr>
          <w:sz w:val="24"/>
          <w:szCs w:val="24"/>
        </w:rPr>
        <w:t xml:space="preserve"> den, </w:t>
      </w:r>
      <w:proofErr w:type="spellStart"/>
      <w:r w:rsidRPr="006F3F0F">
        <w:rPr>
          <w:sz w:val="24"/>
          <w:szCs w:val="24"/>
        </w:rPr>
        <w:t>hry</w:t>
      </w:r>
      <w:proofErr w:type="spellEnd"/>
      <w:r w:rsidRPr="006F3F0F">
        <w:rPr>
          <w:sz w:val="24"/>
          <w:szCs w:val="24"/>
        </w:rPr>
        <w:t xml:space="preserve"> s </w:t>
      </w:r>
      <w:proofErr w:type="spellStart"/>
      <w:r w:rsidRPr="006F3F0F">
        <w:rPr>
          <w:sz w:val="24"/>
          <w:szCs w:val="24"/>
        </w:rPr>
        <w:t>pravidly</w:t>
      </w:r>
      <w:proofErr w:type="spellEnd"/>
      <w:r w:rsidRPr="006F3F0F">
        <w:rPr>
          <w:sz w:val="24"/>
          <w:szCs w:val="24"/>
        </w:rPr>
        <w:t>.</w:t>
      </w:r>
    </w:p>
    <w:p w14:paraId="4A46DE1A" w14:textId="77777777" w:rsidR="00955CAE" w:rsidRPr="006F3F0F" w:rsidRDefault="00955CAE" w:rsidP="00955CAE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Hudební</w:t>
      </w:r>
      <w:proofErr w:type="spellEnd"/>
      <w:r w:rsidRPr="006F3F0F">
        <w:rPr>
          <w:sz w:val="24"/>
          <w:szCs w:val="24"/>
        </w:rPr>
        <w:t xml:space="preserve">: </w:t>
      </w:r>
      <w:proofErr w:type="spellStart"/>
      <w:r w:rsidRPr="006F3F0F">
        <w:rPr>
          <w:sz w:val="24"/>
          <w:szCs w:val="24"/>
        </w:rPr>
        <w:t>písně</w:t>
      </w:r>
      <w:proofErr w:type="spellEnd"/>
      <w:r w:rsidRPr="006F3F0F">
        <w:rPr>
          <w:sz w:val="24"/>
          <w:szCs w:val="24"/>
        </w:rPr>
        <w:t xml:space="preserve"> o </w:t>
      </w:r>
      <w:proofErr w:type="spellStart"/>
      <w:r w:rsidRPr="006F3F0F">
        <w:rPr>
          <w:sz w:val="24"/>
          <w:szCs w:val="24"/>
        </w:rPr>
        <w:t>prázdninách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rozloučení</w:t>
      </w:r>
      <w:proofErr w:type="spellEnd"/>
      <w:r w:rsidRPr="006F3F0F">
        <w:rPr>
          <w:sz w:val="24"/>
          <w:szCs w:val="24"/>
        </w:rPr>
        <w:t xml:space="preserve"> s </w:t>
      </w:r>
      <w:proofErr w:type="spellStart"/>
      <w:r w:rsidRPr="006F3F0F">
        <w:rPr>
          <w:sz w:val="24"/>
          <w:szCs w:val="24"/>
        </w:rPr>
        <w:t>předškoláky</w:t>
      </w:r>
      <w:proofErr w:type="spellEnd"/>
      <w:r w:rsidRPr="006F3F0F">
        <w:rPr>
          <w:sz w:val="24"/>
          <w:szCs w:val="24"/>
        </w:rPr>
        <w:t>.</w:t>
      </w:r>
    </w:p>
    <w:p w14:paraId="1BC3758C" w14:textId="77777777" w:rsidR="00955CAE" w:rsidRPr="006F3F0F" w:rsidRDefault="00955CAE" w:rsidP="00955CAE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Jazykové</w:t>
      </w:r>
      <w:proofErr w:type="spellEnd"/>
      <w:r w:rsidRPr="006F3F0F">
        <w:rPr>
          <w:sz w:val="24"/>
          <w:szCs w:val="24"/>
        </w:rPr>
        <w:t xml:space="preserve">: </w:t>
      </w:r>
      <w:proofErr w:type="spellStart"/>
      <w:r w:rsidRPr="006F3F0F">
        <w:rPr>
          <w:sz w:val="24"/>
          <w:szCs w:val="24"/>
        </w:rPr>
        <w:t>sdílení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zážitků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psaní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přání</w:t>
      </w:r>
      <w:proofErr w:type="spellEnd"/>
      <w:r w:rsidRPr="006F3F0F">
        <w:rPr>
          <w:sz w:val="24"/>
          <w:szCs w:val="24"/>
        </w:rPr>
        <w:t xml:space="preserve"> a </w:t>
      </w:r>
      <w:proofErr w:type="spellStart"/>
      <w:r w:rsidRPr="006F3F0F">
        <w:rPr>
          <w:sz w:val="24"/>
          <w:szCs w:val="24"/>
        </w:rPr>
        <w:t>poděkování</w:t>
      </w:r>
      <w:proofErr w:type="spellEnd"/>
      <w:r w:rsidRPr="006F3F0F">
        <w:rPr>
          <w:sz w:val="24"/>
          <w:szCs w:val="24"/>
        </w:rPr>
        <w:t>.</w:t>
      </w:r>
    </w:p>
    <w:p w14:paraId="34813721" w14:textId="77777777" w:rsidR="00955CAE" w:rsidRPr="006F3F0F" w:rsidRDefault="00955CAE" w:rsidP="00955CAE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Společné</w:t>
      </w:r>
      <w:proofErr w:type="spellEnd"/>
      <w:r w:rsidRPr="006F3F0F">
        <w:rPr>
          <w:sz w:val="24"/>
          <w:szCs w:val="24"/>
        </w:rPr>
        <w:t xml:space="preserve">: </w:t>
      </w:r>
      <w:proofErr w:type="spellStart"/>
      <w:r w:rsidRPr="006F3F0F">
        <w:rPr>
          <w:sz w:val="24"/>
          <w:szCs w:val="24"/>
        </w:rPr>
        <w:t>slavnostní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rozloučení</w:t>
      </w:r>
      <w:proofErr w:type="spellEnd"/>
      <w:r w:rsidRPr="006F3F0F">
        <w:rPr>
          <w:sz w:val="24"/>
          <w:szCs w:val="24"/>
        </w:rPr>
        <w:t xml:space="preserve"> s </w:t>
      </w:r>
      <w:proofErr w:type="spellStart"/>
      <w:r w:rsidRPr="006F3F0F">
        <w:rPr>
          <w:sz w:val="24"/>
          <w:szCs w:val="24"/>
        </w:rPr>
        <w:t>předškoláky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výlet</w:t>
      </w:r>
      <w:proofErr w:type="spellEnd"/>
      <w:r w:rsidRPr="006F3F0F">
        <w:rPr>
          <w:sz w:val="24"/>
          <w:szCs w:val="24"/>
        </w:rPr>
        <w:t>.</w:t>
      </w:r>
    </w:p>
    <w:p w14:paraId="5C2CBA76" w14:textId="77777777" w:rsidR="00955CAE" w:rsidRPr="006F3F0F" w:rsidRDefault="00955CAE" w:rsidP="00955CAE">
      <w:pPr>
        <w:pStyle w:val="Nadpis3"/>
        <w:rPr>
          <w:sz w:val="24"/>
          <w:szCs w:val="24"/>
        </w:rPr>
      </w:pPr>
      <w:r w:rsidRPr="006F3F0F">
        <w:rPr>
          <w:sz w:val="24"/>
          <w:szCs w:val="24"/>
        </w:rPr>
        <w:t xml:space="preserve">Mini </w:t>
      </w:r>
      <w:proofErr w:type="spellStart"/>
      <w:proofErr w:type="gramStart"/>
      <w:r w:rsidRPr="006F3F0F">
        <w:rPr>
          <w:sz w:val="24"/>
          <w:szCs w:val="24"/>
        </w:rPr>
        <w:t>projekty</w:t>
      </w:r>
      <w:proofErr w:type="spellEnd"/>
      <w:proofErr w:type="gramEnd"/>
      <w:r w:rsidRPr="006F3F0F">
        <w:rPr>
          <w:sz w:val="24"/>
          <w:szCs w:val="24"/>
        </w:rPr>
        <w:t xml:space="preserve"> a </w:t>
      </w:r>
      <w:proofErr w:type="spellStart"/>
      <w:r w:rsidRPr="006F3F0F">
        <w:rPr>
          <w:sz w:val="24"/>
          <w:szCs w:val="24"/>
        </w:rPr>
        <w:t>slavnosti</w:t>
      </w:r>
      <w:proofErr w:type="spellEnd"/>
    </w:p>
    <w:p w14:paraId="3AFA3A07" w14:textId="77777777" w:rsidR="00955CAE" w:rsidRPr="006F3F0F" w:rsidRDefault="00955CAE" w:rsidP="00955CAE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Slavnostní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rozloučení</w:t>
      </w:r>
      <w:proofErr w:type="spellEnd"/>
      <w:r w:rsidRPr="006F3F0F">
        <w:rPr>
          <w:sz w:val="24"/>
          <w:szCs w:val="24"/>
        </w:rPr>
        <w:t xml:space="preserve"> s </w:t>
      </w:r>
      <w:proofErr w:type="spellStart"/>
      <w:r w:rsidRPr="006F3F0F">
        <w:rPr>
          <w:sz w:val="24"/>
          <w:szCs w:val="24"/>
        </w:rPr>
        <w:t>předškoláky</w:t>
      </w:r>
      <w:proofErr w:type="spellEnd"/>
      <w:r w:rsidRPr="006F3F0F">
        <w:rPr>
          <w:sz w:val="24"/>
          <w:szCs w:val="24"/>
        </w:rPr>
        <w:t xml:space="preserve"> – </w:t>
      </w:r>
      <w:proofErr w:type="spellStart"/>
      <w:r w:rsidRPr="006F3F0F">
        <w:rPr>
          <w:sz w:val="24"/>
          <w:szCs w:val="24"/>
        </w:rPr>
        <w:t>vystoupení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dárečky</w:t>
      </w:r>
      <w:proofErr w:type="spellEnd"/>
      <w:r w:rsidRPr="006F3F0F">
        <w:rPr>
          <w:sz w:val="24"/>
          <w:szCs w:val="24"/>
        </w:rPr>
        <w:t>.</w:t>
      </w:r>
    </w:p>
    <w:p w14:paraId="2C90ED5E" w14:textId="77777777" w:rsidR="00955CAE" w:rsidRPr="006F3F0F" w:rsidRDefault="00955CAE" w:rsidP="00955CAE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Výlet</w:t>
      </w:r>
      <w:proofErr w:type="spellEnd"/>
      <w:r w:rsidRPr="006F3F0F">
        <w:rPr>
          <w:sz w:val="24"/>
          <w:szCs w:val="24"/>
        </w:rPr>
        <w:t xml:space="preserve"> – </w:t>
      </w:r>
      <w:proofErr w:type="spellStart"/>
      <w:r w:rsidRPr="006F3F0F">
        <w:rPr>
          <w:sz w:val="24"/>
          <w:szCs w:val="24"/>
        </w:rPr>
        <w:t>společné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dobrodružství</w:t>
      </w:r>
      <w:proofErr w:type="spellEnd"/>
      <w:r w:rsidRPr="006F3F0F">
        <w:rPr>
          <w:sz w:val="24"/>
          <w:szCs w:val="24"/>
        </w:rPr>
        <w:t xml:space="preserve"> a </w:t>
      </w:r>
      <w:proofErr w:type="spellStart"/>
      <w:r w:rsidRPr="006F3F0F">
        <w:rPr>
          <w:sz w:val="24"/>
          <w:szCs w:val="24"/>
        </w:rPr>
        <w:t>zážitek</w:t>
      </w:r>
      <w:proofErr w:type="spellEnd"/>
      <w:r w:rsidRPr="006F3F0F">
        <w:rPr>
          <w:sz w:val="24"/>
          <w:szCs w:val="24"/>
        </w:rPr>
        <w:t>.</w:t>
      </w:r>
    </w:p>
    <w:p w14:paraId="4EEF0C49" w14:textId="77777777" w:rsidR="00955CAE" w:rsidRPr="006F3F0F" w:rsidRDefault="00955CAE" w:rsidP="00955CAE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Výstava</w:t>
      </w:r>
      <w:proofErr w:type="spellEnd"/>
      <w:r w:rsidRPr="006F3F0F">
        <w:rPr>
          <w:sz w:val="24"/>
          <w:szCs w:val="24"/>
        </w:rPr>
        <w:t xml:space="preserve"> '</w:t>
      </w:r>
      <w:proofErr w:type="spellStart"/>
      <w:r w:rsidRPr="006F3F0F">
        <w:rPr>
          <w:sz w:val="24"/>
          <w:szCs w:val="24"/>
        </w:rPr>
        <w:t>Naše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školka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očima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dětí</w:t>
      </w:r>
      <w:proofErr w:type="spellEnd"/>
      <w:r w:rsidRPr="006F3F0F">
        <w:rPr>
          <w:sz w:val="24"/>
          <w:szCs w:val="24"/>
        </w:rPr>
        <w:t xml:space="preserve">' – </w:t>
      </w:r>
      <w:proofErr w:type="spellStart"/>
      <w:r w:rsidRPr="006F3F0F">
        <w:rPr>
          <w:sz w:val="24"/>
          <w:szCs w:val="24"/>
        </w:rPr>
        <w:t>kresby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fotografie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příběhy</w:t>
      </w:r>
      <w:proofErr w:type="spellEnd"/>
      <w:r w:rsidRPr="006F3F0F">
        <w:rPr>
          <w:sz w:val="24"/>
          <w:szCs w:val="24"/>
        </w:rPr>
        <w:t>.</w:t>
      </w:r>
    </w:p>
    <w:p w14:paraId="43B71DE4" w14:textId="77777777" w:rsidR="00955CAE" w:rsidRPr="006F3F0F" w:rsidRDefault="00955CAE" w:rsidP="00955CAE">
      <w:pPr>
        <w:rPr>
          <w:sz w:val="24"/>
          <w:szCs w:val="24"/>
        </w:rPr>
      </w:pPr>
      <w:r w:rsidRPr="006F3F0F">
        <w:rPr>
          <w:sz w:val="24"/>
          <w:szCs w:val="24"/>
        </w:rPr>
        <w:t xml:space="preserve">• </w:t>
      </w:r>
      <w:proofErr w:type="spellStart"/>
      <w:r w:rsidRPr="006F3F0F">
        <w:rPr>
          <w:sz w:val="24"/>
          <w:szCs w:val="24"/>
        </w:rPr>
        <w:t>Letní</w:t>
      </w:r>
      <w:proofErr w:type="spellEnd"/>
      <w:r w:rsidRPr="006F3F0F">
        <w:rPr>
          <w:sz w:val="24"/>
          <w:szCs w:val="24"/>
        </w:rPr>
        <w:t xml:space="preserve"> </w:t>
      </w:r>
      <w:proofErr w:type="spellStart"/>
      <w:r w:rsidRPr="006F3F0F">
        <w:rPr>
          <w:sz w:val="24"/>
          <w:szCs w:val="24"/>
        </w:rPr>
        <w:t>slavnost</w:t>
      </w:r>
      <w:proofErr w:type="spellEnd"/>
      <w:r w:rsidRPr="006F3F0F">
        <w:rPr>
          <w:sz w:val="24"/>
          <w:szCs w:val="24"/>
        </w:rPr>
        <w:t xml:space="preserve"> pro </w:t>
      </w:r>
      <w:proofErr w:type="spellStart"/>
      <w:r w:rsidRPr="006F3F0F">
        <w:rPr>
          <w:sz w:val="24"/>
          <w:szCs w:val="24"/>
        </w:rPr>
        <w:t>děti</w:t>
      </w:r>
      <w:proofErr w:type="spellEnd"/>
      <w:r w:rsidRPr="006F3F0F">
        <w:rPr>
          <w:sz w:val="24"/>
          <w:szCs w:val="24"/>
        </w:rPr>
        <w:t xml:space="preserve"> a </w:t>
      </w:r>
      <w:proofErr w:type="spellStart"/>
      <w:r w:rsidRPr="006F3F0F">
        <w:rPr>
          <w:sz w:val="24"/>
          <w:szCs w:val="24"/>
        </w:rPr>
        <w:t>rodiče</w:t>
      </w:r>
      <w:proofErr w:type="spellEnd"/>
      <w:r w:rsidRPr="006F3F0F">
        <w:rPr>
          <w:sz w:val="24"/>
          <w:szCs w:val="24"/>
        </w:rPr>
        <w:t xml:space="preserve"> – </w:t>
      </w:r>
      <w:proofErr w:type="spellStart"/>
      <w:r w:rsidRPr="006F3F0F">
        <w:rPr>
          <w:sz w:val="24"/>
          <w:szCs w:val="24"/>
        </w:rPr>
        <w:t>hry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piknik</w:t>
      </w:r>
      <w:proofErr w:type="spellEnd"/>
      <w:r w:rsidRPr="006F3F0F">
        <w:rPr>
          <w:sz w:val="24"/>
          <w:szCs w:val="24"/>
        </w:rPr>
        <w:t xml:space="preserve">, </w:t>
      </w:r>
      <w:proofErr w:type="spellStart"/>
      <w:r w:rsidRPr="006F3F0F">
        <w:rPr>
          <w:sz w:val="24"/>
          <w:szCs w:val="24"/>
        </w:rPr>
        <w:t>zábava</w:t>
      </w:r>
      <w:proofErr w:type="spellEnd"/>
      <w:r w:rsidRPr="006F3F0F">
        <w:rPr>
          <w:sz w:val="24"/>
          <w:szCs w:val="24"/>
        </w:rPr>
        <w:t>.</w:t>
      </w:r>
    </w:p>
    <w:p w14:paraId="7D73DA48" w14:textId="77777777" w:rsidR="0067205A" w:rsidRPr="006F3F0F" w:rsidRDefault="0067205A" w:rsidP="00955CAE">
      <w:pPr>
        <w:rPr>
          <w:sz w:val="24"/>
          <w:szCs w:val="24"/>
        </w:rPr>
      </w:pPr>
    </w:p>
    <w:p w14:paraId="0BA56DD4" w14:textId="21FF9CAB" w:rsidR="0067205A" w:rsidRPr="006F3F0F" w:rsidRDefault="001B4317" w:rsidP="001B4317">
      <w:pPr>
        <w:pStyle w:val="Nadpis1"/>
        <w:rPr>
          <w:sz w:val="32"/>
          <w:szCs w:val="32"/>
          <w:lang w:val="cs-CZ"/>
        </w:rPr>
      </w:pPr>
      <w:r w:rsidRPr="006F3F0F">
        <w:rPr>
          <w:sz w:val="32"/>
          <w:szCs w:val="32"/>
          <w:lang w:val="cs-CZ"/>
        </w:rPr>
        <w:t xml:space="preserve">7.2. </w:t>
      </w:r>
      <w:r w:rsidR="0067205A" w:rsidRPr="006F3F0F">
        <w:rPr>
          <w:sz w:val="32"/>
          <w:szCs w:val="32"/>
          <w:lang w:val="cs-CZ"/>
        </w:rPr>
        <w:t>Třídní vzdělávací plán</w:t>
      </w:r>
    </w:p>
    <w:p w14:paraId="647321C0" w14:textId="77777777" w:rsidR="0067205A" w:rsidRPr="00306AAC" w:rsidRDefault="0067205A" w:rsidP="0067205A">
      <w:pPr>
        <w:rPr>
          <w:sz w:val="24"/>
          <w:szCs w:val="24"/>
          <w:lang w:val="cs-CZ"/>
        </w:rPr>
      </w:pPr>
      <w:r w:rsidRPr="00306AAC">
        <w:rPr>
          <w:sz w:val="24"/>
          <w:szCs w:val="24"/>
          <w:lang w:val="cs-CZ"/>
        </w:rPr>
        <w:t>Třídní vzdělávací plán (TVP) konkretizuje školní vzdělávací program pro každou třídu podle věku, potřeb a individuálních možností dětí. V naší mateřské škole pracujeme se smíšenou třídou rozdělenou na dvě věkové skupiny – mladší děti (3–4 roky) a starší děti (5–6 let).</w:t>
      </w:r>
    </w:p>
    <w:p w14:paraId="2FE2A462" w14:textId="77777777" w:rsidR="0067205A" w:rsidRPr="00306AAC" w:rsidRDefault="0067205A" w:rsidP="0067205A">
      <w:pPr>
        <w:rPr>
          <w:sz w:val="24"/>
          <w:szCs w:val="24"/>
          <w:lang w:val="cs-CZ"/>
        </w:rPr>
      </w:pPr>
      <w:r w:rsidRPr="00306AAC">
        <w:rPr>
          <w:sz w:val="24"/>
          <w:szCs w:val="24"/>
          <w:lang w:val="cs-CZ"/>
        </w:rPr>
        <w:t>Plánování vychází z principů Rámcového vzdělávacího programu pro předškolní vzdělávání (RVP PV) a je doplněno o přístup zaměřený na dítě – individuální přístup, učení v souvislostech, práce v centrech aktivit i propojení se zážitkovým učením.</w:t>
      </w:r>
    </w:p>
    <w:p w14:paraId="24C91114" w14:textId="77777777" w:rsidR="0067205A" w:rsidRPr="00306AAC" w:rsidRDefault="0067205A" w:rsidP="0067205A">
      <w:pPr>
        <w:rPr>
          <w:sz w:val="24"/>
          <w:szCs w:val="24"/>
          <w:lang w:val="cs-CZ"/>
        </w:rPr>
      </w:pPr>
      <w:r w:rsidRPr="00306AAC">
        <w:rPr>
          <w:sz w:val="24"/>
          <w:szCs w:val="24"/>
          <w:lang w:val="cs-CZ"/>
        </w:rPr>
        <w:lastRenderedPageBreak/>
        <w:t>Každý měsíc se věnujeme jednomu hlavnímu tematickému bloku, který je dále členěn do týdenních podtémat. Plán respektuje vývojové zvláštnosti jednotlivých věkových skupin a obsahuje cílené činnosti pro rozvoj všech klíčových kompetencí a vzdělávacích oblastí.</w:t>
      </w:r>
    </w:p>
    <w:p w14:paraId="50A0FF10" w14:textId="77777777" w:rsidR="0067205A" w:rsidRPr="00306AAC" w:rsidRDefault="0067205A" w:rsidP="0067205A">
      <w:pPr>
        <w:rPr>
          <w:sz w:val="24"/>
          <w:szCs w:val="24"/>
          <w:lang w:val="cs-CZ"/>
        </w:rPr>
      </w:pPr>
      <w:r w:rsidRPr="00306AAC">
        <w:rPr>
          <w:sz w:val="24"/>
          <w:szCs w:val="24"/>
          <w:lang w:val="cs-CZ"/>
        </w:rPr>
        <w:t>V rámci plánování se zaměřujeme také na adaptaci, individualizaci, posilování vztahů, rozvoj samostatnosti a podporu přirozené dětské zvídavosti. Třídní plán je otevřený – reaguje na aktuální dění, potřeby skupiny i jednotlivců.</w:t>
      </w:r>
    </w:p>
    <w:p w14:paraId="5C124740" w14:textId="4EF7D003" w:rsidR="001B4317" w:rsidRPr="00306AAC" w:rsidRDefault="00887652" w:rsidP="0067205A">
      <w:pPr>
        <w:rPr>
          <w:sz w:val="24"/>
          <w:szCs w:val="24"/>
          <w:lang w:val="cs-CZ"/>
        </w:rPr>
      </w:pPr>
      <w:r w:rsidRPr="00306AAC">
        <w:rPr>
          <w:sz w:val="24"/>
          <w:szCs w:val="24"/>
          <w:lang w:val="cs-CZ"/>
        </w:rPr>
        <w:t>Třídní vzdělávací plán tvoří samostatnou přílohu ŠVP.</w:t>
      </w:r>
    </w:p>
    <w:p w14:paraId="0BE559C9" w14:textId="77777777" w:rsidR="004D1804" w:rsidRPr="00FA34BF" w:rsidRDefault="004D1804" w:rsidP="00E17D13">
      <w:pPr>
        <w:pStyle w:val="Nadpis1"/>
        <w:rPr>
          <w:lang w:val="cs-CZ"/>
        </w:rPr>
      </w:pPr>
      <w:r w:rsidRPr="00FA34BF">
        <w:rPr>
          <w:lang w:val="cs-CZ"/>
        </w:rPr>
        <w:t>Závaznost a platnost ŠVP</w:t>
      </w:r>
    </w:p>
    <w:p w14:paraId="78B23847" w14:textId="3B3137FB" w:rsidR="004D1804" w:rsidRPr="00FA34BF" w:rsidRDefault="004D1804" w:rsidP="004D1804">
      <w:pPr>
        <w:rPr>
          <w:lang w:val="cs-CZ"/>
        </w:rPr>
      </w:pPr>
      <w:r w:rsidRPr="00FA34BF">
        <w:rPr>
          <w:lang w:val="cs-CZ"/>
        </w:rPr>
        <w:t>Tento školní vzdělávací program je závazný pro všechny pedagogické pracovníky Mateřské školy Světluška</w:t>
      </w:r>
      <w:r w:rsidR="00D21456" w:rsidRPr="00FA34BF">
        <w:rPr>
          <w:lang w:val="cs-CZ"/>
        </w:rPr>
        <w:t xml:space="preserve"> Brno</w:t>
      </w:r>
      <w:r w:rsidRPr="00FA34BF">
        <w:rPr>
          <w:lang w:val="cs-CZ"/>
        </w:rPr>
        <w:t xml:space="preserve">, Terezy Novákové </w:t>
      </w:r>
      <w:proofErr w:type="gramStart"/>
      <w:r w:rsidRPr="00FA34BF">
        <w:rPr>
          <w:lang w:val="cs-CZ"/>
        </w:rPr>
        <w:t>62a</w:t>
      </w:r>
      <w:proofErr w:type="gramEnd"/>
      <w:r w:rsidRPr="00FA34BF">
        <w:rPr>
          <w:lang w:val="cs-CZ"/>
        </w:rPr>
        <w:t>, Brno-Řečkovice.</w:t>
      </w:r>
    </w:p>
    <w:p w14:paraId="6825E7D6" w14:textId="77777777" w:rsidR="004D1804" w:rsidRPr="00FA34BF" w:rsidRDefault="004D1804" w:rsidP="004D1804">
      <w:pPr>
        <w:rPr>
          <w:lang w:val="cs-CZ"/>
        </w:rPr>
      </w:pPr>
      <w:r w:rsidRPr="00FA34BF">
        <w:rPr>
          <w:lang w:val="cs-CZ"/>
        </w:rPr>
        <w:t>ŠVP vychází z Rámcového vzdělávacího programu pro předškolní vzdělávání a respektuje specifické podmínky školy. Je závazným pedagogickým dokumentem, podle kterého probíhá vzdělávání všech dětí v mateřské škole.</w:t>
      </w:r>
    </w:p>
    <w:p w14:paraId="113BFA40" w14:textId="77777777" w:rsidR="004D1804" w:rsidRPr="00FA34BF" w:rsidRDefault="004D1804" w:rsidP="004D1804">
      <w:pPr>
        <w:rPr>
          <w:lang w:val="cs-CZ"/>
        </w:rPr>
      </w:pPr>
      <w:r w:rsidRPr="00FA34BF">
        <w:rPr>
          <w:lang w:val="cs-CZ"/>
        </w:rPr>
        <w:t xml:space="preserve">Program nabývá platnosti dnem </w:t>
      </w:r>
      <w:r w:rsidRPr="00FA34BF">
        <w:rPr>
          <w:b/>
          <w:bCs/>
          <w:lang w:val="cs-CZ"/>
        </w:rPr>
        <w:t>1. 9. 2025</w:t>
      </w:r>
      <w:r w:rsidRPr="00FA34BF">
        <w:rPr>
          <w:lang w:val="cs-CZ"/>
        </w:rPr>
        <w:t>.</w:t>
      </w:r>
      <w:r w:rsidRPr="00FA34BF">
        <w:rPr>
          <w:lang w:val="cs-CZ"/>
        </w:rPr>
        <w:br/>
        <w:t>Revize ŠVP probíhá minimálně jednou za tři roky nebo při zásadních změnách podmínek školy.</w:t>
      </w:r>
    </w:p>
    <w:p w14:paraId="44FC263E" w14:textId="7724E047" w:rsidR="004D1804" w:rsidRPr="00FA34BF" w:rsidRDefault="004D1804" w:rsidP="004D1804">
      <w:pPr>
        <w:rPr>
          <w:lang w:val="cs-CZ"/>
        </w:rPr>
      </w:pPr>
      <w:r w:rsidRPr="00FA34BF">
        <w:rPr>
          <w:lang w:val="cs-CZ"/>
        </w:rPr>
        <w:t xml:space="preserve">V Brně dne </w:t>
      </w:r>
      <w:r w:rsidR="00D869E8" w:rsidRPr="00FA34BF">
        <w:rPr>
          <w:lang w:val="cs-CZ"/>
        </w:rPr>
        <w:t>27.8.2025</w:t>
      </w:r>
    </w:p>
    <w:p w14:paraId="1853ECD2" w14:textId="5B57FE0B" w:rsidR="004D1804" w:rsidRPr="00FA34BF" w:rsidRDefault="00D869E8" w:rsidP="00FA34BF">
      <w:pPr>
        <w:jc w:val="right"/>
        <w:rPr>
          <w:lang w:val="cs-CZ"/>
        </w:rPr>
      </w:pPr>
      <w:r w:rsidRPr="00FA34BF">
        <w:rPr>
          <w:b/>
          <w:bCs/>
          <w:lang w:val="cs-CZ"/>
        </w:rPr>
        <w:t>Kateřina Musilová</w:t>
      </w:r>
      <w:r w:rsidR="004D1804" w:rsidRPr="00FA34BF">
        <w:rPr>
          <w:lang w:val="cs-CZ"/>
        </w:rPr>
        <w:br/>
        <w:t>ředitelka MŠ Světluška</w:t>
      </w:r>
    </w:p>
    <w:p w14:paraId="66B0F506" w14:textId="77777777" w:rsidR="004D1804" w:rsidRPr="006F3F0F" w:rsidRDefault="00000000" w:rsidP="004D1804">
      <w:pPr>
        <w:rPr>
          <w:sz w:val="24"/>
          <w:szCs w:val="24"/>
          <w:lang w:val="cs-CZ"/>
        </w:rPr>
      </w:pPr>
      <w:r w:rsidRPr="00FA34BF">
        <w:rPr>
          <w:lang w:val="cs-CZ"/>
        </w:rPr>
        <w:pict w14:anchorId="3904E581">
          <v:rect id="_x0000_i1026" style="width:0;height:1.5pt" o:hralign="center" o:hrstd="t" o:hr="t" fillcolor="#a0a0a0" stroked="f"/>
        </w:pict>
      </w:r>
    </w:p>
    <w:p w14:paraId="2DB4E4FC" w14:textId="59B9C7C8" w:rsidR="004D1804" w:rsidRPr="00FA34BF" w:rsidRDefault="004D1804" w:rsidP="004D1804">
      <w:pPr>
        <w:rPr>
          <w:b/>
          <w:bCs/>
          <w:lang w:val="cs-CZ"/>
        </w:rPr>
      </w:pPr>
      <w:r w:rsidRPr="00FA34BF">
        <w:rPr>
          <w:b/>
          <w:bCs/>
          <w:lang w:val="cs-CZ"/>
        </w:rPr>
        <w:t>Přílohy</w:t>
      </w:r>
    </w:p>
    <w:p w14:paraId="0FC1706A" w14:textId="77777777" w:rsidR="004D1804" w:rsidRPr="00FA34BF" w:rsidRDefault="004D1804" w:rsidP="004D1804">
      <w:pPr>
        <w:rPr>
          <w:lang w:val="cs-CZ"/>
        </w:rPr>
      </w:pPr>
      <w:r w:rsidRPr="00FA34BF">
        <w:rPr>
          <w:lang w:val="cs-CZ"/>
        </w:rPr>
        <w:t>Přílohy jsou nedílnou součástí ŠVP a slouží jako podpora při jeho realizaci a evaluaci.</w:t>
      </w:r>
      <w:r w:rsidRPr="00FA34BF">
        <w:rPr>
          <w:lang w:val="cs-CZ"/>
        </w:rPr>
        <w:br/>
        <w:t>Jejich obsah lze dle potřeby průběžně aktualizovat, aniž by tím byla narušena závaznost hlavního textu ŠVP.</w:t>
      </w:r>
    </w:p>
    <w:p w14:paraId="0B025652" w14:textId="77777777" w:rsidR="004D1804" w:rsidRPr="00FA34BF" w:rsidRDefault="004D1804" w:rsidP="004D1804">
      <w:pPr>
        <w:rPr>
          <w:lang w:val="cs-CZ"/>
        </w:rPr>
      </w:pPr>
      <w:r w:rsidRPr="00FA34BF">
        <w:rPr>
          <w:b/>
          <w:bCs/>
          <w:lang w:val="cs-CZ"/>
        </w:rPr>
        <w:t>Seznam příloh:</w:t>
      </w:r>
    </w:p>
    <w:p w14:paraId="73B64A06" w14:textId="77777777" w:rsidR="004D1804" w:rsidRPr="00FA34BF" w:rsidRDefault="004D1804" w:rsidP="00FA34BF">
      <w:pPr>
        <w:numPr>
          <w:ilvl w:val="0"/>
          <w:numId w:val="17"/>
        </w:numPr>
        <w:ind w:left="714" w:hanging="357"/>
        <w:contextualSpacing/>
        <w:rPr>
          <w:lang w:val="cs-CZ"/>
        </w:rPr>
      </w:pPr>
      <w:r w:rsidRPr="00FA34BF">
        <w:rPr>
          <w:lang w:val="cs-CZ"/>
        </w:rPr>
        <w:t>Evaluační systém školy</w:t>
      </w:r>
    </w:p>
    <w:p w14:paraId="3342B7E6" w14:textId="77777777" w:rsidR="004D1804" w:rsidRPr="00FA34BF" w:rsidRDefault="004D1804" w:rsidP="00FA34BF">
      <w:pPr>
        <w:numPr>
          <w:ilvl w:val="0"/>
          <w:numId w:val="17"/>
        </w:numPr>
        <w:ind w:left="714" w:hanging="357"/>
        <w:contextualSpacing/>
        <w:rPr>
          <w:lang w:val="cs-CZ"/>
        </w:rPr>
      </w:pPr>
      <w:r w:rsidRPr="00FA34BF">
        <w:rPr>
          <w:lang w:val="cs-CZ"/>
        </w:rPr>
        <w:t>Plán hospitační činnosti</w:t>
      </w:r>
    </w:p>
    <w:p w14:paraId="2195C5CD" w14:textId="77777777" w:rsidR="004D1804" w:rsidRPr="00FA34BF" w:rsidRDefault="004D1804" w:rsidP="00FA34BF">
      <w:pPr>
        <w:numPr>
          <w:ilvl w:val="0"/>
          <w:numId w:val="17"/>
        </w:numPr>
        <w:ind w:left="714" w:hanging="357"/>
        <w:contextualSpacing/>
        <w:rPr>
          <w:lang w:val="cs-CZ"/>
        </w:rPr>
      </w:pPr>
      <w:r w:rsidRPr="00FA34BF">
        <w:rPr>
          <w:lang w:val="cs-CZ"/>
        </w:rPr>
        <w:t>Dotazník pro sebehodnocení pedagogů</w:t>
      </w:r>
    </w:p>
    <w:p w14:paraId="267F6E0E" w14:textId="77777777" w:rsidR="00D869E8" w:rsidRPr="00FA34BF" w:rsidRDefault="004D1804" w:rsidP="00FA34BF">
      <w:pPr>
        <w:numPr>
          <w:ilvl w:val="0"/>
          <w:numId w:val="17"/>
        </w:numPr>
        <w:ind w:left="714" w:hanging="357"/>
        <w:contextualSpacing/>
        <w:rPr>
          <w:lang w:val="cs-CZ"/>
        </w:rPr>
      </w:pPr>
      <w:r w:rsidRPr="00FA34BF">
        <w:rPr>
          <w:lang w:val="cs-CZ"/>
        </w:rPr>
        <w:t>Dotazník pro rodiče</w:t>
      </w:r>
    </w:p>
    <w:p w14:paraId="09D21BBF" w14:textId="07716889" w:rsidR="004D1804" w:rsidRPr="00FA34BF" w:rsidRDefault="00D73F25" w:rsidP="00FA34BF">
      <w:pPr>
        <w:numPr>
          <w:ilvl w:val="0"/>
          <w:numId w:val="17"/>
        </w:numPr>
        <w:ind w:left="714" w:hanging="357"/>
        <w:contextualSpacing/>
        <w:rPr>
          <w:sz w:val="20"/>
          <w:szCs w:val="20"/>
          <w:lang w:val="cs-CZ"/>
        </w:rPr>
      </w:pPr>
      <w:r w:rsidRPr="00FA34BF">
        <w:rPr>
          <w:lang w:val="cs-CZ"/>
        </w:rPr>
        <w:t>Třídní vzdělávací plán</w:t>
      </w:r>
      <w:r w:rsidR="004D1804" w:rsidRPr="00FA34BF">
        <w:rPr>
          <w:sz w:val="20"/>
          <w:szCs w:val="20"/>
          <w:lang w:val="cs-CZ"/>
        </w:rPr>
        <w:br/>
      </w:r>
    </w:p>
    <w:p w14:paraId="7FF75ADB" w14:textId="77777777" w:rsidR="00010EFB" w:rsidRDefault="00010EFB" w:rsidP="0067205A">
      <w:pPr>
        <w:rPr>
          <w:lang w:val="cs-CZ"/>
        </w:rPr>
      </w:pPr>
    </w:p>
    <w:p w14:paraId="5D9DE5CA" w14:textId="2A4F2FB7" w:rsidR="00010EFB" w:rsidRPr="008056A2" w:rsidRDefault="00010EFB" w:rsidP="00A66BE2">
      <w:pPr>
        <w:pStyle w:val="Nadpis1"/>
        <w:numPr>
          <w:ilvl w:val="1"/>
          <w:numId w:val="17"/>
        </w:numPr>
      </w:pPr>
      <w:proofErr w:type="spellStart"/>
      <w:r w:rsidRPr="008056A2">
        <w:lastRenderedPageBreak/>
        <w:t>Evaluační</w:t>
      </w:r>
      <w:proofErr w:type="spellEnd"/>
      <w:r w:rsidRPr="008056A2">
        <w:t xml:space="preserve"> </w:t>
      </w:r>
      <w:proofErr w:type="spellStart"/>
      <w:r w:rsidRPr="008056A2">
        <w:t>systém</w:t>
      </w:r>
      <w:proofErr w:type="spellEnd"/>
      <w:r w:rsidRPr="008056A2">
        <w:t xml:space="preserve"> </w:t>
      </w:r>
      <w:proofErr w:type="spellStart"/>
      <w:r w:rsidRPr="008056A2">
        <w:t>školy</w:t>
      </w:r>
      <w:proofErr w:type="spellEnd"/>
    </w:p>
    <w:p w14:paraId="4A3DF108" w14:textId="77777777" w:rsidR="003F28C7" w:rsidRPr="003F28C7" w:rsidRDefault="003F28C7" w:rsidP="003F28C7">
      <w:pPr>
        <w:rPr>
          <w:rFonts w:ascii="Times New Roman" w:hAnsi="Times New Roman" w:cs="Times New Roman"/>
          <w:lang w:val="cs-CZ"/>
        </w:rPr>
      </w:pPr>
      <w:r w:rsidRPr="003F28C7">
        <w:rPr>
          <w:rFonts w:ascii="Times New Roman" w:hAnsi="Times New Roman" w:cs="Times New Roman"/>
          <w:lang w:val="cs-CZ"/>
        </w:rPr>
        <w:t>Evaluační systém mateřské školy je chápán jako průběžný, systematický a smysluplný proces, jehož cílem je zkvalitňování výchovně-vzdělávací práce a vytváření co nejlepších podmínek pro rozvoj dětí. Evaluace není vnímána jako kontrola, ale jako nástroj sebereflexe a rozvoje školy.</w:t>
      </w:r>
    </w:p>
    <w:p w14:paraId="4554A3DC" w14:textId="77777777" w:rsidR="003F28C7" w:rsidRPr="003F28C7" w:rsidRDefault="003F28C7" w:rsidP="003F28C7">
      <w:pPr>
        <w:rPr>
          <w:rFonts w:ascii="Times New Roman" w:hAnsi="Times New Roman" w:cs="Times New Roman"/>
          <w:lang w:val="cs-CZ"/>
        </w:rPr>
      </w:pPr>
      <w:r w:rsidRPr="003F28C7">
        <w:rPr>
          <w:rFonts w:ascii="Times New Roman" w:hAnsi="Times New Roman" w:cs="Times New Roman"/>
          <w:lang w:val="cs-CZ"/>
        </w:rPr>
        <w:t>Evaluace probíhá na úrovni:</w:t>
      </w:r>
    </w:p>
    <w:p w14:paraId="5B1F1499" w14:textId="77777777" w:rsidR="003F28C7" w:rsidRPr="003F28C7" w:rsidRDefault="003F28C7" w:rsidP="00301AB5">
      <w:pPr>
        <w:numPr>
          <w:ilvl w:val="0"/>
          <w:numId w:val="20"/>
        </w:numPr>
        <w:ind w:left="714" w:hanging="357"/>
        <w:contextualSpacing/>
        <w:rPr>
          <w:rFonts w:ascii="Times New Roman" w:hAnsi="Times New Roman" w:cs="Times New Roman"/>
          <w:lang w:val="cs-CZ"/>
        </w:rPr>
      </w:pPr>
      <w:r w:rsidRPr="003F28C7">
        <w:rPr>
          <w:rFonts w:ascii="Times New Roman" w:hAnsi="Times New Roman" w:cs="Times New Roman"/>
          <w:lang w:val="cs-CZ"/>
        </w:rPr>
        <w:t>dítěte,</w:t>
      </w:r>
    </w:p>
    <w:p w14:paraId="52661E14" w14:textId="77777777" w:rsidR="003F28C7" w:rsidRPr="003F28C7" w:rsidRDefault="003F28C7" w:rsidP="00301AB5">
      <w:pPr>
        <w:numPr>
          <w:ilvl w:val="0"/>
          <w:numId w:val="20"/>
        </w:numPr>
        <w:ind w:left="714" w:hanging="357"/>
        <w:contextualSpacing/>
        <w:rPr>
          <w:rFonts w:ascii="Times New Roman" w:hAnsi="Times New Roman" w:cs="Times New Roman"/>
          <w:lang w:val="cs-CZ"/>
        </w:rPr>
      </w:pPr>
      <w:r w:rsidRPr="003F28C7">
        <w:rPr>
          <w:rFonts w:ascii="Times New Roman" w:hAnsi="Times New Roman" w:cs="Times New Roman"/>
          <w:lang w:val="cs-CZ"/>
        </w:rPr>
        <w:t>pedagogického procesu,</w:t>
      </w:r>
    </w:p>
    <w:p w14:paraId="329CBFB5" w14:textId="77777777" w:rsidR="003F28C7" w:rsidRPr="003F28C7" w:rsidRDefault="003F28C7" w:rsidP="00301AB5">
      <w:pPr>
        <w:numPr>
          <w:ilvl w:val="0"/>
          <w:numId w:val="20"/>
        </w:numPr>
        <w:ind w:left="714" w:hanging="357"/>
        <w:contextualSpacing/>
        <w:rPr>
          <w:rFonts w:ascii="Times New Roman" w:hAnsi="Times New Roman" w:cs="Times New Roman"/>
          <w:lang w:val="cs-CZ"/>
        </w:rPr>
      </w:pPr>
      <w:r w:rsidRPr="003F28C7">
        <w:rPr>
          <w:rFonts w:ascii="Times New Roman" w:hAnsi="Times New Roman" w:cs="Times New Roman"/>
          <w:lang w:val="cs-CZ"/>
        </w:rPr>
        <w:t>podmínek vzdělávání,</w:t>
      </w:r>
    </w:p>
    <w:p w14:paraId="42733F72" w14:textId="77777777" w:rsidR="003F28C7" w:rsidRPr="003F28C7" w:rsidRDefault="003F28C7" w:rsidP="00301AB5">
      <w:pPr>
        <w:numPr>
          <w:ilvl w:val="0"/>
          <w:numId w:val="20"/>
        </w:numPr>
        <w:ind w:left="714" w:hanging="357"/>
        <w:contextualSpacing/>
        <w:rPr>
          <w:rFonts w:ascii="Times New Roman" w:hAnsi="Times New Roman" w:cs="Times New Roman"/>
          <w:lang w:val="cs-CZ"/>
        </w:rPr>
      </w:pPr>
      <w:r w:rsidRPr="003F28C7">
        <w:rPr>
          <w:rFonts w:ascii="Times New Roman" w:hAnsi="Times New Roman" w:cs="Times New Roman"/>
          <w:lang w:val="cs-CZ"/>
        </w:rPr>
        <w:t>spolupráce s rodiči a veřejností,</w:t>
      </w:r>
    </w:p>
    <w:p w14:paraId="5A55D732" w14:textId="77777777" w:rsidR="003F28C7" w:rsidRPr="003F28C7" w:rsidRDefault="003F28C7" w:rsidP="00301AB5">
      <w:pPr>
        <w:numPr>
          <w:ilvl w:val="0"/>
          <w:numId w:val="20"/>
        </w:numPr>
        <w:ind w:left="714" w:hanging="357"/>
        <w:contextualSpacing/>
        <w:rPr>
          <w:rFonts w:ascii="Times New Roman" w:hAnsi="Times New Roman" w:cs="Times New Roman"/>
          <w:lang w:val="cs-CZ"/>
        </w:rPr>
      </w:pPr>
      <w:r w:rsidRPr="003F28C7">
        <w:rPr>
          <w:rFonts w:ascii="Times New Roman" w:hAnsi="Times New Roman" w:cs="Times New Roman"/>
          <w:lang w:val="cs-CZ"/>
        </w:rPr>
        <w:t>celkového fungování školy.</w:t>
      </w:r>
    </w:p>
    <w:p w14:paraId="36E80948" w14:textId="77777777" w:rsidR="00301AB5" w:rsidRDefault="00301AB5" w:rsidP="003F28C7">
      <w:pPr>
        <w:rPr>
          <w:rFonts w:ascii="Times New Roman" w:hAnsi="Times New Roman" w:cs="Times New Roman"/>
          <w:lang w:val="cs-CZ"/>
        </w:rPr>
      </w:pPr>
    </w:p>
    <w:p w14:paraId="2A2D90C0" w14:textId="036AE536" w:rsidR="003F28C7" w:rsidRPr="003F28C7" w:rsidRDefault="003F28C7" w:rsidP="003F28C7">
      <w:pPr>
        <w:rPr>
          <w:rFonts w:ascii="Times New Roman" w:hAnsi="Times New Roman" w:cs="Times New Roman"/>
          <w:lang w:val="cs-CZ"/>
        </w:rPr>
      </w:pPr>
      <w:r w:rsidRPr="003F28C7">
        <w:rPr>
          <w:rFonts w:ascii="Times New Roman" w:hAnsi="Times New Roman" w:cs="Times New Roman"/>
          <w:lang w:val="cs-CZ"/>
        </w:rPr>
        <w:t>Zjištěné poznatky jsou pravidelně reflektovány, sdíleny v pedagogickém týmu a využívány při plánování třídních vzdělávacích plánů i při aktualizaci ŠVP.</w:t>
      </w:r>
    </w:p>
    <w:p w14:paraId="3116EBB2" w14:textId="77777777" w:rsidR="003F28C7" w:rsidRPr="003F28C7" w:rsidRDefault="003F28C7" w:rsidP="003F28C7">
      <w:pPr>
        <w:rPr>
          <w:rFonts w:ascii="Times New Roman" w:hAnsi="Times New Roman" w:cs="Times New Roman"/>
          <w:lang w:val="cs-CZ"/>
        </w:rPr>
      </w:pPr>
      <w:r w:rsidRPr="003F28C7">
        <w:rPr>
          <w:rFonts w:ascii="Times New Roman" w:hAnsi="Times New Roman" w:cs="Times New Roman"/>
          <w:lang w:val="cs-CZ"/>
        </w:rPr>
        <w:pict w14:anchorId="1E861BCB">
          <v:rect id="_x0000_i1066" style="width:0;height:1.5pt" o:hralign="center" o:hrstd="t" o:hr="t" fillcolor="#a0a0a0" stroked="f"/>
        </w:pict>
      </w:r>
    </w:p>
    <w:p w14:paraId="575CCC40" w14:textId="77777777" w:rsidR="003F28C7" w:rsidRPr="003F28C7" w:rsidRDefault="003F28C7" w:rsidP="003F28C7">
      <w:pPr>
        <w:rPr>
          <w:rFonts w:ascii="Times New Roman" w:hAnsi="Times New Roman" w:cs="Times New Roman"/>
          <w:b/>
          <w:bCs/>
          <w:lang w:val="cs-CZ"/>
        </w:rPr>
      </w:pPr>
      <w:r w:rsidRPr="003F28C7">
        <w:rPr>
          <w:rFonts w:ascii="Times New Roman" w:hAnsi="Times New Roman" w:cs="Times New Roman"/>
          <w:b/>
          <w:bCs/>
          <w:lang w:val="cs-CZ"/>
        </w:rPr>
        <w:t>1. Evaluace vzdělávacího procesu</w:t>
      </w:r>
    </w:p>
    <w:p w14:paraId="1E14A31F" w14:textId="77777777" w:rsidR="003F28C7" w:rsidRPr="003F28C7" w:rsidRDefault="003F28C7" w:rsidP="003F28C7">
      <w:pPr>
        <w:rPr>
          <w:rFonts w:ascii="Times New Roman" w:hAnsi="Times New Roman" w:cs="Times New Roman"/>
          <w:lang w:val="cs-CZ"/>
        </w:rPr>
      </w:pPr>
      <w:r w:rsidRPr="003F28C7">
        <w:rPr>
          <w:rFonts w:ascii="Times New Roman" w:hAnsi="Times New Roman" w:cs="Times New Roman"/>
          <w:lang w:val="cs-CZ"/>
        </w:rPr>
        <w:t>Sledujeme, jakým způsobem probíhá vzdělávání a jaký má dopad na děti.</w:t>
      </w:r>
    </w:p>
    <w:p w14:paraId="18C29702" w14:textId="77777777" w:rsidR="003F28C7" w:rsidRPr="003F28C7" w:rsidRDefault="003F28C7" w:rsidP="003F28C7">
      <w:pPr>
        <w:rPr>
          <w:rFonts w:ascii="Times New Roman" w:hAnsi="Times New Roman" w:cs="Times New Roman"/>
          <w:lang w:val="cs-CZ"/>
        </w:rPr>
      </w:pPr>
      <w:r w:rsidRPr="003F28C7">
        <w:rPr>
          <w:rFonts w:ascii="Times New Roman" w:hAnsi="Times New Roman" w:cs="Times New Roman"/>
          <w:lang w:val="cs-CZ"/>
        </w:rPr>
        <w:t>Hodnotíme zejména:</w:t>
      </w:r>
    </w:p>
    <w:p w14:paraId="7C27EAC9" w14:textId="77777777" w:rsidR="003F28C7" w:rsidRPr="003F28C7" w:rsidRDefault="003F28C7" w:rsidP="00035DA1">
      <w:pPr>
        <w:numPr>
          <w:ilvl w:val="0"/>
          <w:numId w:val="21"/>
        </w:numPr>
        <w:ind w:left="714" w:hanging="357"/>
        <w:contextualSpacing/>
        <w:rPr>
          <w:rFonts w:ascii="Times New Roman" w:hAnsi="Times New Roman" w:cs="Times New Roman"/>
          <w:lang w:val="cs-CZ"/>
        </w:rPr>
      </w:pPr>
      <w:r w:rsidRPr="003F28C7">
        <w:rPr>
          <w:rFonts w:ascii="Times New Roman" w:hAnsi="Times New Roman" w:cs="Times New Roman"/>
          <w:lang w:val="cs-CZ"/>
        </w:rPr>
        <w:t>naplňování cílů ŠVP PV,</w:t>
      </w:r>
    </w:p>
    <w:p w14:paraId="226710AA" w14:textId="77777777" w:rsidR="003F28C7" w:rsidRPr="003F28C7" w:rsidRDefault="003F28C7" w:rsidP="00035DA1">
      <w:pPr>
        <w:numPr>
          <w:ilvl w:val="0"/>
          <w:numId w:val="21"/>
        </w:numPr>
        <w:ind w:left="714" w:hanging="357"/>
        <w:contextualSpacing/>
        <w:rPr>
          <w:rFonts w:ascii="Times New Roman" w:hAnsi="Times New Roman" w:cs="Times New Roman"/>
          <w:lang w:val="cs-CZ"/>
        </w:rPr>
      </w:pPr>
      <w:r w:rsidRPr="003F28C7">
        <w:rPr>
          <w:rFonts w:ascii="Times New Roman" w:hAnsi="Times New Roman" w:cs="Times New Roman"/>
          <w:lang w:val="cs-CZ"/>
        </w:rPr>
        <w:t>přiměřenost vzdělávací nabídky věku a potřebám dětí,</w:t>
      </w:r>
    </w:p>
    <w:p w14:paraId="66F7161C" w14:textId="77777777" w:rsidR="003F28C7" w:rsidRPr="003F28C7" w:rsidRDefault="003F28C7" w:rsidP="00035DA1">
      <w:pPr>
        <w:numPr>
          <w:ilvl w:val="0"/>
          <w:numId w:val="21"/>
        </w:numPr>
        <w:ind w:left="714" w:hanging="357"/>
        <w:contextualSpacing/>
        <w:rPr>
          <w:rFonts w:ascii="Times New Roman" w:hAnsi="Times New Roman" w:cs="Times New Roman"/>
          <w:lang w:val="cs-CZ"/>
        </w:rPr>
      </w:pPr>
      <w:r w:rsidRPr="003F28C7">
        <w:rPr>
          <w:rFonts w:ascii="Times New Roman" w:hAnsi="Times New Roman" w:cs="Times New Roman"/>
          <w:lang w:val="cs-CZ"/>
        </w:rPr>
        <w:t>využívané metody a formy práce,</w:t>
      </w:r>
    </w:p>
    <w:p w14:paraId="30180D89" w14:textId="77777777" w:rsidR="003F28C7" w:rsidRPr="003F28C7" w:rsidRDefault="003F28C7" w:rsidP="00035DA1">
      <w:pPr>
        <w:numPr>
          <w:ilvl w:val="0"/>
          <w:numId w:val="21"/>
        </w:numPr>
        <w:ind w:left="714" w:hanging="357"/>
        <w:contextualSpacing/>
        <w:rPr>
          <w:rFonts w:ascii="Times New Roman" w:hAnsi="Times New Roman" w:cs="Times New Roman"/>
          <w:lang w:val="cs-CZ"/>
        </w:rPr>
      </w:pPr>
      <w:r w:rsidRPr="003F28C7">
        <w:rPr>
          <w:rFonts w:ascii="Times New Roman" w:hAnsi="Times New Roman" w:cs="Times New Roman"/>
          <w:lang w:val="cs-CZ"/>
        </w:rPr>
        <w:t>respektování individualizace a tempa dětí,</w:t>
      </w:r>
    </w:p>
    <w:p w14:paraId="25CC00AF" w14:textId="77777777" w:rsidR="003F28C7" w:rsidRPr="003F28C7" w:rsidRDefault="003F28C7" w:rsidP="00035DA1">
      <w:pPr>
        <w:numPr>
          <w:ilvl w:val="0"/>
          <w:numId w:val="21"/>
        </w:numPr>
        <w:ind w:left="714" w:hanging="357"/>
        <w:contextualSpacing/>
        <w:rPr>
          <w:rFonts w:ascii="Times New Roman" w:hAnsi="Times New Roman" w:cs="Times New Roman"/>
          <w:lang w:val="cs-CZ"/>
        </w:rPr>
      </w:pPr>
      <w:r w:rsidRPr="003F28C7">
        <w:rPr>
          <w:rFonts w:ascii="Times New Roman" w:hAnsi="Times New Roman" w:cs="Times New Roman"/>
          <w:lang w:val="cs-CZ"/>
        </w:rPr>
        <w:t>klima třídy a vztahy.</w:t>
      </w:r>
    </w:p>
    <w:p w14:paraId="1E431118" w14:textId="77777777" w:rsidR="003F28C7" w:rsidRPr="003F28C7" w:rsidRDefault="003F28C7" w:rsidP="003F28C7">
      <w:pPr>
        <w:rPr>
          <w:rFonts w:ascii="Times New Roman" w:hAnsi="Times New Roman" w:cs="Times New Roman"/>
          <w:lang w:val="cs-CZ"/>
        </w:rPr>
      </w:pPr>
      <w:r w:rsidRPr="003F28C7">
        <w:rPr>
          <w:rFonts w:ascii="Times New Roman" w:hAnsi="Times New Roman" w:cs="Times New Roman"/>
          <w:lang w:val="cs-CZ"/>
        </w:rPr>
        <w:t>Nástroje evaluace:</w:t>
      </w:r>
    </w:p>
    <w:p w14:paraId="0DF37F31" w14:textId="77777777" w:rsidR="003F28C7" w:rsidRPr="003F28C7" w:rsidRDefault="003F28C7" w:rsidP="00035DA1">
      <w:pPr>
        <w:numPr>
          <w:ilvl w:val="0"/>
          <w:numId w:val="22"/>
        </w:numPr>
        <w:ind w:left="714" w:hanging="357"/>
        <w:contextualSpacing/>
        <w:rPr>
          <w:rFonts w:ascii="Times New Roman" w:hAnsi="Times New Roman" w:cs="Times New Roman"/>
          <w:lang w:val="cs-CZ"/>
        </w:rPr>
      </w:pPr>
      <w:r w:rsidRPr="003F28C7">
        <w:rPr>
          <w:rFonts w:ascii="Times New Roman" w:hAnsi="Times New Roman" w:cs="Times New Roman"/>
          <w:lang w:val="cs-CZ"/>
        </w:rPr>
        <w:t>hospitační činnost,</w:t>
      </w:r>
    </w:p>
    <w:p w14:paraId="51633A7D" w14:textId="77777777" w:rsidR="003F28C7" w:rsidRPr="003F28C7" w:rsidRDefault="003F28C7" w:rsidP="00035DA1">
      <w:pPr>
        <w:numPr>
          <w:ilvl w:val="0"/>
          <w:numId w:val="22"/>
        </w:numPr>
        <w:ind w:left="714" w:hanging="357"/>
        <w:contextualSpacing/>
        <w:rPr>
          <w:rFonts w:ascii="Times New Roman" w:hAnsi="Times New Roman" w:cs="Times New Roman"/>
          <w:lang w:val="cs-CZ"/>
        </w:rPr>
      </w:pPr>
      <w:r w:rsidRPr="003F28C7">
        <w:rPr>
          <w:rFonts w:ascii="Times New Roman" w:hAnsi="Times New Roman" w:cs="Times New Roman"/>
          <w:lang w:val="cs-CZ"/>
        </w:rPr>
        <w:t>pedagogická reflexe,</w:t>
      </w:r>
    </w:p>
    <w:p w14:paraId="66C7B662" w14:textId="77777777" w:rsidR="003F28C7" w:rsidRPr="003F28C7" w:rsidRDefault="003F28C7" w:rsidP="00035DA1">
      <w:pPr>
        <w:numPr>
          <w:ilvl w:val="0"/>
          <w:numId w:val="22"/>
        </w:numPr>
        <w:ind w:left="714" w:hanging="357"/>
        <w:contextualSpacing/>
        <w:rPr>
          <w:rFonts w:ascii="Times New Roman" w:hAnsi="Times New Roman" w:cs="Times New Roman"/>
          <w:lang w:val="cs-CZ"/>
        </w:rPr>
      </w:pPr>
      <w:r w:rsidRPr="003F28C7">
        <w:rPr>
          <w:rFonts w:ascii="Times New Roman" w:hAnsi="Times New Roman" w:cs="Times New Roman"/>
          <w:lang w:val="cs-CZ"/>
        </w:rPr>
        <w:t>zápisy v třídní knize,</w:t>
      </w:r>
    </w:p>
    <w:p w14:paraId="16ACB9CD" w14:textId="77777777" w:rsidR="003F28C7" w:rsidRPr="003F28C7" w:rsidRDefault="003F28C7" w:rsidP="00035DA1">
      <w:pPr>
        <w:numPr>
          <w:ilvl w:val="0"/>
          <w:numId w:val="22"/>
        </w:numPr>
        <w:ind w:left="714" w:hanging="357"/>
        <w:contextualSpacing/>
        <w:rPr>
          <w:rFonts w:ascii="Times New Roman" w:hAnsi="Times New Roman" w:cs="Times New Roman"/>
          <w:lang w:val="cs-CZ"/>
        </w:rPr>
      </w:pPr>
      <w:r w:rsidRPr="003F28C7">
        <w:rPr>
          <w:rFonts w:ascii="Times New Roman" w:hAnsi="Times New Roman" w:cs="Times New Roman"/>
          <w:lang w:val="cs-CZ"/>
        </w:rPr>
        <w:t>pedagogické porady,</w:t>
      </w:r>
    </w:p>
    <w:p w14:paraId="7B60AC09" w14:textId="77777777" w:rsidR="003F28C7" w:rsidRPr="003F28C7" w:rsidRDefault="003F28C7" w:rsidP="00035DA1">
      <w:pPr>
        <w:numPr>
          <w:ilvl w:val="0"/>
          <w:numId w:val="22"/>
        </w:numPr>
        <w:ind w:left="714" w:hanging="357"/>
        <w:contextualSpacing/>
        <w:rPr>
          <w:rFonts w:ascii="Times New Roman" w:hAnsi="Times New Roman" w:cs="Times New Roman"/>
          <w:lang w:val="cs-CZ"/>
        </w:rPr>
      </w:pPr>
      <w:r w:rsidRPr="003F28C7">
        <w:rPr>
          <w:rFonts w:ascii="Times New Roman" w:hAnsi="Times New Roman" w:cs="Times New Roman"/>
          <w:lang w:val="cs-CZ"/>
        </w:rPr>
        <w:t>sebehodnocení učitelek.</w:t>
      </w:r>
    </w:p>
    <w:p w14:paraId="46B4C8CF" w14:textId="77777777" w:rsidR="003F28C7" w:rsidRPr="003F28C7" w:rsidRDefault="003F28C7" w:rsidP="003F28C7">
      <w:pPr>
        <w:rPr>
          <w:rFonts w:ascii="Times New Roman" w:hAnsi="Times New Roman" w:cs="Times New Roman"/>
          <w:lang w:val="cs-CZ"/>
        </w:rPr>
      </w:pPr>
      <w:r w:rsidRPr="003F28C7">
        <w:rPr>
          <w:rFonts w:ascii="Times New Roman" w:hAnsi="Times New Roman" w:cs="Times New Roman"/>
          <w:lang w:val="cs-CZ"/>
        </w:rPr>
        <w:t>Frekvence: průběžně, souhrnně 2–3× ročně</w:t>
      </w:r>
      <w:r w:rsidRPr="003F28C7">
        <w:rPr>
          <w:rFonts w:ascii="Times New Roman" w:hAnsi="Times New Roman" w:cs="Times New Roman"/>
          <w:lang w:val="cs-CZ"/>
        </w:rPr>
        <w:br/>
        <w:t>Odpovědnost: ředitelka, pedagogický tým</w:t>
      </w:r>
    </w:p>
    <w:p w14:paraId="20888AA3" w14:textId="77777777" w:rsidR="003F28C7" w:rsidRPr="003F28C7" w:rsidRDefault="003F28C7" w:rsidP="003F28C7">
      <w:pPr>
        <w:rPr>
          <w:rFonts w:ascii="Times New Roman" w:hAnsi="Times New Roman" w:cs="Times New Roman"/>
          <w:lang w:val="cs-CZ"/>
        </w:rPr>
      </w:pPr>
      <w:r w:rsidRPr="003F28C7">
        <w:rPr>
          <w:rFonts w:ascii="Times New Roman" w:hAnsi="Times New Roman" w:cs="Times New Roman"/>
          <w:lang w:val="cs-CZ"/>
        </w:rPr>
        <w:pict w14:anchorId="19E4F09F">
          <v:rect id="_x0000_i1067" style="width:0;height:1.5pt" o:hralign="center" o:hrstd="t" o:hr="t" fillcolor="#a0a0a0" stroked="f"/>
        </w:pict>
      </w:r>
    </w:p>
    <w:p w14:paraId="313B5619" w14:textId="77777777" w:rsidR="003F28C7" w:rsidRPr="003F28C7" w:rsidRDefault="003F28C7" w:rsidP="003F28C7">
      <w:pPr>
        <w:rPr>
          <w:rFonts w:ascii="Times New Roman" w:hAnsi="Times New Roman" w:cs="Times New Roman"/>
          <w:b/>
          <w:bCs/>
          <w:lang w:val="cs-CZ"/>
        </w:rPr>
      </w:pPr>
      <w:r w:rsidRPr="003F28C7">
        <w:rPr>
          <w:rFonts w:ascii="Times New Roman" w:hAnsi="Times New Roman" w:cs="Times New Roman"/>
          <w:b/>
          <w:bCs/>
          <w:lang w:val="cs-CZ"/>
        </w:rPr>
        <w:t>2. Evaluace podmínek vzdělávání</w:t>
      </w:r>
    </w:p>
    <w:p w14:paraId="4C62D07A" w14:textId="77777777" w:rsidR="003F28C7" w:rsidRPr="003F28C7" w:rsidRDefault="003F28C7" w:rsidP="003F28C7">
      <w:pPr>
        <w:rPr>
          <w:rFonts w:ascii="Times New Roman" w:hAnsi="Times New Roman" w:cs="Times New Roman"/>
          <w:lang w:val="cs-CZ"/>
        </w:rPr>
      </w:pPr>
      <w:r w:rsidRPr="003F28C7">
        <w:rPr>
          <w:rFonts w:ascii="Times New Roman" w:hAnsi="Times New Roman" w:cs="Times New Roman"/>
          <w:lang w:val="cs-CZ"/>
        </w:rPr>
        <w:t>Sledujeme, zda podmínky školy podporují kvalitní vzdělávání.</w:t>
      </w:r>
    </w:p>
    <w:p w14:paraId="05E4B888" w14:textId="77777777" w:rsidR="003F28C7" w:rsidRPr="003F28C7" w:rsidRDefault="003F28C7" w:rsidP="003F28C7">
      <w:pPr>
        <w:rPr>
          <w:rFonts w:ascii="Times New Roman" w:hAnsi="Times New Roman" w:cs="Times New Roman"/>
          <w:lang w:val="cs-CZ"/>
        </w:rPr>
      </w:pPr>
      <w:r w:rsidRPr="003F28C7">
        <w:rPr>
          <w:rFonts w:ascii="Times New Roman" w:hAnsi="Times New Roman" w:cs="Times New Roman"/>
          <w:lang w:val="cs-CZ"/>
        </w:rPr>
        <w:t>Oblasti hodnocení:</w:t>
      </w:r>
    </w:p>
    <w:p w14:paraId="3287F593" w14:textId="77777777" w:rsidR="003F28C7" w:rsidRPr="003F28C7" w:rsidRDefault="003F28C7" w:rsidP="00035DA1">
      <w:pPr>
        <w:numPr>
          <w:ilvl w:val="0"/>
          <w:numId w:val="23"/>
        </w:numPr>
        <w:ind w:left="714" w:hanging="357"/>
        <w:contextualSpacing/>
        <w:rPr>
          <w:rFonts w:ascii="Times New Roman" w:hAnsi="Times New Roman" w:cs="Times New Roman"/>
          <w:lang w:val="cs-CZ"/>
        </w:rPr>
      </w:pPr>
      <w:r w:rsidRPr="003F28C7">
        <w:rPr>
          <w:rFonts w:ascii="Times New Roman" w:hAnsi="Times New Roman" w:cs="Times New Roman"/>
          <w:lang w:val="cs-CZ"/>
        </w:rPr>
        <w:lastRenderedPageBreak/>
        <w:t>materiální a prostorové podmínky,</w:t>
      </w:r>
    </w:p>
    <w:p w14:paraId="24E4DCC6" w14:textId="77777777" w:rsidR="003F28C7" w:rsidRPr="003F28C7" w:rsidRDefault="003F28C7" w:rsidP="00035DA1">
      <w:pPr>
        <w:numPr>
          <w:ilvl w:val="0"/>
          <w:numId w:val="23"/>
        </w:numPr>
        <w:ind w:left="714" w:hanging="357"/>
        <w:contextualSpacing/>
        <w:rPr>
          <w:rFonts w:ascii="Times New Roman" w:hAnsi="Times New Roman" w:cs="Times New Roman"/>
          <w:lang w:val="cs-CZ"/>
        </w:rPr>
      </w:pPr>
      <w:r w:rsidRPr="003F28C7">
        <w:rPr>
          <w:rFonts w:ascii="Times New Roman" w:hAnsi="Times New Roman" w:cs="Times New Roman"/>
          <w:lang w:val="cs-CZ"/>
        </w:rPr>
        <w:t>personální zajištění a profesní rozvoj pedagogů,</w:t>
      </w:r>
    </w:p>
    <w:p w14:paraId="7AF65FA2" w14:textId="77777777" w:rsidR="003F28C7" w:rsidRPr="003F28C7" w:rsidRDefault="003F28C7" w:rsidP="00035DA1">
      <w:pPr>
        <w:numPr>
          <w:ilvl w:val="0"/>
          <w:numId w:val="23"/>
        </w:numPr>
        <w:ind w:left="714" w:hanging="357"/>
        <w:contextualSpacing/>
        <w:rPr>
          <w:rFonts w:ascii="Times New Roman" w:hAnsi="Times New Roman" w:cs="Times New Roman"/>
          <w:lang w:val="cs-CZ"/>
        </w:rPr>
      </w:pPr>
      <w:r w:rsidRPr="003F28C7">
        <w:rPr>
          <w:rFonts w:ascii="Times New Roman" w:hAnsi="Times New Roman" w:cs="Times New Roman"/>
          <w:lang w:val="cs-CZ"/>
        </w:rPr>
        <w:t>bezpečnost a ochrana zdraví,</w:t>
      </w:r>
    </w:p>
    <w:p w14:paraId="58BFC389" w14:textId="77777777" w:rsidR="003F28C7" w:rsidRPr="003F28C7" w:rsidRDefault="003F28C7" w:rsidP="00035DA1">
      <w:pPr>
        <w:numPr>
          <w:ilvl w:val="0"/>
          <w:numId w:val="23"/>
        </w:numPr>
        <w:ind w:left="714" w:hanging="357"/>
        <w:contextualSpacing/>
        <w:rPr>
          <w:rFonts w:ascii="Times New Roman" w:hAnsi="Times New Roman" w:cs="Times New Roman"/>
          <w:lang w:val="cs-CZ"/>
        </w:rPr>
      </w:pPr>
      <w:r w:rsidRPr="003F28C7">
        <w:rPr>
          <w:rFonts w:ascii="Times New Roman" w:hAnsi="Times New Roman" w:cs="Times New Roman"/>
          <w:lang w:val="cs-CZ"/>
        </w:rPr>
        <w:t>organizace dne a provozu MŠ.</w:t>
      </w:r>
    </w:p>
    <w:p w14:paraId="4FBD3802" w14:textId="77777777" w:rsidR="003F28C7" w:rsidRPr="003F28C7" w:rsidRDefault="003F28C7" w:rsidP="003F28C7">
      <w:pPr>
        <w:rPr>
          <w:rFonts w:ascii="Times New Roman" w:hAnsi="Times New Roman" w:cs="Times New Roman"/>
          <w:lang w:val="cs-CZ"/>
        </w:rPr>
      </w:pPr>
      <w:r w:rsidRPr="003F28C7">
        <w:rPr>
          <w:rFonts w:ascii="Times New Roman" w:hAnsi="Times New Roman" w:cs="Times New Roman"/>
          <w:lang w:val="cs-CZ"/>
        </w:rPr>
        <w:t>Nástroje evaluace:</w:t>
      </w:r>
    </w:p>
    <w:p w14:paraId="291A8B61" w14:textId="77777777" w:rsidR="003F28C7" w:rsidRPr="003F28C7" w:rsidRDefault="003F28C7" w:rsidP="00035DA1">
      <w:pPr>
        <w:numPr>
          <w:ilvl w:val="0"/>
          <w:numId w:val="24"/>
        </w:numPr>
        <w:ind w:left="714" w:hanging="357"/>
        <w:contextualSpacing/>
        <w:rPr>
          <w:rFonts w:ascii="Times New Roman" w:hAnsi="Times New Roman" w:cs="Times New Roman"/>
          <w:lang w:val="cs-CZ"/>
        </w:rPr>
      </w:pPr>
      <w:r w:rsidRPr="003F28C7">
        <w:rPr>
          <w:rFonts w:ascii="Times New Roman" w:hAnsi="Times New Roman" w:cs="Times New Roman"/>
          <w:lang w:val="cs-CZ"/>
        </w:rPr>
        <w:t>inventarizace a kontroly,</w:t>
      </w:r>
    </w:p>
    <w:p w14:paraId="7A61DC3B" w14:textId="77777777" w:rsidR="003F28C7" w:rsidRPr="003F28C7" w:rsidRDefault="003F28C7" w:rsidP="00035DA1">
      <w:pPr>
        <w:numPr>
          <w:ilvl w:val="0"/>
          <w:numId w:val="24"/>
        </w:numPr>
        <w:ind w:left="714" w:hanging="357"/>
        <w:contextualSpacing/>
        <w:rPr>
          <w:rFonts w:ascii="Times New Roman" w:hAnsi="Times New Roman" w:cs="Times New Roman"/>
          <w:lang w:val="cs-CZ"/>
        </w:rPr>
      </w:pPr>
      <w:r w:rsidRPr="003F28C7">
        <w:rPr>
          <w:rFonts w:ascii="Times New Roman" w:hAnsi="Times New Roman" w:cs="Times New Roman"/>
          <w:lang w:val="cs-CZ"/>
        </w:rPr>
        <w:t>sebehodnocení pedagogů,</w:t>
      </w:r>
    </w:p>
    <w:p w14:paraId="174AB507" w14:textId="77777777" w:rsidR="003F28C7" w:rsidRPr="003F28C7" w:rsidRDefault="003F28C7" w:rsidP="00035DA1">
      <w:pPr>
        <w:numPr>
          <w:ilvl w:val="0"/>
          <w:numId w:val="24"/>
        </w:numPr>
        <w:ind w:left="714" w:hanging="357"/>
        <w:contextualSpacing/>
        <w:rPr>
          <w:rFonts w:ascii="Times New Roman" w:hAnsi="Times New Roman" w:cs="Times New Roman"/>
          <w:lang w:val="cs-CZ"/>
        </w:rPr>
      </w:pPr>
      <w:r w:rsidRPr="003F28C7">
        <w:rPr>
          <w:rFonts w:ascii="Times New Roman" w:hAnsi="Times New Roman" w:cs="Times New Roman"/>
          <w:lang w:val="cs-CZ"/>
        </w:rPr>
        <w:t>DVPP plán a jeho vyhodnocení,</w:t>
      </w:r>
    </w:p>
    <w:p w14:paraId="280F8F1B" w14:textId="77777777" w:rsidR="003F28C7" w:rsidRPr="003F28C7" w:rsidRDefault="003F28C7" w:rsidP="00035DA1">
      <w:pPr>
        <w:numPr>
          <w:ilvl w:val="0"/>
          <w:numId w:val="24"/>
        </w:numPr>
        <w:ind w:left="714" w:hanging="357"/>
        <w:contextualSpacing/>
        <w:rPr>
          <w:rFonts w:ascii="Times New Roman" w:hAnsi="Times New Roman" w:cs="Times New Roman"/>
          <w:lang w:val="cs-CZ"/>
        </w:rPr>
      </w:pPr>
      <w:r w:rsidRPr="003F28C7">
        <w:rPr>
          <w:rFonts w:ascii="Times New Roman" w:hAnsi="Times New Roman" w:cs="Times New Roman"/>
          <w:lang w:val="cs-CZ"/>
        </w:rPr>
        <w:t>provozní a pedagogické porady.</w:t>
      </w:r>
    </w:p>
    <w:p w14:paraId="77F1D62C" w14:textId="77777777" w:rsidR="003F28C7" w:rsidRPr="003F28C7" w:rsidRDefault="003F28C7" w:rsidP="003F28C7">
      <w:pPr>
        <w:rPr>
          <w:rFonts w:ascii="Times New Roman" w:hAnsi="Times New Roman" w:cs="Times New Roman"/>
          <w:lang w:val="cs-CZ"/>
        </w:rPr>
      </w:pPr>
      <w:r w:rsidRPr="003F28C7">
        <w:rPr>
          <w:rFonts w:ascii="Times New Roman" w:hAnsi="Times New Roman" w:cs="Times New Roman"/>
          <w:lang w:val="cs-CZ"/>
        </w:rPr>
        <w:t>Frekvence: průběžně, souhrnně 1–2× ročně</w:t>
      </w:r>
      <w:r w:rsidRPr="003F28C7">
        <w:rPr>
          <w:rFonts w:ascii="Times New Roman" w:hAnsi="Times New Roman" w:cs="Times New Roman"/>
          <w:lang w:val="cs-CZ"/>
        </w:rPr>
        <w:br/>
        <w:t>Odpovědnost: ředitelka, zaměstnanci školy</w:t>
      </w:r>
    </w:p>
    <w:p w14:paraId="13B24E3F" w14:textId="77777777" w:rsidR="003F28C7" w:rsidRPr="003F28C7" w:rsidRDefault="003F28C7" w:rsidP="003F28C7">
      <w:pPr>
        <w:rPr>
          <w:rFonts w:ascii="Times New Roman" w:hAnsi="Times New Roman" w:cs="Times New Roman"/>
          <w:lang w:val="cs-CZ"/>
        </w:rPr>
      </w:pPr>
      <w:r w:rsidRPr="003F28C7">
        <w:rPr>
          <w:rFonts w:ascii="Times New Roman" w:hAnsi="Times New Roman" w:cs="Times New Roman"/>
          <w:lang w:val="cs-CZ"/>
        </w:rPr>
        <w:pict w14:anchorId="7EEFCE3D">
          <v:rect id="_x0000_i1068" style="width:0;height:1.5pt" o:hralign="center" o:hrstd="t" o:hr="t" fillcolor="#a0a0a0" stroked="f"/>
        </w:pict>
      </w:r>
    </w:p>
    <w:p w14:paraId="3A708EE5" w14:textId="77777777" w:rsidR="003F28C7" w:rsidRPr="003F28C7" w:rsidRDefault="003F28C7" w:rsidP="003F28C7">
      <w:pPr>
        <w:rPr>
          <w:rFonts w:ascii="Times New Roman" w:hAnsi="Times New Roman" w:cs="Times New Roman"/>
          <w:b/>
          <w:bCs/>
          <w:lang w:val="cs-CZ"/>
        </w:rPr>
      </w:pPr>
      <w:r w:rsidRPr="003F28C7">
        <w:rPr>
          <w:rFonts w:ascii="Times New Roman" w:hAnsi="Times New Roman" w:cs="Times New Roman"/>
          <w:b/>
          <w:bCs/>
          <w:lang w:val="cs-CZ"/>
        </w:rPr>
        <w:t>3. Evaluace výsledků vzdělávání dětí</w:t>
      </w:r>
    </w:p>
    <w:p w14:paraId="0B26B006" w14:textId="77777777" w:rsidR="003F28C7" w:rsidRPr="003F28C7" w:rsidRDefault="003F28C7" w:rsidP="003F28C7">
      <w:pPr>
        <w:rPr>
          <w:rFonts w:ascii="Times New Roman" w:hAnsi="Times New Roman" w:cs="Times New Roman"/>
          <w:lang w:val="cs-CZ"/>
        </w:rPr>
      </w:pPr>
      <w:r w:rsidRPr="003F28C7">
        <w:rPr>
          <w:rFonts w:ascii="Times New Roman" w:hAnsi="Times New Roman" w:cs="Times New Roman"/>
          <w:lang w:val="cs-CZ"/>
        </w:rPr>
        <w:t>Sledujeme pokrok dětí, nikoli jejich výkon.</w:t>
      </w:r>
    </w:p>
    <w:p w14:paraId="663B9EEF" w14:textId="77777777" w:rsidR="003F28C7" w:rsidRPr="003F28C7" w:rsidRDefault="003F28C7" w:rsidP="003F28C7">
      <w:pPr>
        <w:rPr>
          <w:rFonts w:ascii="Times New Roman" w:hAnsi="Times New Roman" w:cs="Times New Roman"/>
          <w:lang w:val="cs-CZ"/>
        </w:rPr>
      </w:pPr>
      <w:r w:rsidRPr="003F28C7">
        <w:rPr>
          <w:rFonts w:ascii="Times New Roman" w:hAnsi="Times New Roman" w:cs="Times New Roman"/>
          <w:lang w:val="cs-CZ"/>
        </w:rPr>
        <w:t>Zaměřujeme se na:</w:t>
      </w:r>
    </w:p>
    <w:p w14:paraId="184D1EFA" w14:textId="77777777" w:rsidR="003F28C7" w:rsidRPr="003F28C7" w:rsidRDefault="003F28C7" w:rsidP="00016A85">
      <w:pPr>
        <w:numPr>
          <w:ilvl w:val="0"/>
          <w:numId w:val="25"/>
        </w:numPr>
        <w:ind w:left="714" w:hanging="357"/>
        <w:contextualSpacing/>
        <w:rPr>
          <w:rFonts w:ascii="Times New Roman" w:hAnsi="Times New Roman" w:cs="Times New Roman"/>
          <w:lang w:val="cs-CZ"/>
        </w:rPr>
      </w:pPr>
      <w:r w:rsidRPr="003F28C7">
        <w:rPr>
          <w:rFonts w:ascii="Times New Roman" w:hAnsi="Times New Roman" w:cs="Times New Roman"/>
          <w:lang w:val="cs-CZ"/>
        </w:rPr>
        <w:t>individuální rozvoj dítěte,</w:t>
      </w:r>
    </w:p>
    <w:p w14:paraId="61AA22BA" w14:textId="77777777" w:rsidR="003F28C7" w:rsidRPr="003F28C7" w:rsidRDefault="003F28C7" w:rsidP="00016A85">
      <w:pPr>
        <w:numPr>
          <w:ilvl w:val="0"/>
          <w:numId w:val="25"/>
        </w:numPr>
        <w:ind w:left="714" w:hanging="357"/>
        <w:contextualSpacing/>
        <w:rPr>
          <w:rFonts w:ascii="Times New Roman" w:hAnsi="Times New Roman" w:cs="Times New Roman"/>
          <w:lang w:val="cs-CZ"/>
        </w:rPr>
      </w:pPr>
      <w:r w:rsidRPr="003F28C7">
        <w:rPr>
          <w:rFonts w:ascii="Times New Roman" w:hAnsi="Times New Roman" w:cs="Times New Roman"/>
          <w:lang w:val="cs-CZ"/>
        </w:rPr>
        <w:t>posun v oblasti sociální, komunikační, pohybové a poznávací,</w:t>
      </w:r>
    </w:p>
    <w:p w14:paraId="57032577" w14:textId="77777777" w:rsidR="003F28C7" w:rsidRPr="003F28C7" w:rsidRDefault="003F28C7" w:rsidP="00016A85">
      <w:pPr>
        <w:numPr>
          <w:ilvl w:val="0"/>
          <w:numId w:val="25"/>
        </w:numPr>
        <w:ind w:left="714" w:hanging="357"/>
        <w:contextualSpacing/>
        <w:rPr>
          <w:rFonts w:ascii="Times New Roman" w:hAnsi="Times New Roman" w:cs="Times New Roman"/>
          <w:lang w:val="cs-CZ"/>
        </w:rPr>
      </w:pPr>
      <w:r w:rsidRPr="003F28C7">
        <w:rPr>
          <w:rFonts w:ascii="Times New Roman" w:hAnsi="Times New Roman" w:cs="Times New Roman"/>
          <w:lang w:val="cs-CZ"/>
        </w:rPr>
        <w:t>školní připravenost předškolních dětí.</w:t>
      </w:r>
    </w:p>
    <w:p w14:paraId="2EC135A6" w14:textId="77777777" w:rsidR="003F28C7" w:rsidRPr="003F28C7" w:rsidRDefault="003F28C7" w:rsidP="003F28C7">
      <w:pPr>
        <w:rPr>
          <w:rFonts w:ascii="Times New Roman" w:hAnsi="Times New Roman" w:cs="Times New Roman"/>
          <w:lang w:val="cs-CZ"/>
        </w:rPr>
      </w:pPr>
      <w:r w:rsidRPr="003F28C7">
        <w:rPr>
          <w:rFonts w:ascii="Times New Roman" w:hAnsi="Times New Roman" w:cs="Times New Roman"/>
          <w:lang w:val="cs-CZ"/>
        </w:rPr>
        <w:t>Nástroje evaluace:</w:t>
      </w:r>
    </w:p>
    <w:p w14:paraId="4533FEF7" w14:textId="77777777" w:rsidR="003F28C7" w:rsidRPr="003F28C7" w:rsidRDefault="003F28C7" w:rsidP="00016A85">
      <w:pPr>
        <w:numPr>
          <w:ilvl w:val="0"/>
          <w:numId w:val="26"/>
        </w:numPr>
        <w:ind w:left="714" w:hanging="357"/>
        <w:contextualSpacing/>
        <w:rPr>
          <w:rFonts w:ascii="Times New Roman" w:hAnsi="Times New Roman" w:cs="Times New Roman"/>
          <w:lang w:val="cs-CZ"/>
        </w:rPr>
      </w:pPr>
      <w:r w:rsidRPr="003F28C7">
        <w:rPr>
          <w:rFonts w:ascii="Times New Roman" w:hAnsi="Times New Roman" w:cs="Times New Roman"/>
          <w:lang w:val="cs-CZ"/>
        </w:rPr>
        <w:t>systematické pozorování,</w:t>
      </w:r>
    </w:p>
    <w:p w14:paraId="76C92584" w14:textId="77777777" w:rsidR="003F28C7" w:rsidRPr="003F28C7" w:rsidRDefault="003F28C7" w:rsidP="00016A85">
      <w:pPr>
        <w:numPr>
          <w:ilvl w:val="0"/>
          <w:numId w:val="26"/>
        </w:numPr>
        <w:ind w:left="714" w:hanging="357"/>
        <w:contextualSpacing/>
        <w:rPr>
          <w:rFonts w:ascii="Times New Roman" w:hAnsi="Times New Roman" w:cs="Times New Roman"/>
          <w:lang w:val="cs-CZ"/>
        </w:rPr>
      </w:pPr>
      <w:r w:rsidRPr="003F28C7">
        <w:rPr>
          <w:rFonts w:ascii="Times New Roman" w:hAnsi="Times New Roman" w:cs="Times New Roman"/>
          <w:lang w:val="cs-CZ"/>
        </w:rPr>
        <w:t>pedagogická diagnostika,</w:t>
      </w:r>
    </w:p>
    <w:p w14:paraId="1DB1265A" w14:textId="77777777" w:rsidR="003F28C7" w:rsidRPr="003F28C7" w:rsidRDefault="003F28C7" w:rsidP="00016A85">
      <w:pPr>
        <w:numPr>
          <w:ilvl w:val="0"/>
          <w:numId w:val="26"/>
        </w:numPr>
        <w:ind w:left="714" w:hanging="357"/>
        <w:contextualSpacing/>
        <w:rPr>
          <w:rFonts w:ascii="Times New Roman" w:hAnsi="Times New Roman" w:cs="Times New Roman"/>
          <w:lang w:val="cs-CZ"/>
        </w:rPr>
      </w:pPr>
      <w:r w:rsidRPr="003F28C7">
        <w:rPr>
          <w:rFonts w:ascii="Times New Roman" w:hAnsi="Times New Roman" w:cs="Times New Roman"/>
          <w:lang w:val="cs-CZ"/>
        </w:rPr>
        <w:t>portfolia dětí,</w:t>
      </w:r>
    </w:p>
    <w:p w14:paraId="301905AA" w14:textId="77777777" w:rsidR="003F28C7" w:rsidRPr="003F28C7" w:rsidRDefault="003F28C7" w:rsidP="00016A85">
      <w:pPr>
        <w:numPr>
          <w:ilvl w:val="0"/>
          <w:numId w:val="26"/>
        </w:numPr>
        <w:ind w:left="714" w:hanging="357"/>
        <w:contextualSpacing/>
        <w:rPr>
          <w:rFonts w:ascii="Times New Roman" w:hAnsi="Times New Roman" w:cs="Times New Roman"/>
          <w:lang w:val="cs-CZ"/>
        </w:rPr>
      </w:pPr>
      <w:r w:rsidRPr="003F28C7">
        <w:rPr>
          <w:rFonts w:ascii="Times New Roman" w:hAnsi="Times New Roman" w:cs="Times New Roman"/>
          <w:lang w:val="cs-CZ"/>
        </w:rPr>
        <w:t xml:space="preserve">vybrané diagnostické metody (Oregonská metoda, </w:t>
      </w:r>
      <w:proofErr w:type="spellStart"/>
      <w:r w:rsidRPr="003F28C7">
        <w:rPr>
          <w:rFonts w:ascii="Times New Roman" w:hAnsi="Times New Roman" w:cs="Times New Roman"/>
          <w:lang w:val="cs-CZ"/>
        </w:rPr>
        <w:t>ISophie</w:t>
      </w:r>
      <w:proofErr w:type="spellEnd"/>
      <w:r w:rsidRPr="003F28C7">
        <w:rPr>
          <w:rFonts w:ascii="Times New Roman" w:hAnsi="Times New Roman" w:cs="Times New Roman"/>
          <w:lang w:val="cs-CZ"/>
        </w:rPr>
        <w:t>),</w:t>
      </w:r>
    </w:p>
    <w:p w14:paraId="4AFB22B9" w14:textId="77777777" w:rsidR="003F28C7" w:rsidRPr="003F28C7" w:rsidRDefault="003F28C7" w:rsidP="00016A85">
      <w:pPr>
        <w:numPr>
          <w:ilvl w:val="0"/>
          <w:numId w:val="26"/>
        </w:numPr>
        <w:ind w:left="714" w:hanging="357"/>
        <w:contextualSpacing/>
        <w:rPr>
          <w:rFonts w:ascii="Times New Roman" w:hAnsi="Times New Roman" w:cs="Times New Roman"/>
          <w:lang w:val="cs-CZ"/>
        </w:rPr>
      </w:pPr>
      <w:r w:rsidRPr="003F28C7">
        <w:rPr>
          <w:rFonts w:ascii="Times New Roman" w:hAnsi="Times New Roman" w:cs="Times New Roman"/>
          <w:lang w:val="cs-CZ"/>
        </w:rPr>
        <w:t>testy školní zralosti, logopedická depistáž.</w:t>
      </w:r>
    </w:p>
    <w:p w14:paraId="1F6FF67D" w14:textId="77777777" w:rsidR="003F28C7" w:rsidRPr="003F28C7" w:rsidRDefault="003F28C7" w:rsidP="003F28C7">
      <w:pPr>
        <w:rPr>
          <w:rFonts w:ascii="Times New Roman" w:hAnsi="Times New Roman" w:cs="Times New Roman"/>
          <w:lang w:val="cs-CZ"/>
        </w:rPr>
      </w:pPr>
      <w:r w:rsidRPr="003F28C7">
        <w:rPr>
          <w:rFonts w:ascii="Times New Roman" w:hAnsi="Times New Roman" w:cs="Times New Roman"/>
          <w:lang w:val="cs-CZ"/>
        </w:rPr>
        <w:t>Frekvence: průběžně, souhrnně 2–3× ročně</w:t>
      </w:r>
      <w:r w:rsidRPr="003F28C7">
        <w:rPr>
          <w:rFonts w:ascii="Times New Roman" w:hAnsi="Times New Roman" w:cs="Times New Roman"/>
          <w:lang w:val="cs-CZ"/>
        </w:rPr>
        <w:br/>
        <w:t>Odpovědnost: učitelky, odborníci</w:t>
      </w:r>
    </w:p>
    <w:p w14:paraId="254FE6BD" w14:textId="77777777" w:rsidR="003F28C7" w:rsidRPr="003F28C7" w:rsidRDefault="003F28C7" w:rsidP="003F28C7">
      <w:pPr>
        <w:rPr>
          <w:rFonts w:ascii="Times New Roman" w:hAnsi="Times New Roman" w:cs="Times New Roman"/>
          <w:lang w:val="cs-CZ"/>
        </w:rPr>
      </w:pPr>
      <w:r w:rsidRPr="003F28C7">
        <w:rPr>
          <w:rFonts w:ascii="Times New Roman" w:hAnsi="Times New Roman" w:cs="Times New Roman"/>
          <w:lang w:val="cs-CZ"/>
        </w:rPr>
        <w:pict w14:anchorId="50C7E921">
          <v:rect id="_x0000_i1069" style="width:0;height:1.5pt" o:hralign="center" o:hrstd="t" o:hr="t" fillcolor="#a0a0a0" stroked="f"/>
        </w:pict>
      </w:r>
    </w:p>
    <w:p w14:paraId="0553A586" w14:textId="77777777" w:rsidR="003F28C7" w:rsidRPr="003F28C7" w:rsidRDefault="003F28C7" w:rsidP="003F28C7">
      <w:pPr>
        <w:rPr>
          <w:rFonts w:ascii="Times New Roman" w:hAnsi="Times New Roman" w:cs="Times New Roman"/>
          <w:b/>
          <w:bCs/>
          <w:lang w:val="cs-CZ"/>
        </w:rPr>
      </w:pPr>
      <w:r w:rsidRPr="003F28C7">
        <w:rPr>
          <w:rFonts w:ascii="Times New Roman" w:hAnsi="Times New Roman" w:cs="Times New Roman"/>
          <w:b/>
          <w:bCs/>
          <w:lang w:val="cs-CZ"/>
        </w:rPr>
        <w:t>4. Evaluace spolupráce s rodiči</w:t>
      </w:r>
    </w:p>
    <w:p w14:paraId="7501B661" w14:textId="77777777" w:rsidR="003F28C7" w:rsidRPr="003F28C7" w:rsidRDefault="003F28C7" w:rsidP="003F28C7">
      <w:pPr>
        <w:rPr>
          <w:rFonts w:ascii="Times New Roman" w:hAnsi="Times New Roman" w:cs="Times New Roman"/>
          <w:lang w:val="cs-CZ"/>
        </w:rPr>
      </w:pPr>
      <w:r w:rsidRPr="003F28C7">
        <w:rPr>
          <w:rFonts w:ascii="Times New Roman" w:hAnsi="Times New Roman" w:cs="Times New Roman"/>
          <w:lang w:val="cs-CZ"/>
        </w:rPr>
        <w:t>Sledujeme kvalitu komunikace a partnerství s rodinou.</w:t>
      </w:r>
    </w:p>
    <w:p w14:paraId="5DBEA9FD" w14:textId="77777777" w:rsidR="003F28C7" w:rsidRPr="003F28C7" w:rsidRDefault="003F28C7" w:rsidP="003F28C7">
      <w:pPr>
        <w:rPr>
          <w:rFonts w:ascii="Times New Roman" w:hAnsi="Times New Roman" w:cs="Times New Roman"/>
          <w:lang w:val="cs-CZ"/>
        </w:rPr>
      </w:pPr>
      <w:r w:rsidRPr="003F28C7">
        <w:rPr>
          <w:rFonts w:ascii="Times New Roman" w:hAnsi="Times New Roman" w:cs="Times New Roman"/>
          <w:lang w:val="cs-CZ"/>
        </w:rPr>
        <w:t>Hodnotíme:</w:t>
      </w:r>
    </w:p>
    <w:p w14:paraId="768C2766" w14:textId="77777777" w:rsidR="003F28C7" w:rsidRPr="003F28C7" w:rsidRDefault="003F28C7" w:rsidP="00016A85">
      <w:pPr>
        <w:numPr>
          <w:ilvl w:val="0"/>
          <w:numId w:val="27"/>
        </w:numPr>
        <w:ind w:left="714" w:hanging="357"/>
        <w:contextualSpacing/>
        <w:rPr>
          <w:rFonts w:ascii="Times New Roman" w:hAnsi="Times New Roman" w:cs="Times New Roman"/>
          <w:lang w:val="cs-CZ"/>
        </w:rPr>
      </w:pPr>
      <w:r w:rsidRPr="003F28C7">
        <w:rPr>
          <w:rFonts w:ascii="Times New Roman" w:hAnsi="Times New Roman" w:cs="Times New Roman"/>
          <w:lang w:val="cs-CZ"/>
        </w:rPr>
        <w:t>informovanost rodičů,</w:t>
      </w:r>
    </w:p>
    <w:p w14:paraId="79D061BF" w14:textId="77777777" w:rsidR="003F28C7" w:rsidRPr="003F28C7" w:rsidRDefault="003F28C7" w:rsidP="00016A85">
      <w:pPr>
        <w:numPr>
          <w:ilvl w:val="0"/>
          <w:numId w:val="27"/>
        </w:numPr>
        <w:ind w:left="714" w:hanging="357"/>
        <w:contextualSpacing/>
        <w:rPr>
          <w:rFonts w:ascii="Times New Roman" w:hAnsi="Times New Roman" w:cs="Times New Roman"/>
          <w:lang w:val="cs-CZ"/>
        </w:rPr>
      </w:pPr>
      <w:r w:rsidRPr="003F28C7">
        <w:rPr>
          <w:rFonts w:ascii="Times New Roman" w:hAnsi="Times New Roman" w:cs="Times New Roman"/>
          <w:lang w:val="cs-CZ"/>
        </w:rPr>
        <w:t>otevřenost komunikace,</w:t>
      </w:r>
    </w:p>
    <w:p w14:paraId="4A42D997" w14:textId="77777777" w:rsidR="003F28C7" w:rsidRPr="003F28C7" w:rsidRDefault="003F28C7" w:rsidP="00016A85">
      <w:pPr>
        <w:numPr>
          <w:ilvl w:val="0"/>
          <w:numId w:val="27"/>
        </w:numPr>
        <w:ind w:left="714" w:hanging="357"/>
        <w:contextualSpacing/>
        <w:rPr>
          <w:rFonts w:ascii="Times New Roman" w:hAnsi="Times New Roman" w:cs="Times New Roman"/>
          <w:lang w:val="cs-CZ"/>
        </w:rPr>
      </w:pPr>
      <w:r w:rsidRPr="003F28C7">
        <w:rPr>
          <w:rFonts w:ascii="Times New Roman" w:hAnsi="Times New Roman" w:cs="Times New Roman"/>
          <w:lang w:val="cs-CZ"/>
        </w:rPr>
        <w:t>zapojení rodičů do dění MŠ,</w:t>
      </w:r>
    </w:p>
    <w:p w14:paraId="01A263C8" w14:textId="77777777" w:rsidR="003F28C7" w:rsidRPr="003F28C7" w:rsidRDefault="003F28C7" w:rsidP="00016A85">
      <w:pPr>
        <w:numPr>
          <w:ilvl w:val="0"/>
          <w:numId w:val="27"/>
        </w:numPr>
        <w:ind w:left="714" w:hanging="357"/>
        <w:contextualSpacing/>
        <w:rPr>
          <w:rFonts w:ascii="Times New Roman" w:hAnsi="Times New Roman" w:cs="Times New Roman"/>
          <w:lang w:val="cs-CZ"/>
        </w:rPr>
      </w:pPr>
      <w:r w:rsidRPr="003F28C7">
        <w:rPr>
          <w:rFonts w:ascii="Times New Roman" w:hAnsi="Times New Roman" w:cs="Times New Roman"/>
          <w:lang w:val="cs-CZ"/>
        </w:rPr>
        <w:t>spokojenost rodičů se školou.</w:t>
      </w:r>
    </w:p>
    <w:p w14:paraId="4DDA8EAD" w14:textId="77777777" w:rsidR="003F28C7" w:rsidRPr="003F28C7" w:rsidRDefault="003F28C7" w:rsidP="003F28C7">
      <w:pPr>
        <w:rPr>
          <w:rFonts w:ascii="Times New Roman" w:hAnsi="Times New Roman" w:cs="Times New Roman"/>
          <w:lang w:val="cs-CZ"/>
        </w:rPr>
      </w:pPr>
      <w:r w:rsidRPr="003F28C7">
        <w:rPr>
          <w:rFonts w:ascii="Times New Roman" w:hAnsi="Times New Roman" w:cs="Times New Roman"/>
          <w:lang w:val="cs-CZ"/>
        </w:rPr>
        <w:t>Nástroje evaluace:</w:t>
      </w:r>
    </w:p>
    <w:p w14:paraId="54A06454" w14:textId="77777777" w:rsidR="003F28C7" w:rsidRPr="003F28C7" w:rsidRDefault="003F28C7" w:rsidP="00016A85">
      <w:pPr>
        <w:numPr>
          <w:ilvl w:val="0"/>
          <w:numId w:val="28"/>
        </w:numPr>
        <w:ind w:left="714" w:hanging="357"/>
        <w:contextualSpacing/>
        <w:rPr>
          <w:rFonts w:ascii="Times New Roman" w:hAnsi="Times New Roman" w:cs="Times New Roman"/>
          <w:lang w:val="cs-CZ"/>
        </w:rPr>
      </w:pPr>
      <w:r w:rsidRPr="003F28C7">
        <w:rPr>
          <w:rFonts w:ascii="Times New Roman" w:hAnsi="Times New Roman" w:cs="Times New Roman"/>
          <w:lang w:val="cs-CZ"/>
        </w:rPr>
        <w:lastRenderedPageBreak/>
        <w:t>rozhovory s rodiči,</w:t>
      </w:r>
    </w:p>
    <w:p w14:paraId="2835DBE2" w14:textId="77777777" w:rsidR="003F28C7" w:rsidRPr="003F28C7" w:rsidRDefault="003F28C7" w:rsidP="00016A85">
      <w:pPr>
        <w:numPr>
          <w:ilvl w:val="0"/>
          <w:numId w:val="28"/>
        </w:numPr>
        <w:ind w:left="714" w:hanging="357"/>
        <w:contextualSpacing/>
        <w:rPr>
          <w:rFonts w:ascii="Times New Roman" w:hAnsi="Times New Roman" w:cs="Times New Roman"/>
          <w:lang w:val="cs-CZ"/>
        </w:rPr>
      </w:pPr>
      <w:r w:rsidRPr="003F28C7">
        <w:rPr>
          <w:rFonts w:ascii="Times New Roman" w:hAnsi="Times New Roman" w:cs="Times New Roman"/>
          <w:lang w:val="cs-CZ"/>
        </w:rPr>
        <w:t>třídní schůzky,</w:t>
      </w:r>
    </w:p>
    <w:p w14:paraId="35414020" w14:textId="77777777" w:rsidR="003F28C7" w:rsidRPr="003F28C7" w:rsidRDefault="003F28C7" w:rsidP="00016A85">
      <w:pPr>
        <w:numPr>
          <w:ilvl w:val="0"/>
          <w:numId w:val="28"/>
        </w:numPr>
        <w:ind w:left="714" w:hanging="357"/>
        <w:contextualSpacing/>
        <w:rPr>
          <w:rFonts w:ascii="Times New Roman" w:hAnsi="Times New Roman" w:cs="Times New Roman"/>
          <w:lang w:val="cs-CZ"/>
        </w:rPr>
      </w:pPr>
      <w:r w:rsidRPr="003F28C7">
        <w:rPr>
          <w:rFonts w:ascii="Times New Roman" w:hAnsi="Times New Roman" w:cs="Times New Roman"/>
          <w:lang w:val="cs-CZ"/>
        </w:rPr>
        <w:t>dotazníky,</w:t>
      </w:r>
    </w:p>
    <w:p w14:paraId="2345C8FE" w14:textId="77777777" w:rsidR="003F28C7" w:rsidRPr="003F28C7" w:rsidRDefault="003F28C7" w:rsidP="00016A85">
      <w:pPr>
        <w:numPr>
          <w:ilvl w:val="0"/>
          <w:numId w:val="28"/>
        </w:numPr>
        <w:ind w:left="714" w:hanging="357"/>
        <w:contextualSpacing/>
        <w:rPr>
          <w:rFonts w:ascii="Times New Roman" w:hAnsi="Times New Roman" w:cs="Times New Roman"/>
          <w:lang w:val="cs-CZ"/>
        </w:rPr>
      </w:pPr>
      <w:r w:rsidRPr="003F28C7">
        <w:rPr>
          <w:rFonts w:ascii="Times New Roman" w:hAnsi="Times New Roman" w:cs="Times New Roman"/>
          <w:lang w:val="cs-CZ"/>
        </w:rPr>
        <w:t>neformální zpětná vazba.</w:t>
      </w:r>
    </w:p>
    <w:p w14:paraId="473C890C" w14:textId="77777777" w:rsidR="003F28C7" w:rsidRPr="003F28C7" w:rsidRDefault="003F28C7" w:rsidP="003F28C7">
      <w:pPr>
        <w:rPr>
          <w:rFonts w:ascii="Times New Roman" w:hAnsi="Times New Roman" w:cs="Times New Roman"/>
          <w:lang w:val="cs-CZ"/>
        </w:rPr>
      </w:pPr>
      <w:r w:rsidRPr="003F28C7">
        <w:rPr>
          <w:rFonts w:ascii="Times New Roman" w:hAnsi="Times New Roman" w:cs="Times New Roman"/>
          <w:lang w:val="cs-CZ"/>
        </w:rPr>
        <w:t>Frekvence: průběžně, souhrnně 1× ročně</w:t>
      </w:r>
      <w:r w:rsidRPr="003F28C7">
        <w:rPr>
          <w:rFonts w:ascii="Times New Roman" w:hAnsi="Times New Roman" w:cs="Times New Roman"/>
          <w:lang w:val="cs-CZ"/>
        </w:rPr>
        <w:br/>
        <w:t>Odpovědnost: ředitelka, učitelky</w:t>
      </w:r>
    </w:p>
    <w:p w14:paraId="786263DA" w14:textId="77777777" w:rsidR="003F28C7" w:rsidRPr="003F28C7" w:rsidRDefault="003F28C7" w:rsidP="003F28C7">
      <w:pPr>
        <w:rPr>
          <w:rFonts w:ascii="Times New Roman" w:hAnsi="Times New Roman" w:cs="Times New Roman"/>
          <w:lang w:val="cs-CZ"/>
        </w:rPr>
      </w:pPr>
      <w:r w:rsidRPr="003F28C7">
        <w:rPr>
          <w:rFonts w:ascii="Times New Roman" w:hAnsi="Times New Roman" w:cs="Times New Roman"/>
          <w:lang w:val="cs-CZ"/>
        </w:rPr>
        <w:pict w14:anchorId="20477147">
          <v:rect id="_x0000_i1070" style="width:0;height:1.5pt" o:hralign="center" o:hrstd="t" o:hr="t" fillcolor="#a0a0a0" stroked="f"/>
        </w:pict>
      </w:r>
    </w:p>
    <w:p w14:paraId="719DA1DF" w14:textId="77777777" w:rsidR="003F28C7" w:rsidRPr="003F28C7" w:rsidRDefault="003F28C7" w:rsidP="003F28C7">
      <w:pPr>
        <w:rPr>
          <w:rFonts w:ascii="Times New Roman" w:hAnsi="Times New Roman" w:cs="Times New Roman"/>
          <w:b/>
          <w:bCs/>
          <w:lang w:val="cs-CZ"/>
        </w:rPr>
      </w:pPr>
      <w:r w:rsidRPr="003F28C7">
        <w:rPr>
          <w:rFonts w:ascii="Times New Roman" w:hAnsi="Times New Roman" w:cs="Times New Roman"/>
          <w:b/>
          <w:bCs/>
          <w:lang w:val="cs-CZ"/>
        </w:rPr>
        <w:t>5. Vnější obraz školy a rozvoj</w:t>
      </w:r>
    </w:p>
    <w:p w14:paraId="4757D5A2" w14:textId="77777777" w:rsidR="003F28C7" w:rsidRPr="003F28C7" w:rsidRDefault="003F28C7" w:rsidP="003F28C7">
      <w:pPr>
        <w:rPr>
          <w:rFonts w:ascii="Times New Roman" w:hAnsi="Times New Roman" w:cs="Times New Roman"/>
          <w:lang w:val="cs-CZ"/>
        </w:rPr>
      </w:pPr>
      <w:r w:rsidRPr="003F28C7">
        <w:rPr>
          <w:rFonts w:ascii="Times New Roman" w:hAnsi="Times New Roman" w:cs="Times New Roman"/>
          <w:lang w:val="cs-CZ"/>
        </w:rPr>
        <w:t>Sledujeme postavení školy v širším kontextu.</w:t>
      </w:r>
    </w:p>
    <w:p w14:paraId="0FAB77CE" w14:textId="77777777" w:rsidR="003F28C7" w:rsidRPr="003F28C7" w:rsidRDefault="003F28C7" w:rsidP="003F28C7">
      <w:pPr>
        <w:rPr>
          <w:rFonts w:ascii="Times New Roman" w:hAnsi="Times New Roman" w:cs="Times New Roman"/>
          <w:lang w:val="cs-CZ"/>
        </w:rPr>
      </w:pPr>
      <w:r w:rsidRPr="003F28C7">
        <w:rPr>
          <w:rFonts w:ascii="Times New Roman" w:hAnsi="Times New Roman" w:cs="Times New Roman"/>
          <w:lang w:val="cs-CZ"/>
        </w:rPr>
        <w:t>Oblasti:</w:t>
      </w:r>
    </w:p>
    <w:p w14:paraId="401FC60B" w14:textId="77777777" w:rsidR="003F28C7" w:rsidRPr="003F28C7" w:rsidRDefault="003F28C7" w:rsidP="00016A85">
      <w:pPr>
        <w:numPr>
          <w:ilvl w:val="0"/>
          <w:numId w:val="29"/>
        </w:numPr>
        <w:ind w:left="714" w:hanging="357"/>
        <w:contextualSpacing/>
        <w:rPr>
          <w:rFonts w:ascii="Times New Roman" w:hAnsi="Times New Roman" w:cs="Times New Roman"/>
          <w:lang w:val="cs-CZ"/>
        </w:rPr>
      </w:pPr>
      <w:r w:rsidRPr="003F28C7">
        <w:rPr>
          <w:rFonts w:ascii="Times New Roman" w:hAnsi="Times New Roman" w:cs="Times New Roman"/>
          <w:lang w:val="cs-CZ"/>
        </w:rPr>
        <w:t>zájem o školu,</w:t>
      </w:r>
    </w:p>
    <w:p w14:paraId="1DFD7448" w14:textId="77777777" w:rsidR="003F28C7" w:rsidRPr="003F28C7" w:rsidRDefault="003F28C7" w:rsidP="00016A85">
      <w:pPr>
        <w:numPr>
          <w:ilvl w:val="0"/>
          <w:numId w:val="29"/>
        </w:numPr>
        <w:ind w:left="714" w:hanging="357"/>
        <w:contextualSpacing/>
        <w:rPr>
          <w:rFonts w:ascii="Times New Roman" w:hAnsi="Times New Roman" w:cs="Times New Roman"/>
          <w:lang w:val="cs-CZ"/>
        </w:rPr>
      </w:pPr>
      <w:r w:rsidRPr="003F28C7">
        <w:rPr>
          <w:rFonts w:ascii="Times New Roman" w:hAnsi="Times New Roman" w:cs="Times New Roman"/>
          <w:lang w:val="cs-CZ"/>
        </w:rPr>
        <w:t>spolupráce s partnery,</w:t>
      </w:r>
    </w:p>
    <w:p w14:paraId="1F62B14B" w14:textId="77777777" w:rsidR="003F28C7" w:rsidRPr="003F28C7" w:rsidRDefault="003F28C7" w:rsidP="00016A85">
      <w:pPr>
        <w:numPr>
          <w:ilvl w:val="0"/>
          <w:numId w:val="29"/>
        </w:numPr>
        <w:ind w:left="714" w:hanging="357"/>
        <w:contextualSpacing/>
        <w:rPr>
          <w:rFonts w:ascii="Times New Roman" w:hAnsi="Times New Roman" w:cs="Times New Roman"/>
          <w:lang w:val="cs-CZ"/>
        </w:rPr>
      </w:pPr>
      <w:r w:rsidRPr="003F28C7">
        <w:rPr>
          <w:rFonts w:ascii="Times New Roman" w:hAnsi="Times New Roman" w:cs="Times New Roman"/>
          <w:lang w:val="cs-CZ"/>
        </w:rPr>
        <w:t>projekty a sponzoring,</w:t>
      </w:r>
    </w:p>
    <w:p w14:paraId="28385A7F" w14:textId="77777777" w:rsidR="003F28C7" w:rsidRPr="003F28C7" w:rsidRDefault="003F28C7" w:rsidP="00016A85">
      <w:pPr>
        <w:numPr>
          <w:ilvl w:val="0"/>
          <w:numId w:val="29"/>
        </w:numPr>
        <w:ind w:left="714" w:hanging="357"/>
        <w:contextualSpacing/>
        <w:rPr>
          <w:rFonts w:ascii="Times New Roman" w:hAnsi="Times New Roman" w:cs="Times New Roman"/>
          <w:lang w:val="cs-CZ"/>
        </w:rPr>
      </w:pPr>
      <w:r w:rsidRPr="003F28C7">
        <w:rPr>
          <w:rFonts w:ascii="Times New Roman" w:hAnsi="Times New Roman" w:cs="Times New Roman"/>
          <w:lang w:val="cs-CZ"/>
        </w:rPr>
        <w:t>prezentace školy (web, akce, kronika).</w:t>
      </w:r>
    </w:p>
    <w:p w14:paraId="14F48238" w14:textId="77777777" w:rsidR="003F28C7" w:rsidRPr="003F28C7" w:rsidRDefault="003F28C7" w:rsidP="003F28C7">
      <w:pPr>
        <w:rPr>
          <w:rFonts w:ascii="Times New Roman" w:hAnsi="Times New Roman" w:cs="Times New Roman"/>
          <w:lang w:val="cs-CZ"/>
        </w:rPr>
      </w:pPr>
      <w:r w:rsidRPr="003F28C7">
        <w:rPr>
          <w:rFonts w:ascii="Times New Roman" w:hAnsi="Times New Roman" w:cs="Times New Roman"/>
          <w:lang w:val="cs-CZ"/>
        </w:rPr>
        <w:pict w14:anchorId="6FD185E9">
          <v:rect id="_x0000_i1071" style="width:0;height:1.5pt" o:hralign="center" o:hrstd="t" o:hr="t" fillcolor="#a0a0a0" stroked="f"/>
        </w:pict>
      </w:r>
    </w:p>
    <w:p w14:paraId="03346E25" w14:textId="77777777" w:rsidR="003F28C7" w:rsidRPr="003F28C7" w:rsidRDefault="003F28C7" w:rsidP="003F28C7">
      <w:pPr>
        <w:rPr>
          <w:rFonts w:ascii="Times New Roman" w:hAnsi="Times New Roman" w:cs="Times New Roman"/>
          <w:lang w:val="cs-CZ"/>
        </w:rPr>
      </w:pPr>
      <w:r w:rsidRPr="003F28C7">
        <w:rPr>
          <w:rFonts w:ascii="Times New Roman" w:hAnsi="Times New Roman" w:cs="Times New Roman"/>
          <w:lang w:val="cs-CZ"/>
        </w:rPr>
        <w:t>Závěr evaluačního procesu</w:t>
      </w:r>
    </w:p>
    <w:p w14:paraId="0D724614" w14:textId="77777777" w:rsidR="003F28C7" w:rsidRPr="003F28C7" w:rsidRDefault="003F28C7" w:rsidP="003F28C7">
      <w:pPr>
        <w:rPr>
          <w:rFonts w:ascii="Times New Roman" w:hAnsi="Times New Roman" w:cs="Times New Roman"/>
          <w:lang w:val="cs-CZ"/>
        </w:rPr>
      </w:pPr>
      <w:r w:rsidRPr="003F28C7">
        <w:rPr>
          <w:rFonts w:ascii="Times New Roman" w:hAnsi="Times New Roman" w:cs="Times New Roman"/>
          <w:lang w:val="cs-CZ"/>
        </w:rPr>
        <w:t>Výsledky evaluace jsou pravidelně projednávány v pedagogickém týmu a slouží jako podklad pro další plánování, úpravy vzdělávací nabídky a rozvoj školy. Evaluační proces podporuje otevřenou komunikaci, profesní růst pedagogů a přispívá ke kvalitnímu a bezpečnému prostředí pro děti.</w:t>
      </w:r>
    </w:p>
    <w:p w14:paraId="618BDE6F" w14:textId="77777777" w:rsidR="00631D20" w:rsidRPr="00301AB5" w:rsidRDefault="00631D20" w:rsidP="00053685">
      <w:pPr>
        <w:rPr>
          <w:rFonts w:ascii="Times New Roman" w:hAnsi="Times New Roman" w:cs="Times New Roman"/>
          <w:lang w:val="cs-CZ"/>
        </w:rPr>
      </w:pPr>
    </w:p>
    <w:p w14:paraId="282911BB" w14:textId="3E0CCF4E" w:rsidR="00053685" w:rsidRDefault="00631D20" w:rsidP="00C36A9E">
      <w:pPr>
        <w:pStyle w:val="Nadpis1"/>
        <w:numPr>
          <w:ilvl w:val="1"/>
          <w:numId w:val="17"/>
        </w:numPr>
        <w:rPr>
          <w:lang w:val="cs-CZ"/>
        </w:rPr>
      </w:pPr>
      <w:r>
        <w:rPr>
          <w:lang w:val="cs-CZ"/>
        </w:rPr>
        <w:t xml:space="preserve"> </w:t>
      </w:r>
      <w:r w:rsidR="00053685" w:rsidRPr="00053685">
        <w:rPr>
          <w:lang w:val="cs-CZ"/>
        </w:rPr>
        <w:t>Plán hospitační činnosti pro školní rok</w:t>
      </w:r>
    </w:p>
    <w:p w14:paraId="243E6939" w14:textId="77777777" w:rsidR="001F4451" w:rsidRPr="001F4451" w:rsidRDefault="001F4451" w:rsidP="001F4451">
      <w:pPr>
        <w:rPr>
          <w:b/>
          <w:bCs/>
        </w:rPr>
      </w:pPr>
      <w:proofErr w:type="spellStart"/>
      <w:r w:rsidRPr="001F4451">
        <w:rPr>
          <w:b/>
          <w:bCs/>
        </w:rPr>
        <w:t>Plán</w:t>
      </w:r>
      <w:proofErr w:type="spellEnd"/>
      <w:r w:rsidRPr="001F4451">
        <w:rPr>
          <w:b/>
          <w:bCs/>
        </w:rPr>
        <w:t xml:space="preserve"> </w:t>
      </w:r>
      <w:proofErr w:type="spellStart"/>
      <w:r w:rsidRPr="001F4451">
        <w:rPr>
          <w:b/>
          <w:bCs/>
        </w:rPr>
        <w:t>hospitační</w:t>
      </w:r>
      <w:proofErr w:type="spellEnd"/>
      <w:r w:rsidRPr="001F4451">
        <w:rPr>
          <w:b/>
          <w:bCs/>
        </w:rPr>
        <w:t xml:space="preserve"> </w:t>
      </w:r>
      <w:proofErr w:type="spellStart"/>
      <w:r w:rsidRPr="001F4451">
        <w:rPr>
          <w:b/>
          <w:bCs/>
        </w:rPr>
        <w:t>činnosti</w:t>
      </w:r>
      <w:proofErr w:type="spellEnd"/>
      <w:r w:rsidRPr="001F4451">
        <w:rPr>
          <w:b/>
          <w:bCs/>
        </w:rPr>
        <w:t xml:space="preserve"> pro </w:t>
      </w:r>
      <w:proofErr w:type="spellStart"/>
      <w:r w:rsidRPr="001F4451">
        <w:rPr>
          <w:b/>
          <w:bCs/>
        </w:rPr>
        <w:t>školní</w:t>
      </w:r>
      <w:proofErr w:type="spellEnd"/>
      <w:r w:rsidRPr="001F4451">
        <w:rPr>
          <w:b/>
          <w:bCs/>
        </w:rPr>
        <w:t xml:space="preserve"> </w:t>
      </w:r>
      <w:proofErr w:type="spellStart"/>
      <w:r w:rsidRPr="001F4451">
        <w:rPr>
          <w:b/>
          <w:bCs/>
        </w:rPr>
        <w:t>rok</w:t>
      </w:r>
      <w:proofErr w:type="spellEnd"/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880"/>
        <w:gridCol w:w="2880"/>
        <w:gridCol w:w="2880"/>
      </w:tblGrid>
      <w:tr w:rsidR="001F4451" w:rsidRPr="001F4451" w14:paraId="1F016937" w14:textId="77777777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576B34" w14:textId="77777777" w:rsidR="001F4451" w:rsidRPr="001F4451" w:rsidRDefault="001F4451" w:rsidP="001F4451">
            <w:pPr>
              <w:spacing w:after="200" w:line="276" w:lineRule="auto"/>
            </w:pPr>
            <w:proofErr w:type="spellStart"/>
            <w:r w:rsidRPr="001F4451">
              <w:t>Období</w:t>
            </w:r>
            <w:proofErr w:type="spellEnd"/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865E8" w14:textId="77777777" w:rsidR="001F4451" w:rsidRPr="001F4451" w:rsidRDefault="001F4451" w:rsidP="001F4451">
            <w:pPr>
              <w:spacing w:after="200" w:line="276" w:lineRule="auto"/>
            </w:pPr>
            <w:proofErr w:type="spellStart"/>
            <w:r w:rsidRPr="001F4451">
              <w:t>Zaměření</w:t>
            </w:r>
            <w:proofErr w:type="spellEnd"/>
            <w:r w:rsidRPr="001F4451">
              <w:t xml:space="preserve"> </w:t>
            </w:r>
            <w:proofErr w:type="spellStart"/>
            <w:r w:rsidRPr="001F4451">
              <w:t>hospitace</w:t>
            </w:r>
            <w:proofErr w:type="spellEnd"/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A6214" w14:textId="77777777" w:rsidR="001F4451" w:rsidRPr="001F4451" w:rsidRDefault="001F4451" w:rsidP="001F4451">
            <w:pPr>
              <w:spacing w:after="200" w:line="276" w:lineRule="auto"/>
            </w:pPr>
            <w:proofErr w:type="spellStart"/>
            <w:r w:rsidRPr="001F4451">
              <w:t>Kritéria</w:t>
            </w:r>
            <w:proofErr w:type="spellEnd"/>
            <w:r w:rsidRPr="001F4451">
              <w:t xml:space="preserve"> </w:t>
            </w:r>
            <w:proofErr w:type="spellStart"/>
            <w:r w:rsidRPr="001F4451">
              <w:t>sledování</w:t>
            </w:r>
            <w:proofErr w:type="spellEnd"/>
          </w:p>
        </w:tc>
      </w:tr>
      <w:tr w:rsidR="001F4451" w:rsidRPr="001F4451" w14:paraId="13C41809" w14:textId="77777777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2E358E" w14:textId="77777777" w:rsidR="001F4451" w:rsidRPr="001F4451" w:rsidRDefault="001F4451" w:rsidP="001F4451">
            <w:pPr>
              <w:spacing w:after="200" w:line="276" w:lineRule="auto"/>
            </w:pPr>
            <w:proofErr w:type="spellStart"/>
            <w:r w:rsidRPr="001F4451">
              <w:t>Říjen</w:t>
            </w:r>
            <w:proofErr w:type="spellEnd"/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94281" w14:textId="77777777" w:rsidR="001F4451" w:rsidRPr="001F4451" w:rsidRDefault="001F4451" w:rsidP="001F4451">
            <w:pPr>
              <w:spacing w:after="200" w:line="276" w:lineRule="auto"/>
            </w:pPr>
            <w:proofErr w:type="spellStart"/>
            <w:r w:rsidRPr="001F4451">
              <w:t>Adaptace</w:t>
            </w:r>
            <w:proofErr w:type="spellEnd"/>
            <w:r w:rsidRPr="001F4451">
              <w:t xml:space="preserve"> </w:t>
            </w:r>
            <w:proofErr w:type="spellStart"/>
            <w:r w:rsidRPr="001F4451">
              <w:t>nových</w:t>
            </w:r>
            <w:proofErr w:type="spellEnd"/>
            <w:r w:rsidRPr="001F4451">
              <w:t xml:space="preserve"> </w:t>
            </w:r>
            <w:proofErr w:type="spellStart"/>
            <w:r w:rsidRPr="001F4451">
              <w:t>dětí</w:t>
            </w:r>
            <w:proofErr w:type="spellEnd"/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9385E" w14:textId="77777777" w:rsidR="001F4451" w:rsidRPr="001F4451" w:rsidRDefault="001F4451" w:rsidP="001F4451">
            <w:pPr>
              <w:spacing w:after="200" w:line="276" w:lineRule="auto"/>
            </w:pPr>
            <w:proofErr w:type="spellStart"/>
            <w:r w:rsidRPr="001F4451">
              <w:t>Úroveň</w:t>
            </w:r>
            <w:proofErr w:type="spellEnd"/>
            <w:r w:rsidRPr="001F4451">
              <w:t xml:space="preserve"> </w:t>
            </w:r>
            <w:proofErr w:type="spellStart"/>
            <w:r w:rsidRPr="001F4451">
              <w:t>adaptace</w:t>
            </w:r>
            <w:proofErr w:type="spellEnd"/>
            <w:r w:rsidRPr="001F4451">
              <w:t xml:space="preserve"> a </w:t>
            </w:r>
            <w:proofErr w:type="spellStart"/>
            <w:r w:rsidRPr="001F4451">
              <w:t>spokojenosti</w:t>
            </w:r>
            <w:proofErr w:type="spellEnd"/>
            <w:r w:rsidRPr="001F4451">
              <w:t xml:space="preserve"> </w:t>
            </w:r>
            <w:proofErr w:type="spellStart"/>
            <w:r w:rsidRPr="001F4451">
              <w:t>dětí</w:t>
            </w:r>
            <w:proofErr w:type="spellEnd"/>
            <w:r w:rsidRPr="001F4451">
              <w:t xml:space="preserve">, </w:t>
            </w:r>
            <w:proofErr w:type="spellStart"/>
            <w:r w:rsidRPr="001F4451">
              <w:t>prostředí</w:t>
            </w:r>
            <w:proofErr w:type="spellEnd"/>
            <w:r w:rsidRPr="001F4451">
              <w:t xml:space="preserve"> </w:t>
            </w:r>
            <w:proofErr w:type="spellStart"/>
            <w:r w:rsidRPr="001F4451">
              <w:t>třídy</w:t>
            </w:r>
            <w:proofErr w:type="spellEnd"/>
            <w:r w:rsidRPr="001F4451">
              <w:t xml:space="preserve">, </w:t>
            </w:r>
            <w:proofErr w:type="spellStart"/>
            <w:r w:rsidRPr="001F4451">
              <w:t>rozšiřování</w:t>
            </w:r>
            <w:proofErr w:type="spellEnd"/>
            <w:r w:rsidRPr="001F4451">
              <w:t xml:space="preserve"> </w:t>
            </w:r>
            <w:proofErr w:type="spellStart"/>
            <w:r w:rsidRPr="001F4451">
              <w:t>slovní</w:t>
            </w:r>
            <w:proofErr w:type="spellEnd"/>
            <w:r w:rsidRPr="001F4451">
              <w:t xml:space="preserve"> </w:t>
            </w:r>
            <w:proofErr w:type="spellStart"/>
            <w:r w:rsidRPr="001F4451">
              <w:t>zásoby</w:t>
            </w:r>
            <w:proofErr w:type="spellEnd"/>
            <w:r w:rsidRPr="001F4451">
              <w:t xml:space="preserve">, </w:t>
            </w:r>
            <w:proofErr w:type="spellStart"/>
            <w:r w:rsidRPr="001F4451">
              <w:t>respektování</w:t>
            </w:r>
            <w:proofErr w:type="spellEnd"/>
            <w:r w:rsidRPr="001F4451">
              <w:t xml:space="preserve"> </w:t>
            </w:r>
            <w:proofErr w:type="spellStart"/>
            <w:r w:rsidRPr="001F4451">
              <w:t>individuálních</w:t>
            </w:r>
            <w:proofErr w:type="spellEnd"/>
            <w:r w:rsidRPr="001F4451">
              <w:t xml:space="preserve"> </w:t>
            </w:r>
            <w:proofErr w:type="spellStart"/>
            <w:r w:rsidRPr="001F4451">
              <w:t>potřeb</w:t>
            </w:r>
            <w:proofErr w:type="spellEnd"/>
            <w:r w:rsidRPr="001F4451">
              <w:t xml:space="preserve">, </w:t>
            </w:r>
            <w:proofErr w:type="spellStart"/>
            <w:r w:rsidRPr="001F4451">
              <w:t>vedení</w:t>
            </w:r>
            <w:proofErr w:type="spellEnd"/>
            <w:r w:rsidRPr="001F4451">
              <w:t xml:space="preserve"> k </w:t>
            </w:r>
            <w:proofErr w:type="spellStart"/>
            <w:r w:rsidRPr="001F4451">
              <w:t>hygienickým</w:t>
            </w:r>
            <w:proofErr w:type="spellEnd"/>
            <w:r w:rsidRPr="001F4451">
              <w:t xml:space="preserve"> </w:t>
            </w:r>
            <w:proofErr w:type="spellStart"/>
            <w:r w:rsidRPr="001F4451">
              <w:t>návykům</w:t>
            </w:r>
            <w:proofErr w:type="spellEnd"/>
            <w:r w:rsidRPr="001F4451">
              <w:t xml:space="preserve">, </w:t>
            </w:r>
            <w:proofErr w:type="spellStart"/>
            <w:r w:rsidRPr="001F4451">
              <w:t>komunikace</w:t>
            </w:r>
            <w:proofErr w:type="spellEnd"/>
            <w:r w:rsidRPr="001F4451">
              <w:t xml:space="preserve"> s </w:t>
            </w:r>
            <w:proofErr w:type="spellStart"/>
            <w:r w:rsidRPr="001F4451">
              <w:t>dětmi</w:t>
            </w:r>
            <w:proofErr w:type="spellEnd"/>
            <w:r w:rsidRPr="001F4451">
              <w:t xml:space="preserve"> (</w:t>
            </w:r>
            <w:proofErr w:type="spellStart"/>
            <w:r w:rsidRPr="001F4451">
              <w:t>tón</w:t>
            </w:r>
            <w:proofErr w:type="spellEnd"/>
            <w:r w:rsidRPr="001F4451">
              <w:t xml:space="preserve">, </w:t>
            </w:r>
            <w:proofErr w:type="spellStart"/>
            <w:r w:rsidRPr="001F4451">
              <w:t>oční</w:t>
            </w:r>
            <w:proofErr w:type="spellEnd"/>
            <w:r w:rsidRPr="001F4451">
              <w:t xml:space="preserve"> </w:t>
            </w:r>
            <w:proofErr w:type="spellStart"/>
            <w:r w:rsidRPr="001F4451">
              <w:t>kontakt</w:t>
            </w:r>
            <w:proofErr w:type="spellEnd"/>
            <w:r w:rsidRPr="001F4451">
              <w:t xml:space="preserve">), </w:t>
            </w:r>
            <w:proofErr w:type="spellStart"/>
            <w:r w:rsidRPr="001F4451">
              <w:t>motivace</w:t>
            </w:r>
            <w:proofErr w:type="spellEnd"/>
            <w:r w:rsidRPr="001F4451">
              <w:t xml:space="preserve"> </w:t>
            </w:r>
            <w:proofErr w:type="gramStart"/>
            <w:r w:rsidRPr="001F4451">
              <w:t>a</w:t>
            </w:r>
            <w:proofErr w:type="gramEnd"/>
            <w:r w:rsidRPr="001F4451">
              <w:t xml:space="preserve"> </w:t>
            </w:r>
            <w:proofErr w:type="spellStart"/>
            <w:r w:rsidRPr="001F4451">
              <w:t>oceňování</w:t>
            </w:r>
            <w:proofErr w:type="spellEnd"/>
            <w:r w:rsidRPr="001F4451">
              <w:t xml:space="preserve"> </w:t>
            </w:r>
            <w:proofErr w:type="spellStart"/>
            <w:r w:rsidRPr="001F4451">
              <w:t>výkonů</w:t>
            </w:r>
            <w:proofErr w:type="spellEnd"/>
            <w:r w:rsidRPr="001F4451">
              <w:t xml:space="preserve"> </w:t>
            </w:r>
            <w:proofErr w:type="spellStart"/>
            <w:r w:rsidRPr="001F4451">
              <w:t>dětí</w:t>
            </w:r>
            <w:proofErr w:type="spellEnd"/>
            <w:r w:rsidRPr="001F4451">
              <w:t>.</w:t>
            </w:r>
          </w:p>
        </w:tc>
      </w:tr>
      <w:tr w:rsidR="001F4451" w:rsidRPr="001F4451" w14:paraId="1F006F87" w14:textId="77777777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AD95A" w14:textId="77777777" w:rsidR="001F4451" w:rsidRPr="001F4451" w:rsidRDefault="001F4451" w:rsidP="001F4451">
            <w:pPr>
              <w:spacing w:after="200" w:line="276" w:lineRule="auto"/>
            </w:pPr>
            <w:r w:rsidRPr="001F4451">
              <w:lastRenderedPageBreak/>
              <w:t>Leden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D1387F" w14:textId="77777777" w:rsidR="001F4451" w:rsidRPr="001F4451" w:rsidRDefault="001F4451" w:rsidP="001F4451">
            <w:pPr>
              <w:spacing w:after="200" w:line="276" w:lineRule="auto"/>
            </w:pPr>
            <w:proofErr w:type="spellStart"/>
            <w:r w:rsidRPr="001F4451">
              <w:t>Vyváženost</w:t>
            </w:r>
            <w:proofErr w:type="spellEnd"/>
            <w:r w:rsidRPr="001F4451">
              <w:t xml:space="preserve"> </w:t>
            </w:r>
            <w:proofErr w:type="spellStart"/>
            <w:r w:rsidRPr="001F4451">
              <w:t>aktivit</w:t>
            </w:r>
            <w:proofErr w:type="spellEnd"/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714212" w14:textId="77777777" w:rsidR="001F4451" w:rsidRPr="001F4451" w:rsidRDefault="001F4451" w:rsidP="001F4451">
            <w:pPr>
              <w:spacing w:after="200" w:line="276" w:lineRule="auto"/>
            </w:pPr>
            <w:proofErr w:type="spellStart"/>
            <w:r w:rsidRPr="001F4451">
              <w:t>Poměr</w:t>
            </w:r>
            <w:proofErr w:type="spellEnd"/>
            <w:r w:rsidRPr="001F4451">
              <w:t xml:space="preserve"> </w:t>
            </w:r>
            <w:proofErr w:type="spellStart"/>
            <w:r w:rsidRPr="001F4451">
              <w:t>spontánních</w:t>
            </w:r>
            <w:proofErr w:type="spellEnd"/>
            <w:r w:rsidRPr="001F4451">
              <w:t xml:space="preserve"> a </w:t>
            </w:r>
            <w:proofErr w:type="spellStart"/>
            <w:r w:rsidRPr="001F4451">
              <w:t>řízených</w:t>
            </w:r>
            <w:proofErr w:type="spellEnd"/>
            <w:r w:rsidRPr="001F4451">
              <w:t xml:space="preserve"> </w:t>
            </w:r>
            <w:proofErr w:type="spellStart"/>
            <w:r w:rsidRPr="001F4451">
              <w:t>činností</w:t>
            </w:r>
            <w:proofErr w:type="spellEnd"/>
            <w:r w:rsidRPr="001F4451">
              <w:t xml:space="preserve">, </w:t>
            </w:r>
            <w:proofErr w:type="spellStart"/>
            <w:r w:rsidRPr="001F4451">
              <w:t>plnění</w:t>
            </w:r>
            <w:proofErr w:type="spellEnd"/>
            <w:r w:rsidRPr="001F4451">
              <w:t xml:space="preserve"> </w:t>
            </w:r>
            <w:proofErr w:type="spellStart"/>
            <w:r w:rsidRPr="001F4451">
              <w:t>krátkodobých</w:t>
            </w:r>
            <w:proofErr w:type="spellEnd"/>
            <w:r w:rsidRPr="001F4451">
              <w:t xml:space="preserve"> </w:t>
            </w:r>
            <w:proofErr w:type="spellStart"/>
            <w:r w:rsidRPr="001F4451">
              <w:t>i</w:t>
            </w:r>
            <w:proofErr w:type="spellEnd"/>
            <w:r w:rsidRPr="001F4451">
              <w:t xml:space="preserve"> </w:t>
            </w:r>
            <w:proofErr w:type="spellStart"/>
            <w:r w:rsidRPr="001F4451">
              <w:t>dlouhodobých</w:t>
            </w:r>
            <w:proofErr w:type="spellEnd"/>
            <w:r w:rsidRPr="001F4451">
              <w:t xml:space="preserve"> </w:t>
            </w:r>
            <w:proofErr w:type="spellStart"/>
            <w:r w:rsidRPr="001F4451">
              <w:t>cílů</w:t>
            </w:r>
            <w:proofErr w:type="spellEnd"/>
            <w:r w:rsidRPr="001F4451">
              <w:t xml:space="preserve">, </w:t>
            </w:r>
            <w:proofErr w:type="spellStart"/>
            <w:r w:rsidRPr="001F4451">
              <w:t>motivace</w:t>
            </w:r>
            <w:proofErr w:type="spellEnd"/>
            <w:r w:rsidRPr="001F4451">
              <w:t xml:space="preserve"> k </w:t>
            </w:r>
            <w:proofErr w:type="spellStart"/>
            <w:r w:rsidRPr="001F4451">
              <w:t>učení</w:t>
            </w:r>
            <w:proofErr w:type="spellEnd"/>
            <w:r w:rsidRPr="001F4451">
              <w:t xml:space="preserve"> a </w:t>
            </w:r>
            <w:proofErr w:type="spellStart"/>
            <w:r w:rsidRPr="001F4451">
              <w:t>hře</w:t>
            </w:r>
            <w:proofErr w:type="spellEnd"/>
            <w:r w:rsidRPr="001F4451">
              <w:t xml:space="preserve">, </w:t>
            </w:r>
            <w:proofErr w:type="spellStart"/>
            <w:r w:rsidRPr="001F4451">
              <w:t>vedení</w:t>
            </w:r>
            <w:proofErr w:type="spellEnd"/>
            <w:r w:rsidRPr="001F4451">
              <w:t xml:space="preserve"> k </w:t>
            </w:r>
            <w:proofErr w:type="spellStart"/>
            <w:r w:rsidRPr="001F4451">
              <w:t>samostatnosti</w:t>
            </w:r>
            <w:proofErr w:type="spellEnd"/>
            <w:r w:rsidRPr="001F4451">
              <w:t xml:space="preserve">, </w:t>
            </w:r>
            <w:proofErr w:type="spellStart"/>
            <w:r w:rsidRPr="001F4451">
              <w:t>respektování</w:t>
            </w:r>
            <w:proofErr w:type="spellEnd"/>
            <w:r w:rsidRPr="001F4451">
              <w:t xml:space="preserve"> </w:t>
            </w:r>
            <w:proofErr w:type="spellStart"/>
            <w:r w:rsidRPr="001F4451">
              <w:t>možností</w:t>
            </w:r>
            <w:proofErr w:type="spellEnd"/>
            <w:r w:rsidRPr="001F4451">
              <w:t xml:space="preserve"> </w:t>
            </w:r>
            <w:proofErr w:type="spellStart"/>
            <w:r w:rsidRPr="001F4451">
              <w:t>věku</w:t>
            </w:r>
            <w:proofErr w:type="spellEnd"/>
            <w:r w:rsidRPr="001F4451">
              <w:t xml:space="preserve"> </w:t>
            </w:r>
            <w:proofErr w:type="spellStart"/>
            <w:r w:rsidRPr="001F4451">
              <w:t>dítěte</w:t>
            </w:r>
            <w:proofErr w:type="spellEnd"/>
            <w:r w:rsidRPr="001F4451">
              <w:t xml:space="preserve">, </w:t>
            </w:r>
            <w:proofErr w:type="spellStart"/>
            <w:r w:rsidRPr="001F4451">
              <w:t>odpovědnost</w:t>
            </w:r>
            <w:proofErr w:type="spellEnd"/>
            <w:r w:rsidRPr="001F4451">
              <w:t xml:space="preserve"> za </w:t>
            </w:r>
            <w:proofErr w:type="spellStart"/>
            <w:r w:rsidRPr="001F4451">
              <w:t>jednání</w:t>
            </w:r>
            <w:proofErr w:type="spellEnd"/>
            <w:r w:rsidRPr="001F4451">
              <w:t xml:space="preserve"> a </w:t>
            </w:r>
            <w:proofErr w:type="spellStart"/>
            <w:r w:rsidRPr="001F4451">
              <w:t>důsledky</w:t>
            </w:r>
            <w:proofErr w:type="spellEnd"/>
            <w:r w:rsidRPr="001F4451">
              <w:t xml:space="preserve">, </w:t>
            </w:r>
            <w:proofErr w:type="spellStart"/>
            <w:r w:rsidRPr="001F4451">
              <w:t>harmonický</w:t>
            </w:r>
            <w:proofErr w:type="spellEnd"/>
            <w:r w:rsidRPr="001F4451">
              <w:t xml:space="preserve"> </w:t>
            </w:r>
            <w:proofErr w:type="spellStart"/>
            <w:r w:rsidRPr="001F4451">
              <w:t>rozvoj</w:t>
            </w:r>
            <w:proofErr w:type="spellEnd"/>
            <w:r w:rsidRPr="001F4451">
              <w:t xml:space="preserve"> v </w:t>
            </w:r>
            <w:proofErr w:type="spellStart"/>
            <w:r w:rsidRPr="001F4451">
              <w:t>souladu</w:t>
            </w:r>
            <w:proofErr w:type="spellEnd"/>
            <w:r w:rsidRPr="001F4451">
              <w:t xml:space="preserve"> s </w:t>
            </w:r>
            <w:proofErr w:type="spellStart"/>
            <w:r w:rsidRPr="001F4451">
              <w:t>možnostmi</w:t>
            </w:r>
            <w:proofErr w:type="spellEnd"/>
            <w:r w:rsidRPr="001F4451">
              <w:t xml:space="preserve"> </w:t>
            </w:r>
            <w:proofErr w:type="spellStart"/>
            <w:r w:rsidRPr="001F4451">
              <w:t>dítěte</w:t>
            </w:r>
            <w:proofErr w:type="spellEnd"/>
            <w:r w:rsidRPr="001F4451">
              <w:t>.</w:t>
            </w:r>
          </w:p>
        </w:tc>
      </w:tr>
      <w:tr w:rsidR="001F4451" w:rsidRPr="001F4451" w14:paraId="54D27358" w14:textId="77777777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3505A" w14:textId="77777777" w:rsidR="001F4451" w:rsidRPr="001F4451" w:rsidRDefault="001F4451" w:rsidP="001F4451">
            <w:pPr>
              <w:spacing w:after="200" w:line="276" w:lineRule="auto"/>
            </w:pPr>
            <w:proofErr w:type="spellStart"/>
            <w:r w:rsidRPr="001F4451">
              <w:t>Květen</w:t>
            </w:r>
            <w:proofErr w:type="spellEnd"/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E8361" w14:textId="77777777" w:rsidR="001F4451" w:rsidRPr="001F4451" w:rsidRDefault="001F4451" w:rsidP="001F4451">
            <w:pPr>
              <w:spacing w:after="200" w:line="276" w:lineRule="auto"/>
            </w:pPr>
            <w:proofErr w:type="spellStart"/>
            <w:r w:rsidRPr="001F4451">
              <w:t>Samostatné</w:t>
            </w:r>
            <w:proofErr w:type="spellEnd"/>
            <w:r w:rsidRPr="001F4451">
              <w:t xml:space="preserve"> </w:t>
            </w:r>
            <w:proofErr w:type="spellStart"/>
            <w:r w:rsidRPr="001F4451">
              <w:t>řešení</w:t>
            </w:r>
            <w:proofErr w:type="spellEnd"/>
            <w:r w:rsidRPr="001F4451">
              <w:t xml:space="preserve"> </w:t>
            </w:r>
            <w:proofErr w:type="spellStart"/>
            <w:r w:rsidRPr="001F4451">
              <w:t>problémů</w:t>
            </w:r>
            <w:proofErr w:type="spellEnd"/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3315A7" w14:textId="77777777" w:rsidR="001F4451" w:rsidRPr="001F4451" w:rsidRDefault="001F4451" w:rsidP="001F4451">
            <w:pPr>
              <w:spacing w:after="200" w:line="276" w:lineRule="auto"/>
            </w:pPr>
            <w:proofErr w:type="spellStart"/>
            <w:r w:rsidRPr="001F4451">
              <w:t>Schopnost</w:t>
            </w:r>
            <w:proofErr w:type="spellEnd"/>
            <w:r w:rsidRPr="001F4451">
              <w:t xml:space="preserve"> </w:t>
            </w:r>
            <w:proofErr w:type="spellStart"/>
            <w:r w:rsidRPr="001F4451">
              <w:t>dítěte</w:t>
            </w:r>
            <w:proofErr w:type="spellEnd"/>
            <w:r w:rsidRPr="001F4451">
              <w:t xml:space="preserve"> </w:t>
            </w:r>
            <w:proofErr w:type="spellStart"/>
            <w:r w:rsidRPr="001F4451">
              <w:t>řešit</w:t>
            </w:r>
            <w:proofErr w:type="spellEnd"/>
            <w:r w:rsidRPr="001F4451">
              <w:t xml:space="preserve"> </w:t>
            </w:r>
            <w:proofErr w:type="spellStart"/>
            <w:r w:rsidRPr="001F4451">
              <w:t>konkrétní</w:t>
            </w:r>
            <w:proofErr w:type="spellEnd"/>
            <w:r w:rsidRPr="001F4451">
              <w:t xml:space="preserve"> </w:t>
            </w:r>
            <w:proofErr w:type="spellStart"/>
            <w:r w:rsidRPr="001F4451">
              <w:t>problém</w:t>
            </w:r>
            <w:proofErr w:type="spellEnd"/>
            <w:r w:rsidRPr="001F4451">
              <w:t xml:space="preserve"> </w:t>
            </w:r>
            <w:proofErr w:type="spellStart"/>
            <w:r w:rsidRPr="001F4451">
              <w:t>či</w:t>
            </w:r>
            <w:proofErr w:type="spellEnd"/>
            <w:r w:rsidRPr="001F4451">
              <w:t xml:space="preserve"> </w:t>
            </w:r>
            <w:proofErr w:type="spellStart"/>
            <w:r w:rsidRPr="001F4451">
              <w:t>situaci</w:t>
            </w:r>
            <w:proofErr w:type="spellEnd"/>
            <w:r w:rsidRPr="001F4451">
              <w:t xml:space="preserve">, </w:t>
            </w:r>
            <w:proofErr w:type="spellStart"/>
            <w:r w:rsidRPr="001F4451">
              <w:t>vedení</w:t>
            </w:r>
            <w:proofErr w:type="spellEnd"/>
            <w:r w:rsidRPr="001F4451">
              <w:t xml:space="preserve"> </w:t>
            </w:r>
            <w:proofErr w:type="spellStart"/>
            <w:r w:rsidRPr="001F4451">
              <w:t>dětí</w:t>
            </w:r>
            <w:proofErr w:type="spellEnd"/>
            <w:r w:rsidRPr="001F4451">
              <w:t xml:space="preserve"> k </w:t>
            </w:r>
            <w:proofErr w:type="spellStart"/>
            <w:r w:rsidRPr="001F4451">
              <w:t>tomu</w:t>
            </w:r>
            <w:proofErr w:type="spellEnd"/>
            <w:r w:rsidRPr="001F4451">
              <w:t xml:space="preserve">, </w:t>
            </w:r>
            <w:proofErr w:type="spellStart"/>
            <w:r w:rsidRPr="001F4451">
              <w:t>že</w:t>
            </w:r>
            <w:proofErr w:type="spellEnd"/>
            <w:r w:rsidRPr="001F4451">
              <w:t xml:space="preserve"> </w:t>
            </w:r>
            <w:proofErr w:type="spellStart"/>
            <w:r w:rsidRPr="001F4451">
              <w:t>vyhýbání</w:t>
            </w:r>
            <w:proofErr w:type="spellEnd"/>
            <w:r w:rsidRPr="001F4451">
              <w:t xml:space="preserve"> se </w:t>
            </w:r>
            <w:proofErr w:type="spellStart"/>
            <w:r w:rsidRPr="001F4451">
              <w:t>problémům</w:t>
            </w:r>
            <w:proofErr w:type="spellEnd"/>
            <w:r w:rsidRPr="001F4451">
              <w:t xml:space="preserve"> </w:t>
            </w:r>
            <w:proofErr w:type="spellStart"/>
            <w:r w:rsidRPr="001F4451">
              <w:t>není</w:t>
            </w:r>
            <w:proofErr w:type="spellEnd"/>
            <w:r w:rsidRPr="001F4451">
              <w:t xml:space="preserve"> </w:t>
            </w:r>
            <w:proofErr w:type="spellStart"/>
            <w:r w:rsidRPr="001F4451">
              <w:t>řešením</w:t>
            </w:r>
            <w:proofErr w:type="spellEnd"/>
            <w:r w:rsidRPr="001F4451">
              <w:t xml:space="preserve">, </w:t>
            </w:r>
            <w:proofErr w:type="spellStart"/>
            <w:r w:rsidRPr="001F4451">
              <w:t>naopak</w:t>
            </w:r>
            <w:proofErr w:type="spellEnd"/>
            <w:r w:rsidRPr="001F4451">
              <w:t xml:space="preserve"> </w:t>
            </w:r>
            <w:proofErr w:type="spellStart"/>
            <w:r w:rsidRPr="001F4451">
              <w:t>jejich</w:t>
            </w:r>
            <w:proofErr w:type="spellEnd"/>
            <w:r w:rsidRPr="001F4451">
              <w:t xml:space="preserve"> </w:t>
            </w:r>
            <w:proofErr w:type="spellStart"/>
            <w:r w:rsidRPr="001F4451">
              <w:t>včasné</w:t>
            </w:r>
            <w:proofErr w:type="spellEnd"/>
            <w:r w:rsidRPr="001F4451">
              <w:t xml:space="preserve"> </w:t>
            </w:r>
            <w:proofErr w:type="spellStart"/>
            <w:r w:rsidRPr="001F4451">
              <w:t>řešení</w:t>
            </w:r>
            <w:proofErr w:type="spellEnd"/>
            <w:r w:rsidRPr="001F4451">
              <w:t xml:space="preserve"> je </w:t>
            </w:r>
            <w:proofErr w:type="spellStart"/>
            <w:r w:rsidRPr="001F4451">
              <w:t>výhodou</w:t>
            </w:r>
            <w:proofErr w:type="spellEnd"/>
            <w:r w:rsidRPr="001F4451">
              <w:t>.</w:t>
            </w:r>
          </w:p>
        </w:tc>
      </w:tr>
    </w:tbl>
    <w:p w14:paraId="0C410F33" w14:textId="77777777" w:rsidR="00D269A2" w:rsidRDefault="00D269A2" w:rsidP="001F4451">
      <w:pPr>
        <w:rPr>
          <w:b/>
          <w:bCs/>
        </w:rPr>
      </w:pPr>
    </w:p>
    <w:p w14:paraId="289FE258" w14:textId="41FC6F27" w:rsidR="001F4451" w:rsidRPr="001F4451" w:rsidRDefault="001F4451" w:rsidP="001F4451">
      <w:pPr>
        <w:rPr>
          <w:b/>
          <w:bCs/>
        </w:rPr>
      </w:pPr>
      <w:proofErr w:type="spellStart"/>
      <w:r w:rsidRPr="001F4451">
        <w:rPr>
          <w:b/>
          <w:bCs/>
        </w:rPr>
        <w:t>Zásady</w:t>
      </w:r>
      <w:proofErr w:type="spellEnd"/>
      <w:r w:rsidRPr="001F4451">
        <w:rPr>
          <w:b/>
          <w:bCs/>
        </w:rPr>
        <w:t xml:space="preserve"> </w:t>
      </w:r>
      <w:proofErr w:type="spellStart"/>
      <w:r w:rsidRPr="001F4451">
        <w:rPr>
          <w:b/>
          <w:bCs/>
        </w:rPr>
        <w:t>hospitační</w:t>
      </w:r>
      <w:proofErr w:type="spellEnd"/>
      <w:r w:rsidRPr="001F4451">
        <w:rPr>
          <w:b/>
          <w:bCs/>
        </w:rPr>
        <w:t xml:space="preserve"> </w:t>
      </w:r>
      <w:proofErr w:type="spellStart"/>
      <w:r w:rsidRPr="001F4451">
        <w:rPr>
          <w:b/>
          <w:bCs/>
        </w:rPr>
        <w:t>činnosti</w:t>
      </w:r>
      <w:proofErr w:type="spellEnd"/>
    </w:p>
    <w:p w14:paraId="18BB089D" w14:textId="77777777" w:rsidR="001F4451" w:rsidRPr="001F4451" w:rsidRDefault="001F4451" w:rsidP="001F4451">
      <w:r w:rsidRPr="001F4451">
        <w:t xml:space="preserve">• </w:t>
      </w:r>
      <w:proofErr w:type="spellStart"/>
      <w:r w:rsidRPr="001F4451">
        <w:t>Práce</w:t>
      </w:r>
      <w:proofErr w:type="spellEnd"/>
      <w:r w:rsidRPr="001F4451">
        <w:t xml:space="preserve"> </w:t>
      </w:r>
      <w:proofErr w:type="spellStart"/>
      <w:r w:rsidRPr="001F4451">
        <w:t>učitelek</w:t>
      </w:r>
      <w:proofErr w:type="spellEnd"/>
      <w:r w:rsidRPr="001F4451">
        <w:t xml:space="preserve"> je </w:t>
      </w:r>
      <w:proofErr w:type="spellStart"/>
      <w:r w:rsidRPr="001F4451">
        <w:t>hodnocena</w:t>
      </w:r>
      <w:proofErr w:type="spellEnd"/>
      <w:r w:rsidRPr="001F4451">
        <w:t xml:space="preserve"> </w:t>
      </w:r>
      <w:proofErr w:type="spellStart"/>
      <w:r w:rsidRPr="001F4451">
        <w:t>průběžně</w:t>
      </w:r>
      <w:proofErr w:type="spellEnd"/>
      <w:r w:rsidRPr="001F4451">
        <w:t xml:space="preserve"> v </w:t>
      </w:r>
      <w:proofErr w:type="spellStart"/>
      <w:r w:rsidRPr="001F4451">
        <w:t>každodenní</w:t>
      </w:r>
      <w:proofErr w:type="spellEnd"/>
      <w:r w:rsidRPr="001F4451">
        <w:t xml:space="preserve"> </w:t>
      </w:r>
      <w:proofErr w:type="spellStart"/>
      <w:r w:rsidRPr="001F4451">
        <w:t>praxi</w:t>
      </w:r>
      <w:proofErr w:type="spellEnd"/>
      <w:r w:rsidRPr="001F4451">
        <w:t>.</w:t>
      </w:r>
    </w:p>
    <w:p w14:paraId="5A461CD1" w14:textId="77777777" w:rsidR="001F4451" w:rsidRPr="001F4451" w:rsidRDefault="001F4451" w:rsidP="001F4451">
      <w:r w:rsidRPr="001F4451">
        <w:t xml:space="preserve">• </w:t>
      </w:r>
      <w:proofErr w:type="spellStart"/>
      <w:r w:rsidRPr="001F4451">
        <w:t>Závěry</w:t>
      </w:r>
      <w:proofErr w:type="spellEnd"/>
      <w:r w:rsidRPr="001F4451">
        <w:t xml:space="preserve"> </w:t>
      </w:r>
      <w:proofErr w:type="spellStart"/>
      <w:r w:rsidRPr="001F4451">
        <w:t>hospitací</w:t>
      </w:r>
      <w:proofErr w:type="spellEnd"/>
      <w:r w:rsidRPr="001F4451">
        <w:t xml:space="preserve"> </w:t>
      </w:r>
      <w:proofErr w:type="spellStart"/>
      <w:r w:rsidRPr="001F4451">
        <w:t>jsou</w:t>
      </w:r>
      <w:proofErr w:type="spellEnd"/>
      <w:r w:rsidRPr="001F4451">
        <w:t xml:space="preserve"> </w:t>
      </w:r>
      <w:proofErr w:type="spellStart"/>
      <w:r w:rsidRPr="001F4451">
        <w:t>sdělovány</w:t>
      </w:r>
      <w:proofErr w:type="spellEnd"/>
      <w:r w:rsidRPr="001F4451">
        <w:t xml:space="preserve"> </w:t>
      </w:r>
      <w:proofErr w:type="spellStart"/>
      <w:r w:rsidRPr="001F4451">
        <w:t>ústně</w:t>
      </w:r>
      <w:proofErr w:type="spellEnd"/>
      <w:r w:rsidRPr="001F4451">
        <w:t xml:space="preserve">, </w:t>
      </w:r>
      <w:proofErr w:type="spellStart"/>
      <w:r w:rsidRPr="001F4451">
        <w:t>případně</w:t>
      </w:r>
      <w:proofErr w:type="spellEnd"/>
      <w:r w:rsidRPr="001F4451">
        <w:t xml:space="preserve"> </w:t>
      </w:r>
      <w:proofErr w:type="spellStart"/>
      <w:r w:rsidRPr="001F4451">
        <w:t>písemně</w:t>
      </w:r>
      <w:proofErr w:type="spellEnd"/>
      <w:r w:rsidRPr="001F4451">
        <w:t xml:space="preserve">, a </w:t>
      </w:r>
      <w:proofErr w:type="spellStart"/>
      <w:r w:rsidRPr="001F4451">
        <w:t>jsou</w:t>
      </w:r>
      <w:proofErr w:type="spellEnd"/>
      <w:r w:rsidRPr="001F4451">
        <w:t xml:space="preserve"> </w:t>
      </w:r>
      <w:proofErr w:type="spellStart"/>
      <w:r w:rsidRPr="001F4451">
        <w:t>požadována</w:t>
      </w:r>
      <w:proofErr w:type="spellEnd"/>
      <w:r w:rsidRPr="001F4451">
        <w:t xml:space="preserve"> </w:t>
      </w:r>
      <w:proofErr w:type="spellStart"/>
      <w:r w:rsidRPr="001F4451">
        <w:t>opatření</w:t>
      </w:r>
      <w:proofErr w:type="spellEnd"/>
      <w:r w:rsidRPr="001F4451">
        <w:t xml:space="preserve"> k </w:t>
      </w:r>
      <w:proofErr w:type="spellStart"/>
      <w:r w:rsidRPr="001F4451">
        <w:t>odstranění</w:t>
      </w:r>
      <w:proofErr w:type="spellEnd"/>
      <w:r w:rsidRPr="001F4451">
        <w:t xml:space="preserve"> </w:t>
      </w:r>
      <w:proofErr w:type="spellStart"/>
      <w:r w:rsidRPr="001F4451">
        <w:t>zjištěných</w:t>
      </w:r>
      <w:proofErr w:type="spellEnd"/>
      <w:r w:rsidRPr="001F4451">
        <w:t xml:space="preserve"> </w:t>
      </w:r>
      <w:proofErr w:type="spellStart"/>
      <w:r w:rsidRPr="001F4451">
        <w:t>nedostatků</w:t>
      </w:r>
      <w:proofErr w:type="spellEnd"/>
      <w:r w:rsidRPr="001F4451">
        <w:t>.</w:t>
      </w:r>
    </w:p>
    <w:p w14:paraId="4ECC5717" w14:textId="77777777" w:rsidR="001F4451" w:rsidRPr="001F4451" w:rsidRDefault="001F4451" w:rsidP="001F4451">
      <w:r w:rsidRPr="001F4451">
        <w:t xml:space="preserve">• </w:t>
      </w:r>
      <w:proofErr w:type="spellStart"/>
      <w:r w:rsidRPr="001F4451">
        <w:t>Ověřuje</w:t>
      </w:r>
      <w:proofErr w:type="spellEnd"/>
      <w:r w:rsidRPr="001F4451">
        <w:t xml:space="preserve"> se </w:t>
      </w:r>
      <w:proofErr w:type="spellStart"/>
      <w:r w:rsidRPr="001F4451">
        <w:t>dodržování</w:t>
      </w:r>
      <w:proofErr w:type="spellEnd"/>
      <w:r w:rsidRPr="001F4451">
        <w:t xml:space="preserve"> </w:t>
      </w:r>
      <w:proofErr w:type="spellStart"/>
      <w:r w:rsidRPr="001F4451">
        <w:t>navržených</w:t>
      </w:r>
      <w:proofErr w:type="spellEnd"/>
      <w:r w:rsidRPr="001F4451">
        <w:t xml:space="preserve"> </w:t>
      </w:r>
      <w:proofErr w:type="spellStart"/>
      <w:r w:rsidRPr="001F4451">
        <w:t>opatření</w:t>
      </w:r>
      <w:proofErr w:type="spellEnd"/>
      <w:r w:rsidRPr="001F4451">
        <w:t xml:space="preserve"> a </w:t>
      </w:r>
      <w:proofErr w:type="spellStart"/>
      <w:r w:rsidRPr="001F4451">
        <w:t>provádí</w:t>
      </w:r>
      <w:proofErr w:type="spellEnd"/>
      <w:r w:rsidRPr="001F4451">
        <w:t xml:space="preserve"> se </w:t>
      </w:r>
      <w:proofErr w:type="spellStart"/>
      <w:r w:rsidRPr="001F4451">
        <w:t>opětovné</w:t>
      </w:r>
      <w:proofErr w:type="spellEnd"/>
      <w:r w:rsidRPr="001F4451">
        <w:t xml:space="preserve"> </w:t>
      </w:r>
      <w:proofErr w:type="spellStart"/>
      <w:r w:rsidRPr="001F4451">
        <w:t>kontroly</w:t>
      </w:r>
      <w:proofErr w:type="spellEnd"/>
      <w:r w:rsidRPr="001F4451">
        <w:t>.</w:t>
      </w:r>
    </w:p>
    <w:p w14:paraId="1035ED0B" w14:textId="77777777" w:rsidR="001F4451" w:rsidRPr="001F4451" w:rsidRDefault="001F4451" w:rsidP="001F4451">
      <w:r w:rsidRPr="001F4451">
        <w:t xml:space="preserve">• </w:t>
      </w:r>
      <w:proofErr w:type="spellStart"/>
      <w:r w:rsidRPr="001F4451">
        <w:t>Součástí</w:t>
      </w:r>
      <w:proofErr w:type="spellEnd"/>
      <w:r w:rsidRPr="001F4451">
        <w:t xml:space="preserve"> je </w:t>
      </w:r>
      <w:proofErr w:type="spellStart"/>
      <w:r w:rsidRPr="001F4451">
        <w:t>také</w:t>
      </w:r>
      <w:proofErr w:type="spellEnd"/>
      <w:r w:rsidRPr="001F4451">
        <w:t xml:space="preserve"> </w:t>
      </w:r>
      <w:proofErr w:type="spellStart"/>
      <w:r w:rsidRPr="001F4451">
        <w:t>sebehodnocení</w:t>
      </w:r>
      <w:proofErr w:type="spellEnd"/>
      <w:r w:rsidRPr="001F4451">
        <w:t xml:space="preserve"> </w:t>
      </w:r>
      <w:proofErr w:type="spellStart"/>
      <w:r w:rsidRPr="001F4451">
        <w:t>učitelek</w:t>
      </w:r>
      <w:proofErr w:type="spellEnd"/>
      <w:r w:rsidRPr="001F4451">
        <w:t>.</w:t>
      </w:r>
    </w:p>
    <w:p w14:paraId="7FD370BF" w14:textId="77777777" w:rsidR="001F4451" w:rsidRPr="001F4451" w:rsidRDefault="001F4451" w:rsidP="001F4451">
      <w:r w:rsidRPr="001F4451">
        <w:t xml:space="preserve">• V </w:t>
      </w:r>
      <w:proofErr w:type="spellStart"/>
      <w:r w:rsidRPr="001F4451">
        <w:t>případě</w:t>
      </w:r>
      <w:proofErr w:type="spellEnd"/>
      <w:r w:rsidRPr="001F4451">
        <w:t xml:space="preserve"> </w:t>
      </w:r>
      <w:proofErr w:type="spellStart"/>
      <w:r w:rsidRPr="001F4451">
        <w:t>potřeby</w:t>
      </w:r>
      <w:proofErr w:type="spellEnd"/>
      <w:r w:rsidRPr="001F4451">
        <w:t xml:space="preserve"> </w:t>
      </w:r>
      <w:proofErr w:type="spellStart"/>
      <w:r w:rsidRPr="001F4451">
        <w:t>mohou</w:t>
      </w:r>
      <w:proofErr w:type="spellEnd"/>
      <w:r w:rsidRPr="001F4451">
        <w:t xml:space="preserve"> </w:t>
      </w:r>
      <w:proofErr w:type="spellStart"/>
      <w:r w:rsidRPr="001F4451">
        <w:t>být</w:t>
      </w:r>
      <w:proofErr w:type="spellEnd"/>
      <w:r w:rsidRPr="001F4451">
        <w:t xml:space="preserve"> </w:t>
      </w:r>
      <w:proofErr w:type="spellStart"/>
      <w:r w:rsidRPr="001F4451">
        <w:t>provedeny</w:t>
      </w:r>
      <w:proofErr w:type="spellEnd"/>
      <w:r w:rsidRPr="001F4451">
        <w:t xml:space="preserve"> </w:t>
      </w:r>
      <w:proofErr w:type="spellStart"/>
      <w:r w:rsidRPr="001F4451">
        <w:t>mimořádné</w:t>
      </w:r>
      <w:proofErr w:type="spellEnd"/>
      <w:r w:rsidRPr="001F4451">
        <w:t xml:space="preserve"> </w:t>
      </w:r>
      <w:proofErr w:type="spellStart"/>
      <w:r w:rsidRPr="001F4451">
        <w:t>hospitace</w:t>
      </w:r>
      <w:proofErr w:type="spellEnd"/>
      <w:r w:rsidRPr="001F4451">
        <w:t>.</w:t>
      </w:r>
    </w:p>
    <w:p w14:paraId="6D99409A" w14:textId="77777777" w:rsidR="001F4451" w:rsidRPr="001F4451" w:rsidRDefault="001F4451" w:rsidP="001F4451">
      <w:r w:rsidRPr="001F4451">
        <w:t xml:space="preserve">• </w:t>
      </w:r>
      <w:proofErr w:type="spellStart"/>
      <w:r w:rsidRPr="001F4451">
        <w:t>Výsledky</w:t>
      </w:r>
      <w:proofErr w:type="spellEnd"/>
      <w:r w:rsidRPr="001F4451">
        <w:t xml:space="preserve"> </w:t>
      </w:r>
      <w:proofErr w:type="spellStart"/>
      <w:r w:rsidRPr="001F4451">
        <w:t>hospitační</w:t>
      </w:r>
      <w:proofErr w:type="spellEnd"/>
      <w:r w:rsidRPr="001F4451">
        <w:t xml:space="preserve"> </w:t>
      </w:r>
      <w:proofErr w:type="spellStart"/>
      <w:r w:rsidRPr="001F4451">
        <w:t>činnosti</w:t>
      </w:r>
      <w:proofErr w:type="spellEnd"/>
      <w:r w:rsidRPr="001F4451">
        <w:t xml:space="preserve"> </w:t>
      </w:r>
      <w:proofErr w:type="spellStart"/>
      <w:r w:rsidRPr="001F4451">
        <w:t>jsou</w:t>
      </w:r>
      <w:proofErr w:type="spellEnd"/>
      <w:r w:rsidRPr="001F4451">
        <w:t xml:space="preserve"> </w:t>
      </w:r>
      <w:proofErr w:type="spellStart"/>
      <w:r w:rsidRPr="001F4451">
        <w:t>projednávány</w:t>
      </w:r>
      <w:proofErr w:type="spellEnd"/>
      <w:r w:rsidRPr="001F4451">
        <w:t xml:space="preserve"> </w:t>
      </w:r>
      <w:proofErr w:type="spellStart"/>
      <w:r w:rsidRPr="001F4451">
        <w:t>na</w:t>
      </w:r>
      <w:proofErr w:type="spellEnd"/>
      <w:r w:rsidRPr="001F4451">
        <w:t xml:space="preserve"> </w:t>
      </w:r>
      <w:proofErr w:type="spellStart"/>
      <w:r w:rsidRPr="001F4451">
        <w:t>pedagogických</w:t>
      </w:r>
      <w:proofErr w:type="spellEnd"/>
      <w:r w:rsidRPr="001F4451">
        <w:t xml:space="preserve"> </w:t>
      </w:r>
      <w:proofErr w:type="spellStart"/>
      <w:r w:rsidRPr="001F4451">
        <w:t>poradách</w:t>
      </w:r>
      <w:proofErr w:type="spellEnd"/>
      <w:r w:rsidRPr="001F4451">
        <w:t xml:space="preserve"> a </w:t>
      </w:r>
      <w:proofErr w:type="spellStart"/>
      <w:r w:rsidRPr="001F4451">
        <w:t>slouží</w:t>
      </w:r>
      <w:proofErr w:type="spellEnd"/>
      <w:r w:rsidRPr="001F4451">
        <w:t xml:space="preserve"> </w:t>
      </w:r>
      <w:proofErr w:type="spellStart"/>
      <w:r w:rsidRPr="001F4451">
        <w:t>jako</w:t>
      </w:r>
      <w:proofErr w:type="spellEnd"/>
      <w:r w:rsidRPr="001F4451">
        <w:t xml:space="preserve"> </w:t>
      </w:r>
      <w:proofErr w:type="spellStart"/>
      <w:r w:rsidRPr="001F4451">
        <w:t>podklad</w:t>
      </w:r>
      <w:proofErr w:type="spellEnd"/>
      <w:r w:rsidRPr="001F4451">
        <w:t xml:space="preserve"> pro </w:t>
      </w:r>
      <w:proofErr w:type="spellStart"/>
      <w:r w:rsidRPr="001F4451">
        <w:t>evaluaci</w:t>
      </w:r>
      <w:proofErr w:type="spellEnd"/>
      <w:r w:rsidRPr="001F4451">
        <w:t xml:space="preserve"> </w:t>
      </w:r>
      <w:proofErr w:type="spellStart"/>
      <w:r w:rsidRPr="001F4451">
        <w:t>školy</w:t>
      </w:r>
      <w:proofErr w:type="spellEnd"/>
      <w:r w:rsidRPr="001F4451">
        <w:t xml:space="preserve"> </w:t>
      </w:r>
      <w:proofErr w:type="spellStart"/>
      <w:r w:rsidRPr="001F4451">
        <w:t>i</w:t>
      </w:r>
      <w:proofErr w:type="spellEnd"/>
      <w:r w:rsidRPr="001F4451">
        <w:t xml:space="preserve"> pro </w:t>
      </w:r>
      <w:proofErr w:type="spellStart"/>
      <w:r w:rsidRPr="001F4451">
        <w:t>profesní</w:t>
      </w:r>
      <w:proofErr w:type="spellEnd"/>
      <w:r w:rsidRPr="001F4451">
        <w:t xml:space="preserve"> </w:t>
      </w:r>
      <w:proofErr w:type="spellStart"/>
      <w:r w:rsidRPr="001F4451">
        <w:t>růst</w:t>
      </w:r>
      <w:proofErr w:type="spellEnd"/>
      <w:r w:rsidRPr="001F4451">
        <w:t xml:space="preserve"> </w:t>
      </w:r>
      <w:proofErr w:type="spellStart"/>
      <w:r w:rsidRPr="001F4451">
        <w:t>pedagogů</w:t>
      </w:r>
      <w:proofErr w:type="spellEnd"/>
      <w:r w:rsidRPr="001F4451">
        <w:t>.</w:t>
      </w:r>
    </w:p>
    <w:p w14:paraId="0EF3F9A2" w14:textId="77777777" w:rsidR="001F4451" w:rsidRDefault="001F4451" w:rsidP="001F4451">
      <w:pPr>
        <w:rPr>
          <w:lang w:val="cs-CZ"/>
        </w:rPr>
      </w:pPr>
    </w:p>
    <w:p w14:paraId="21E7086E" w14:textId="77777777" w:rsidR="002B749D" w:rsidRDefault="002B749D" w:rsidP="002B749D">
      <w:pPr>
        <w:pStyle w:val="Nadpis1"/>
        <w:numPr>
          <w:ilvl w:val="1"/>
          <w:numId w:val="17"/>
        </w:numPr>
        <w:tabs>
          <w:tab w:val="num" w:pos="360"/>
        </w:tabs>
        <w:ind w:left="0" w:firstLine="0"/>
      </w:pPr>
      <w:proofErr w:type="spellStart"/>
      <w:r>
        <w:t>Dotazník</w:t>
      </w:r>
      <w:proofErr w:type="spellEnd"/>
      <w:r>
        <w:t xml:space="preserve"> pro </w:t>
      </w:r>
      <w:proofErr w:type="spellStart"/>
      <w:r>
        <w:t>sebehodnocení</w:t>
      </w:r>
      <w:proofErr w:type="spellEnd"/>
      <w:r>
        <w:t xml:space="preserve"> </w:t>
      </w:r>
      <w:proofErr w:type="spellStart"/>
      <w:r>
        <w:t>pedagogů</w:t>
      </w:r>
      <w:proofErr w:type="spellEnd"/>
    </w:p>
    <w:p w14:paraId="373B2FB7" w14:textId="77777777" w:rsidR="002B749D" w:rsidRDefault="002B749D" w:rsidP="002B749D">
      <w:pPr>
        <w:pStyle w:val="Nadpis2"/>
      </w:pPr>
      <w:proofErr w:type="spellStart"/>
      <w:r>
        <w:t>Metodický</w:t>
      </w:r>
      <w:proofErr w:type="spellEnd"/>
      <w:r>
        <w:t xml:space="preserve"> </w:t>
      </w:r>
      <w:proofErr w:type="spellStart"/>
      <w:r>
        <w:t>pokyn</w:t>
      </w:r>
      <w:proofErr w:type="spellEnd"/>
    </w:p>
    <w:p w14:paraId="74A24B74" w14:textId="77777777" w:rsidR="002B749D" w:rsidRDefault="002B749D" w:rsidP="002B749D">
      <w:proofErr w:type="spellStart"/>
      <w:r>
        <w:t>Dotazník</w:t>
      </w:r>
      <w:proofErr w:type="spellEnd"/>
      <w:r>
        <w:t xml:space="preserve"> je </w:t>
      </w:r>
      <w:proofErr w:type="spellStart"/>
      <w:r>
        <w:t>určen</w:t>
      </w:r>
      <w:proofErr w:type="spellEnd"/>
      <w:r>
        <w:t xml:space="preserve"> k </w:t>
      </w:r>
      <w:proofErr w:type="spellStart"/>
      <w:r>
        <w:t>osobnímu</w:t>
      </w:r>
      <w:proofErr w:type="spellEnd"/>
      <w:r>
        <w:t xml:space="preserve"> </w:t>
      </w:r>
      <w:proofErr w:type="spellStart"/>
      <w:r>
        <w:t>sebereflexivnímu</w:t>
      </w:r>
      <w:proofErr w:type="spellEnd"/>
      <w:r>
        <w:t xml:space="preserve"> </w:t>
      </w:r>
      <w:proofErr w:type="spellStart"/>
      <w:r>
        <w:t>hodnocení</w:t>
      </w:r>
      <w:proofErr w:type="spellEnd"/>
      <w:r>
        <w:t xml:space="preserve"> </w:t>
      </w:r>
      <w:proofErr w:type="spellStart"/>
      <w:r>
        <w:t>pedagogické</w:t>
      </w:r>
      <w:proofErr w:type="spellEnd"/>
      <w:r>
        <w:t xml:space="preserve"> </w:t>
      </w:r>
      <w:proofErr w:type="spellStart"/>
      <w:r>
        <w:t>práce</w:t>
      </w:r>
      <w:proofErr w:type="spellEnd"/>
      <w:r>
        <w:t xml:space="preserve">. </w:t>
      </w:r>
      <w:proofErr w:type="spellStart"/>
      <w:r>
        <w:t>Slouží</w:t>
      </w:r>
      <w:proofErr w:type="spellEnd"/>
      <w:r>
        <w:t xml:space="preserve"> </w:t>
      </w:r>
      <w:proofErr w:type="spellStart"/>
      <w:r>
        <w:t>jako</w:t>
      </w:r>
      <w:proofErr w:type="spellEnd"/>
      <w:r>
        <w:t xml:space="preserve"> </w:t>
      </w:r>
      <w:proofErr w:type="spellStart"/>
      <w:r>
        <w:t>podklad</w:t>
      </w:r>
      <w:proofErr w:type="spellEnd"/>
      <w:r>
        <w:t xml:space="preserve"> pro </w:t>
      </w:r>
      <w:proofErr w:type="spellStart"/>
      <w:r>
        <w:t>evaluaci</w:t>
      </w:r>
      <w:proofErr w:type="spellEnd"/>
      <w:r>
        <w:t xml:space="preserve"> </w:t>
      </w:r>
      <w:proofErr w:type="spellStart"/>
      <w:r>
        <w:t>školy</w:t>
      </w:r>
      <w:proofErr w:type="spellEnd"/>
      <w:r>
        <w:t xml:space="preserve"> a </w:t>
      </w:r>
      <w:proofErr w:type="spellStart"/>
      <w:r>
        <w:t>plán</w:t>
      </w:r>
      <w:proofErr w:type="spellEnd"/>
      <w:r>
        <w:t xml:space="preserve"> </w:t>
      </w:r>
      <w:proofErr w:type="spellStart"/>
      <w:r>
        <w:t>profesního</w:t>
      </w:r>
      <w:proofErr w:type="spellEnd"/>
      <w:r>
        <w:t xml:space="preserve"> </w:t>
      </w:r>
      <w:proofErr w:type="spellStart"/>
      <w:r>
        <w:t>rozvoje</w:t>
      </w:r>
      <w:proofErr w:type="spellEnd"/>
      <w:r>
        <w:t xml:space="preserve">. </w:t>
      </w:r>
      <w:proofErr w:type="spellStart"/>
      <w:r>
        <w:t>Vyplňujte</w:t>
      </w:r>
      <w:proofErr w:type="spellEnd"/>
      <w:r>
        <w:t xml:space="preserve"> </w:t>
      </w:r>
      <w:proofErr w:type="spellStart"/>
      <w:r>
        <w:t>upřímně</w:t>
      </w:r>
      <w:proofErr w:type="spellEnd"/>
      <w:r>
        <w:t xml:space="preserve"> – </w:t>
      </w:r>
      <w:proofErr w:type="spellStart"/>
      <w:r>
        <w:t>cílem</w:t>
      </w:r>
      <w:proofErr w:type="spellEnd"/>
      <w:r>
        <w:t xml:space="preserve"> </w:t>
      </w:r>
      <w:proofErr w:type="spellStart"/>
      <w:r>
        <w:t>není</w:t>
      </w:r>
      <w:proofErr w:type="spellEnd"/>
      <w:r>
        <w:t xml:space="preserve"> </w:t>
      </w:r>
      <w:proofErr w:type="spellStart"/>
      <w:r>
        <w:t>kontrola</w:t>
      </w:r>
      <w:proofErr w:type="spellEnd"/>
      <w:r>
        <w:t xml:space="preserve">, ale </w:t>
      </w:r>
      <w:proofErr w:type="spellStart"/>
      <w:r>
        <w:t>společné</w:t>
      </w:r>
      <w:proofErr w:type="spellEnd"/>
      <w:r>
        <w:t xml:space="preserve"> </w:t>
      </w:r>
      <w:proofErr w:type="spellStart"/>
      <w:r>
        <w:t>hledání</w:t>
      </w:r>
      <w:proofErr w:type="spellEnd"/>
      <w:r>
        <w:t xml:space="preserve"> </w:t>
      </w:r>
      <w:proofErr w:type="spellStart"/>
      <w:r>
        <w:t>cest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zlepšení</w:t>
      </w:r>
      <w:proofErr w:type="spellEnd"/>
      <w:r>
        <w:t xml:space="preserve"> a </w:t>
      </w:r>
      <w:proofErr w:type="spellStart"/>
      <w:r>
        <w:t>podpoře</w:t>
      </w:r>
      <w:proofErr w:type="spellEnd"/>
      <w:r>
        <w:t xml:space="preserve"> </w:t>
      </w:r>
      <w:proofErr w:type="spellStart"/>
      <w:r>
        <w:t>každého</w:t>
      </w:r>
      <w:proofErr w:type="spellEnd"/>
      <w:r>
        <w:t xml:space="preserve"> </w:t>
      </w:r>
      <w:proofErr w:type="spellStart"/>
      <w:r>
        <w:t>pedagoga</w:t>
      </w:r>
      <w:proofErr w:type="spellEnd"/>
      <w:r>
        <w:t xml:space="preserve">. </w:t>
      </w:r>
      <w:proofErr w:type="spellStart"/>
      <w:r>
        <w:t>Výsledky</w:t>
      </w:r>
      <w:proofErr w:type="spellEnd"/>
      <w:r>
        <w:t xml:space="preserve"> </w:t>
      </w:r>
      <w:proofErr w:type="spellStart"/>
      <w:r>
        <w:lastRenderedPageBreak/>
        <w:t>budou</w:t>
      </w:r>
      <w:proofErr w:type="spellEnd"/>
      <w:r>
        <w:t xml:space="preserve"> </w:t>
      </w:r>
      <w:proofErr w:type="spellStart"/>
      <w:r>
        <w:t>projednány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individuálních</w:t>
      </w:r>
      <w:proofErr w:type="spellEnd"/>
      <w:r>
        <w:t xml:space="preserve"> </w:t>
      </w:r>
      <w:proofErr w:type="spellStart"/>
      <w:r>
        <w:t>konzultacích</w:t>
      </w:r>
      <w:proofErr w:type="spellEnd"/>
      <w:r>
        <w:t xml:space="preserve"> s </w:t>
      </w:r>
      <w:proofErr w:type="spellStart"/>
      <w:r>
        <w:t>ředitelkou</w:t>
      </w:r>
      <w:proofErr w:type="spellEnd"/>
      <w:r>
        <w:t xml:space="preserve"> a </w:t>
      </w:r>
      <w:proofErr w:type="spellStart"/>
      <w:r>
        <w:t>využity</w:t>
      </w:r>
      <w:proofErr w:type="spellEnd"/>
      <w:r>
        <w:t xml:space="preserve"> </w:t>
      </w:r>
      <w:proofErr w:type="spellStart"/>
      <w:r>
        <w:t>při</w:t>
      </w:r>
      <w:proofErr w:type="spellEnd"/>
      <w:r>
        <w:t xml:space="preserve"> </w:t>
      </w:r>
      <w:proofErr w:type="spellStart"/>
      <w:r>
        <w:t>plánování</w:t>
      </w:r>
      <w:proofErr w:type="spellEnd"/>
      <w:r>
        <w:t xml:space="preserve"> DVPP </w:t>
      </w:r>
      <w:proofErr w:type="spellStart"/>
      <w:r>
        <w:t>i</w:t>
      </w:r>
      <w:proofErr w:type="spellEnd"/>
      <w:r>
        <w:t xml:space="preserve"> </w:t>
      </w:r>
      <w:proofErr w:type="spellStart"/>
      <w:r>
        <w:t>při</w:t>
      </w:r>
      <w:proofErr w:type="spellEnd"/>
      <w:r>
        <w:t xml:space="preserve"> </w:t>
      </w:r>
      <w:proofErr w:type="spellStart"/>
      <w:r>
        <w:t>úpravách</w:t>
      </w:r>
      <w:proofErr w:type="spellEnd"/>
      <w:r>
        <w:t xml:space="preserve"> ŠVP/TVP.</w:t>
      </w:r>
    </w:p>
    <w:p w14:paraId="1135A864" w14:textId="77777777" w:rsidR="002B749D" w:rsidRDefault="002B749D" w:rsidP="002B749D">
      <w:pPr>
        <w:pStyle w:val="Nadpis2"/>
      </w:pPr>
      <w:r>
        <w:t xml:space="preserve">I. Moje </w:t>
      </w:r>
      <w:proofErr w:type="spellStart"/>
      <w:r>
        <w:t>práce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školce</w:t>
      </w:r>
      <w:proofErr w:type="spellEnd"/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880"/>
        <w:gridCol w:w="2880"/>
        <w:gridCol w:w="2880"/>
      </w:tblGrid>
      <w:tr w:rsidR="002B749D" w14:paraId="4A62D46E" w14:textId="77777777" w:rsidTr="004E0DD9">
        <w:tc>
          <w:tcPr>
            <w:tcW w:w="2880" w:type="dxa"/>
          </w:tcPr>
          <w:p w14:paraId="5289B28F" w14:textId="77777777" w:rsidR="002B749D" w:rsidRDefault="002B749D" w:rsidP="004E0DD9">
            <w:proofErr w:type="spellStart"/>
            <w:r>
              <w:t>Otázka</w:t>
            </w:r>
            <w:proofErr w:type="spellEnd"/>
          </w:p>
        </w:tc>
        <w:tc>
          <w:tcPr>
            <w:tcW w:w="2880" w:type="dxa"/>
          </w:tcPr>
          <w:p w14:paraId="0793F490" w14:textId="77777777" w:rsidR="002B749D" w:rsidRDefault="002B749D" w:rsidP="004E0DD9">
            <w:proofErr w:type="spellStart"/>
            <w:r>
              <w:t>Možnosti</w:t>
            </w:r>
            <w:proofErr w:type="spellEnd"/>
          </w:p>
        </w:tc>
        <w:tc>
          <w:tcPr>
            <w:tcW w:w="2880" w:type="dxa"/>
          </w:tcPr>
          <w:p w14:paraId="5219FF45" w14:textId="77777777" w:rsidR="002B749D" w:rsidRDefault="002B749D" w:rsidP="004E0DD9">
            <w:proofErr w:type="spellStart"/>
            <w:r>
              <w:t>Komentář</w:t>
            </w:r>
            <w:proofErr w:type="spellEnd"/>
          </w:p>
        </w:tc>
      </w:tr>
      <w:tr w:rsidR="002B749D" w14:paraId="7DAB8AAF" w14:textId="77777777" w:rsidTr="004E0DD9">
        <w:trPr>
          <w:trHeight w:val="999"/>
        </w:trPr>
        <w:tc>
          <w:tcPr>
            <w:tcW w:w="2880" w:type="dxa"/>
          </w:tcPr>
          <w:p w14:paraId="4C7C5C0C" w14:textId="77777777" w:rsidR="002B749D" w:rsidRDefault="002B749D" w:rsidP="004E0DD9">
            <w:proofErr w:type="spellStart"/>
            <w:r>
              <w:t>Práce</w:t>
            </w:r>
            <w:proofErr w:type="spellEnd"/>
            <w:r>
              <w:t xml:space="preserve"> </w:t>
            </w:r>
            <w:proofErr w:type="spellStart"/>
            <w:r>
              <w:t>ve</w:t>
            </w:r>
            <w:proofErr w:type="spellEnd"/>
            <w:r>
              <w:t xml:space="preserve"> </w:t>
            </w:r>
            <w:proofErr w:type="spellStart"/>
            <w:r>
              <w:t>školce</w:t>
            </w:r>
            <w:proofErr w:type="spellEnd"/>
            <w:r>
              <w:t xml:space="preserve"> </w:t>
            </w:r>
            <w:proofErr w:type="spellStart"/>
            <w:r>
              <w:t>mě</w:t>
            </w:r>
            <w:proofErr w:type="spellEnd"/>
            <w:r>
              <w:t>…</w:t>
            </w:r>
          </w:p>
        </w:tc>
        <w:tc>
          <w:tcPr>
            <w:tcW w:w="2880" w:type="dxa"/>
          </w:tcPr>
          <w:p w14:paraId="59E41B43" w14:textId="77777777" w:rsidR="002B749D" w:rsidRDefault="002B749D" w:rsidP="004E0DD9">
            <w:r>
              <w:t xml:space="preserve">□ </w:t>
            </w:r>
            <w:proofErr w:type="spellStart"/>
            <w:r>
              <w:t>baví</w:t>
            </w:r>
            <w:proofErr w:type="spellEnd"/>
            <w:r>
              <w:t xml:space="preserve">   □ </w:t>
            </w:r>
            <w:proofErr w:type="spellStart"/>
            <w:r>
              <w:t>ujde</w:t>
            </w:r>
            <w:proofErr w:type="spellEnd"/>
            <w:r>
              <w:t xml:space="preserve">   □ </w:t>
            </w:r>
            <w:proofErr w:type="spellStart"/>
            <w:r>
              <w:t>nebaví</w:t>
            </w:r>
            <w:proofErr w:type="spellEnd"/>
          </w:p>
        </w:tc>
        <w:tc>
          <w:tcPr>
            <w:tcW w:w="2880" w:type="dxa"/>
          </w:tcPr>
          <w:p w14:paraId="1EF6D08E" w14:textId="77777777" w:rsidR="002B749D" w:rsidRDefault="002B749D" w:rsidP="004E0DD9"/>
        </w:tc>
      </w:tr>
      <w:tr w:rsidR="002B749D" w14:paraId="5D78747C" w14:textId="77777777" w:rsidTr="004E0DD9">
        <w:tc>
          <w:tcPr>
            <w:tcW w:w="2880" w:type="dxa"/>
          </w:tcPr>
          <w:p w14:paraId="38F45722" w14:textId="77777777" w:rsidR="002B749D" w:rsidRDefault="002B749D" w:rsidP="004E0DD9">
            <w:proofErr w:type="spellStart"/>
            <w:r>
              <w:t>Přípravě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činnost</w:t>
            </w:r>
            <w:proofErr w:type="spellEnd"/>
            <w:r>
              <w:t xml:space="preserve"> </w:t>
            </w:r>
            <w:proofErr w:type="spellStart"/>
            <w:r>
              <w:t>týdně</w:t>
            </w:r>
            <w:proofErr w:type="spellEnd"/>
            <w:r>
              <w:t xml:space="preserve"> </w:t>
            </w:r>
            <w:proofErr w:type="spellStart"/>
            <w:r>
              <w:t>věnuji</w:t>
            </w:r>
            <w:proofErr w:type="spellEnd"/>
          </w:p>
        </w:tc>
        <w:tc>
          <w:tcPr>
            <w:tcW w:w="2880" w:type="dxa"/>
          </w:tcPr>
          <w:p w14:paraId="10BF7B10" w14:textId="77777777" w:rsidR="002B749D" w:rsidRDefault="002B749D" w:rsidP="004E0DD9">
            <w:r>
              <w:t xml:space="preserve">□ 1 hod.   □ 2 hod.   □ 3 hod.   □ </w:t>
            </w:r>
            <w:proofErr w:type="spellStart"/>
            <w:r>
              <w:t>více</w:t>
            </w:r>
            <w:proofErr w:type="spellEnd"/>
            <w:r>
              <w:t xml:space="preserve"> </w:t>
            </w:r>
            <w:proofErr w:type="spellStart"/>
            <w:r>
              <w:t>než</w:t>
            </w:r>
            <w:proofErr w:type="spellEnd"/>
            <w:r>
              <w:t xml:space="preserve"> 3 hod.</w:t>
            </w:r>
          </w:p>
        </w:tc>
        <w:tc>
          <w:tcPr>
            <w:tcW w:w="2880" w:type="dxa"/>
          </w:tcPr>
          <w:p w14:paraId="1CE0C1C6" w14:textId="77777777" w:rsidR="002B749D" w:rsidRDefault="002B749D" w:rsidP="004E0DD9"/>
          <w:p w14:paraId="75767BCE" w14:textId="77777777" w:rsidR="002B749D" w:rsidRDefault="002B749D" w:rsidP="004E0DD9"/>
        </w:tc>
      </w:tr>
      <w:tr w:rsidR="002B749D" w14:paraId="7CAA46AF" w14:textId="77777777" w:rsidTr="004E0DD9">
        <w:tc>
          <w:tcPr>
            <w:tcW w:w="2880" w:type="dxa"/>
          </w:tcPr>
          <w:p w14:paraId="7119B38D" w14:textId="77777777" w:rsidR="002B749D" w:rsidRDefault="002B749D" w:rsidP="004E0DD9">
            <w:proofErr w:type="spellStart"/>
            <w:r>
              <w:t>Nabízím</w:t>
            </w:r>
            <w:proofErr w:type="spellEnd"/>
            <w:r>
              <w:t xml:space="preserve"> </w:t>
            </w:r>
            <w:proofErr w:type="spellStart"/>
            <w:r>
              <w:t>dětem</w:t>
            </w:r>
            <w:proofErr w:type="spellEnd"/>
            <w:r>
              <w:t xml:space="preserve"> </w:t>
            </w:r>
            <w:proofErr w:type="spellStart"/>
            <w:r>
              <w:t>nadstandardní</w:t>
            </w:r>
            <w:proofErr w:type="spellEnd"/>
            <w:r>
              <w:t xml:space="preserve"> </w:t>
            </w:r>
            <w:proofErr w:type="spellStart"/>
            <w:r>
              <w:t>činnosti</w:t>
            </w:r>
            <w:proofErr w:type="spellEnd"/>
          </w:p>
        </w:tc>
        <w:tc>
          <w:tcPr>
            <w:tcW w:w="2880" w:type="dxa"/>
          </w:tcPr>
          <w:p w14:paraId="020A27C1" w14:textId="77777777" w:rsidR="002B749D" w:rsidRDefault="002B749D" w:rsidP="004E0DD9">
            <w:r>
              <w:t xml:space="preserve">□ </w:t>
            </w:r>
            <w:proofErr w:type="spellStart"/>
            <w:r>
              <w:t>ano</w:t>
            </w:r>
            <w:proofErr w:type="spellEnd"/>
            <w:r>
              <w:t xml:space="preserve">   □ ne</w:t>
            </w:r>
          </w:p>
        </w:tc>
        <w:tc>
          <w:tcPr>
            <w:tcW w:w="2880" w:type="dxa"/>
          </w:tcPr>
          <w:p w14:paraId="5AA3D095" w14:textId="77777777" w:rsidR="002B749D" w:rsidRDefault="002B749D" w:rsidP="004E0DD9"/>
          <w:p w14:paraId="5985CA2F" w14:textId="77777777" w:rsidR="002B749D" w:rsidRDefault="002B749D" w:rsidP="004E0DD9"/>
        </w:tc>
      </w:tr>
      <w:tr w:rsidR="002B749D" w14:paraId="1A38FB20" w14:textId="77777777" w:rsidTr="004E0DD9">
        <w:tc>
          <w:tcPr>
            <w:tcW w:w="2880" w:type="dxa"/>
          </w:tcPr>
          <w:p w14:paraId="2B66B112" w14:textId="77777777" w:rsidR="002B749D" w:rsidRDefault="002B749D" w:rsidP="004E0DD9">
            <w:proofErr w:type="spellStart"/>
            <w:r>
              <w:t>Dávám</w:t>
            </w:r>
            <w:proofErr w:type="spellEnd"/>
            <w:r>
              <w:t xml:space="preserve"> </w:t>
            </w:r>
            <w:proofErr w:type="spellStart"/>
            <w:r>
              <w:t>dětem</w:t>
            </w:r>
            <w:proofErr w:type="spellEnd"/>
            <w:r>
              <w:t xml:space="preserve"> </w:t>
            </w:r>
            <w:proofErr w:type="spellStart"/>
            <w:r>
              <w:t>prostor</w:t>
            </w:r>
            <w:proofErr w:type="spellEnd"/>
            <w:r>
              <w:t xml:space="preserve"> </w:t>
            </w:r>
            <w:proofErr w:type="spellStart"/>
            <w:r>
              <w:t>ve</w:t>
            </w:r>
            <w:proofErr w:type="spellEnd"/>
            <w:r>
              <w:t xml:space="preserve"> </w:t>
            </w:r>
            <w:proofErr w:type="spellStart"/>
            <w:r>
              <w:t>volné</w:t>
            </w:r>
            <w:proofErr w:type="spellEnd"/>
            <w:r>
              <w:t xml:space="preserve"> </w:t>
            </w:r>
            <w:proofErr w:type="spellStart"/>
            <w:r>
              <w:t>hře</w:t>
            </w:r>
            <w:proofErr w:type="spellEnd"/>
          </w:p>
        </w:tc>
        <w:tc>
          <w:tcPr>
            <w:tcW w:w="2880" w:type="dxa"/>
          </w:tcPr>
          <w:p w14:paraId="1DA3BF01" w14:textId="77777777" w:rsidR="002B749D" w:rsidRDefault="002B749D" w:rsidP="004E0DD9">
            <w:r>
              <w:t xml:space="preserve">□ </w:t>
            </w:r>
            <w:proofErr w:type="spellStart"/>
            <w:r>
              <w:t>dohlížím</w:t>
            </w:r>
            <w:proofErr w:type="spellEnd"/>
            <w:r>
              <w:t xml:space="preserve">   □ </w:t>
            </w:r>
            <w:proofErr w:type="spellStart"/>
            <w:r>
              <w:t>účastním</w:t>
            </w:r>
            <w:proofErr w:type="spellEnd"/>
            <w:r>
              <w:t xml:space="preserve"> se </w:t>
            </w:r>
            <w:proofErr w:type="spellStart"/>
            <w:r>
              <w:t>hry</w:t>
            </w:r>
            <w:proofErr w:type="spellEnd"/>
            <w:r>
              <w:t xml:space="preserve">   □ </w:t>
            </w:r>
            <w:proofErr w:type="spellStart"/>
            <w:r>
              <w:t>organizuji</w:t>
            </w:r>
            <w:proofErr w:type="spellEnd"/>
          </w:p>
        </w:tc>
        <w:tc>
          <w:tcPr>
            <w:tcW w:w="2880" w:type="dxa"/>
          </w:tcPr>
          <w:p w14:paraId="2DE35D6F" w14:textId="77777777" w:rsidR="002B749D" w:rsidRDefault="002B749D" w:rsidP="004E0DD9"/>
          <w:p w14:paraId="06843D86" w14:textId="77777777" w:rsidR="002B749D" w:rsidRDefault="002B749D" w:rsidP="004E0DD9"/>
        </w:tc>
      </w:tr>
      <w:tr w:rsidR="002B749D" w14:paraId="23803977" w14:textId="77777777" w:rsidTr="004E0DD9">
        <w:tc>
          <w:tcPr>
            <w:tcW w:w="2880" w:type="dxa"/>
          </w:tcPr>
          <w:p w14:paraId="1706AC01" w14:textId="77777777" w:rsidR="002B749D" w:rsidRDefault="002B749D" w:rsidP="004E0DD9">
            <w:proofErr w:type="spellStart"/>
            <w:r>
              <w:t>Upřednostňuji</w:t>
            </w:r>
            <w:proofErr w:type="spellEnd"/>
            <w:r>
              <w:t xml:space="preserve"> </w:t>
            </w:r>
            <w:proofErr w:type="spellStart"/>
            <w:r>
              <w:t>typ</w:t>
            </w:r>
            <w:proofErr w:type="spellEnd"/>
            <w:r>
              <w:t xml:space="preserve"> </w:t>
            </w:r>
            <w:proofErr w:type="spellStart"/>
            <w:r>
              <w:t>vzdělávání</w:t>
            </w:r>
            <w:proofErr w:type="spellEnd"/>
          </w:p>
        </w:tc>
        <w:tc>
          <w:tcPr>
            <w:tcW w:w="2880" w:type="dxa"/>
          </w:tcPr>
          <w:p w14:paraId="760170BC" w14:textId="77777777" w:rsidR="002B749D" w:rsidRDefault="002B749D" w:rsidP="004E0DD9">
            <w:r>
              <w:t xml:space="preserve">□ </w:t>
            </w:r>
            <w:proofErr w:type="spellStart"/>
            <w:r>
              <w:t>prožitkové</w:t>
            </w:r>
            <w:proofErr w:type="spellEnd"/>
            <w:r>
              <w:t xml:space="preserve">   □ </w:t>
            </w:r>
            <w:proofErr w:type="spellStart"/>
            <w:r>
              <w:t>názorné</w:t>
            </w:r>
            <w:proofErr w:type="spellEnd"/>
            <w:r>
              <w:t xml:space="preserve">   □ </w:t>
            </w:r>
            <w:proofErr w:type="spellStart"/>
            <w:r>
              <w:t>výkladové</w:t>
            </w:r>
            <w:proofErr w:type="spellEnd"/>
            <w:r>
              <w:t xml:space="preserve">   □ </w:t>
            </w:r>
            <w:proofErr w:type="spellStart"/>
            <w:r>
              <w:t>jiné</w:t>
            </w:r>
            <w:proofErr w:type="spellEnd"/>
            <w:r>
              <w:t>: …</w:t>
            </w:r>
          </w:p>
        </w:tc>
        <w:tc>
          <w:tcPr>
            <w:tcW w:w="2880" w:type="dxa"/>
          </w:tcPr>
          <w:p w14:paraId="304EDC5A" w14:textId="77777777" w:rsidR="002B749D" w:rsidRDefault="002B749D" w:rsidP="004E0DD9"/>
          <w:p w14:paraId="5C682C81" w14:textId="77777777" w:rsidR="002B749D" w:rsidRDefault="002B749D" w:rsidP="004E0DD9"/>
        </w:tc>
      </w:tr>
    </w:tbl>
    <w:p w14:paraId="09295397" w14:textId="77777777" w:rsidR="002B749D" w:rsidRDefault="002B749D" w:rsidP="002B749D"/>
    <w:p w14:paraId="117874AA" w14:textId="77777777" w:rsidR="002B749D" w:rsidRDefault="002B749D" w:rsidP="002B749D">
      <w:pPr>
        <w:pStyle w:val="Nadpis2"/>
      </w:pPr>
      <w:r>
        <w:t xml:space="preserve">II. </w:t>
      </w:r>
      <w:proofErr w:type="spellStart"/>
      <w:r>
        <w:t>Vztah</w:t>
      </w:r>
      <w:proofErr w:type="spellEnd"/>
      <w:r>
        <w:t xml:space="preserve"> k </w:t>
      </w:r>
      <w:proofErr w:type="spellStart"/>
      <w:r>
        <w:t>dětem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atmosféra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třídě</w:t>
      </w:r>
      <w:proofErr w:type="spellEnd"/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880"/>
        <w:gridCol w:w="2880"/>
        <w:gridCol w:w="2880"/>
      </w:tblGrid>
      <w:tr w:rsidR="002B749D" w14:paraId="1C855241" w14:textId="77777777" w:rsidTr="004E0DD9">
        <w:tc>
          <w:tcPr>
            <w:tcW w:w="2880" w:type="dxa"/>
          </w:tcPr>
          <w:p w14:paraId="5520690F" w14:textId="77777777" w:rsidR="002B749D" w:rsidRDefault="002B749D" w:rsidP="004E0DD9">
            <w:proofErr w:type="spellStart"/>
            <w:r>
              <w:t>Otázka</w:t>
            </w:r>
            <w:proofErr w:type="spellEnd"/>
          </w:p>
        </w:tc>
        <w:tc>
          <w:tcPr>
            <w:tcW w:w="2880" w:type="dxa"/>
          </w:tcPr>
          <w:p w14:paraId="576B5358" w14:textId="77777777" w:rsidR="002B749D" w:rsidRDefault="002B749D" w:rsidP="004E0DD9">
            <w:proofErr w:type="spellStart"/>
            <w:r>
              <w:t>Možnosti</w:t>
            </w:r>
            <w:proofErr w:type="spellEnd"/>
          </w:p>
        </w:tc>
        <w:tc>
          <w:tcPr>
            <w:tcW w:w="2880" w:type="dxa"/>
          </w:tcPr>
          <w:p w14:paraId="4B692A37" w14:textId="77777777" w:rsidR="002B749D" w:rsidRDefault="002B749D" w:rsidP="004E0DD9">
            <w:proofErr w:type="spellStart"/>
            <w:r>
              <w:t>Komentář</w:t>
            </w:r>
            <w:proofErr w:type="spellEnd"/>
          </w:p>
        </w:tc>
      </w:tr>
      <w:tr w:rsidR="002B749D" w14:paraId="0129EEDF" w14:textId="77777777" w:rsidTr="004E0DD9">
        <w:tc>
          <w:tcPr>
            <w:tcW w:w="2880" w:type="dxa"/>
          </w:tcPr>
          <w:p w14:paraId="41B14C06" w14:textId="77777777" w:rsidR="002B749D" w:rsidRDefault="002B749D" w:rsidP="004E0DD9">
            <w:proofErr w:type="spellStart"/>
            <w:r>
              <w:t>Můj</w:t>
            </w:r>
            <w:proofErr w:type="spellEnd"/>
            <w:r>
              <w:t xml:space="preserve"> </w:t>
            </w:r>
            <w:proofErr w:type="spellStart"/>
            <w:r>
              <w:t>přístup</w:t>
            </w:r>
            <w:proofErr w:type="spellEnd"/>
            <w:r>
              <w:t xml:space="preserve"> k </w:t>
            </w:r>
            <w:proofErr w:type="spellStart"/>
            <w:r>
              <w:t>dětem</w:t>
            </w:r>
            <w:proofErr w:type="spellEnd"/>
            <w:r>
              <w:t xml:space="preserve"> je</w:t>
            </w:r>
          </w:p>
        </w:tc>
        <w:tc>
          <w:tcPr>
            <w:tcW w:w="2880" w:type="dxa"/>
          </w:tcPr>
          <w:p w14:paraId="49BE55CD" w14:textId="77777777" w:rsidR="002B749D" w:rsidRDefault="002B749D" w:rsidP="004E0DD9">
            <w:r>
              <w:t xml:space="preserve">□ </w:t>
            </w:r>
            <w:proofErr w:type="spellStart"/>
            <w:r>
              <w:t>partnerský</w:t>
            </w:r>
            <w:proofErr w:type="spellEnd"/>
            <w:r>
              <w:t xml:space="preserve">   □ </w:t>
            </w:r>
            <w:proofErr w:type="spellStart"/>
            <w:r>
              <w:t>liberální</w:t>
            </w:r>
            <w:proofErr w:type="spellEnd"/>
            <w:r>
              <w:t xml:space="preserve">   □ </w:t>
            </w:r>
            <w:proofErr w:type="spellStart"/>
            <w:r>
              <w:t>autoritativní</w:t>
            </w:r>
            <w:proofErr w:type="spellEnd"/>
          </w:p>
        </w:tc>
        <w:tc>
          <w:tcPr>
            <w:tcW w:w="2880" w:type="dxa"/>
          </w:tcPr>
          <w:p w14:paraId="25EE6839" w14:textId="77777777" w:rsidR="002B749D" w:rsidRDefault="002B749D" w:rsidP="004E0DD9"/>
          <w:p w14:paraId="462128E0" w14:textId="77777777" w:rsidR="002B749D" w:rsidRDefault="002B749D" w:rsidP="004E0DD9"/>
        </w:tc>
      </w:tr>
      <w:tr w:rsidR="002B749D" w14:paraId="071AA3C6" w14:textId="77777777" w:rsidTr="004E0DD9">
        <w:tc>
          <w:tcPr>
            <w:tcW w:w="2880" w:type="dxa"/>
          </w:tcPr>
          <w:p w14:paraId="40BD9E27" w14:textId="77777777" w:rsidR="002B749D" w:rsidRDefault="002B749D" w:rsidP="004E0DD9">
            <w:proofErr w:type="spellStart"/>
            <w:r>
              <w:t>Motivuji</w:t>
            </w:r>
            <w:proofErr w:type="spellEnd"/>
            <w:r>
              <w:t xml:space="preserve"> </w:t>
            </w:r>
            <w:proofErr w:type="spellStart"/>
            <w:r>
              <w:t>děti</w:t>
            </w:r>
            <w:proofErr w:type="spellEnd"/>
            <w:r>
              <w:t xml:space="preserve"> k </w:t>
            </w:r>
            <w:proofErr w:type="spellStart"/>
            <w:r>
              <w:t>činnosti</w:t>
            </w:r>
            <w:proofErr w:type="spellEnd"/>
            <w:r>
              <w:t xml:space="preserve"> </w:t>
            </w:r>
            <w:proofErr w:type="spellStart"/>
            <w:r>
              <w:t>převážně</w:t>
            </w:r>
            <w:proofErr w:type="spellEnd"/>
          </w:p>
        </w:tc>
        <w:tc>
          <w:tcPr>
            <w:tcW w:w="2880" w:type="dxa"/>
          </w:tcPr>
          <w:p w14:paraId="45692066" w14:textId="77777777" w:rsidR="002B749D" w:rsidRDefault="002B749D" w:rsidP="004E0DD9">
            <w:r>
              <w:t xml:space="preserve">□ </w:t>
            </w:r>
            <w:proofErr w:type="spellStart"/>
            <w:r>
              <w:t>domluvou</w:t>
            </w:r>
            <w:proofErr w:type="spellEnd"/>
            <w:r>
              <w:t xml:space="preserve">   □ </w:t>
            </w:r>
            <w:proofErr w:type="spellStart"/>
            <w:r>
              <w:t>hravou</w:t>
            </w:r>
            <w:proofErr w:type="spellEnd"/>
            <w:r>
              <w:t xml:space="preserve"> </w:t>
            </w:r>
            <w:proofErr w:type="spellStart"/>
            <w:r>
              <w:t>formou</w:t>
            </w:r>
            <w:proofErr w:type="spellEnd"/>
            <w:r>
              <w:t xml:space="preserve">   □ </w:t>
            </w:r>
            <w:proofErr w:type="spellStart"/>
            <w:r>
              <w:t>nápodobou</w:t>
            </w:r>
            <w:proofErr w:type="spellEnd"/>
            <w:r>
              <w:t xml:space="preserve">   □ z </w:t>
            </w:r>
            <w:proofErr w:type="spellStart"/>
            <w:r>
              <w:t>pozice</w:t>
            </w:r>
            <w:proofErr w:type="spellEnd"/>
            <w:r>
              <w:t xml:space="preserve"> </w:t>
            </w:r>
            <w:proofErr w:type="spellStart"/>
            <w:r>
              <w:t>učitele</w:t>
            </w:r>
            <w:proofErr w:type="spellEnd"/>
          </w:p>
        </w:tc>
        <w:tc>
          <w:tcPr>
            <w:tcW w:w="2880" w:type="dxa"/>
          </w:tcPr>
          <w:p w14:paraId="6D0CD360" w14:textId="77777777" w:rsidR="002B749D" w:rsidRDefault="002B749D" w:rsidP="004E0DD9"/>
          <w:p w14:paraId="2016006A" w14:textId="77777777" w:rsidR="002B749D" w:rsidRDefault="002B749D" w:rsidP="004E0DD9"/>
        </w:tc>
      </w:tr>
      <w:tr w:rsidR="002B749D" w14:paraId="6DE5F616" w14:textId="77777777" w:rsidTr="004E0DD9">
        <w:tc>
          <w:tcPr>
            <w:tcW w:w="2880" w:type="dxa"/>
          </w:tcPr>
          <w:p w14:paraId="24099E6D" w14:textId="77777777" w:rsidR="002B749D" w:rsidRDefault="002B749D" w:rsidP="004E0DD9">
            <w:proofErr w:type="spellStart"/>
            <w:r>
              <w:t>Preferuji</w:t>
            </w:r>
            <w:proofErr w:type="spellEnd"/>
            <w:r>
              <w:t xml:space="preserve"> </w:t>
            </w:r>
            <w:proofErr w:type="spellStart"/>
            <w:r>
              <w:t>práci</w:t>
            </w:r>
            <w:proofErr w:type="spellEnd"/>
            <w:r>
              <w:t xml:space="preserve"> s </w:t>
            </w:r>
            <w:proofErr w:type="spellStart"/>
            <w:r>
              <w:t>dětmi</w:t>
            </w:r>
            <w:proofErr w:type="spellEnd"/>
          </w:p>
        </w:tc>
        <w:tc>
          <w:tcPr>
            <w:tcW w:w="2880" w:type="dxa"/>
          </w:tcPr>
          <w:p w14:paraId="200F779E" w14:textId="77777777" w:rsidR="002B749D" w:rsidRDefault="002B749D" w:rsidP="004E0DD9">
            <w:r>
              <w:t xml:space="preserve">□ 3leté   □ 4leté   □ </w:t>
            </w:r>
            <w:proofErr w:type="spellStart"/>
            <w:r>
              <w:t>předškoláky</w:t>
            </w:r>
            <w:proofErr w:type="spellEnd"/>
            <w:r>
              <w:t xml:space="preserve">   □ je mi to </w:t>
            </w:r>
            <w:proofErr w:type="spellStart"/>
            <w:r>
              <w:t>jedno</w:t>
            </w:r>
            <w:proofErr w:type="spellEnd"/>
          </w:p>
        </w:tc>
        <w:tc>
          <w:tcPr>
            <w:tcW w:w="2880" w:type="dxa"/>
          </w:tcPr>
          <w:p w14:paraId="0C6CAED6" w14:textId="77777777" w:rsidR="002B749D" w:rsidRDefault="002B749D" w:rsidP="004E0DD9"/>
          <w:p w14:paraId="407BF154" w14:textId="77777777" w:rsidR="002B749D" w:rsidRDefault="002B749D" w:rsidP="004E0DD9"/>
        </w:tc>
      </w:tr>
    </w:tbl>
    <w:p w14:paraId="2A1E8A47" w14:textId="77777777" w:rsidR="002B749D" w:rsidRDefault="002B749D" w:rsidP="002B749D"/>
    <w:p w14:paraId="70AB8900" w14:textId="77777777" w:rsidR="002B749D" w:rsidRDefault="002B749D" w:rsidP="002B749D">
      <w:pPr>
        <w:pStyle w:val="Nadpis2"/>
      </w:pPr>
      <w:r>
        <w:t xml:space="preserve">III. </w:t>
      </w:r>
      <w:proofErr w:type="spellStart"/>
      <w:r>
        <w:t>Vztah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kolegyním</w:t>
      </w:r>
      <w:proofErr w:type="spellEnd"/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880"/>
        <w:gridCol w:w="2880"/>
        <w:gridCol w:w="2880"/>
      </w:tblGrid>
      <w:tr w:rsidR="002B749D" w14:paraId="4D309E64" w14:textId="77777777" w:rsidTr="004E0DD9">
        <w:tc>
          <w:tcPr>
            <w:tcW w:w="2880" w:type="dxa"/>
          </w:tcPr>
          <w:p w14:paraId="7FB3C294" w14:textId="77777777" w:rsidR="002B749D" w:rsidRDefault="002B749D" w:rsidP="004E0DD9">
            <w:proofErr w:type="spellStart"/>
            <w:r>
              <w:t>Otázka</w:t>
            </w:r>
            <w:proofErr w:type="spellEnd"/>
          </w:p>
        </w:tc>
        <w:tc>
          <w:tcPr>
            <w:tcW w:w="2880" w:type="dxa"/>
          </w:tcPr>
          <w:p w14:paraId="2E3C9217" w14:textId="77777777" w:rsidR="002B749D" w:rsidRDefault="002B749D" w:rsidP="004E0DD9">
            <w:proofErr w:type="spellStart"/>
            <w:r>
              <w:t>Možnosti</w:t>
            </w:r>
            <w:proofErr w:type="spellEnd"/>
          </w:p>
        </w:tc>
        <w:tc>
          <w:tcPr>
            <w:tcW w:w="2880" w:type="dxa"/>
          </w:tcPr>
          <w:p w14:paraId="64BD4C9A" w14:textId="77777777" w:rsidR="002B749D" w:rsidRDefault="002B749D" w:rsidP="004E0DD9">
            <w:proofErr w:type="spellStart"/>
            <w:r>
              <w:t>Komentář</w:t>
            </w:r>
            <w:proofErr w:type="spellEnd"/>
          </w:p>
        </w:tc>
      </w:tr>
      <w:tr w:rsidR="002B749D" w14:paraId="6DF5DF3A" w14:textId="77777777" w:rsidTr="004E0DD9">
        <w:tc>
          <w:tcPr>
            <w:tcW w:w="2880" w:type="dxa"/>
          </w:tcPr>
          <w:p w14:paraId="5D393220" w14:textId="77777777" w:rsidR="002B749D" w:rsidRDefault="002B749D" w:rsidP="004E0DD9">
            <w:proofErr w:type="spellStart"/>
            <w:r>
              <w:t>Kolegyně</w:t>
            </w:r>
            <w:proofErr w:type="spellEnd"/>
            <w:r>
              <w:t xml:space="preserve"> mi </w:t>
            </w:r>
            <w:proofErr w:type="spellStart"/>
            <w:r>
              <w:t>pomohou</w:t>
            </w:r>
            <w:proofErr w:type="spellEnd"/>
            <w:r>
              <w:t xml:space="preserve">, </w:t>
            </w:r>
            <w:proofErr w:type="spellStart"/>
            <w:r>
              <w:t>když</w:t>
            </w:r>
            <w:proofErr w:type="spellEnd"/>
            <w:r>
              <w:t xml:space="preserve"> </w:t>
            </w:r>
            <w:proofErr w:type="spellStart"/>
            <w:r>
              <w:t>potřebuji</w:t>
            </w:r>
            <w:proofErr w:type="spellEnd"/>
          </w:p>
        </w:tc>
        <w:tc>
          <w:tcPr>
            <w:tcW w:w="2880" w:type="dxa"/>
          </w:tcPr>
          <w:p w14:paraId="7644E09F" w14:textId="77777777" w:rsidR="002B749D" w:rsidRDefault="002B749D" w:rsidP="004E0DD9">
            <w:r>
              <w:t xml:space="preserve">□ </w:t>
            </w:r>
            <w:proofErr w:type="spellStart"/>
            <w:r>
              <w:t>ano</w:t>
            </w:r>
            <w:proofErr w:type="spellEnd"/>
            <w:r>
              <w:t xml:space="preserve">   □ ne   □ </w:t>
            </w:r>
            <w:proofErr w:type="spellStart"/>
            <w:r>
              <w:t>pomoc</w:t>
            </w:r>
            <w:proofErr w:type="spellEnd"/>
            <w:r>
              <w:t xml:space="preserve"> </w:t>
            </w:r>
            <w:proofErr w:type="spellStart"/>
            <w:r>
              <w:t>nepotřebuji</w:t>
            </w:r>
            <w:proofErr w:type="spellEnd"/>
          </w:p>
        </w:tc>
        <w:tc>
          <w:tcPr>
            <w:tcW w:w="2880" w:type="dxa"/>
          </w:tcPr>
          <w:p w14:paraId="4B6A1C49" w14:textId="77777777" w:rsidR="002B749D" w:rsidRDefault="002B749D" w:rsidP="004E0DD9"/>
          <w:p w14:paraId="40CC0558" w14:textId="77777777" w:rsidR="002B749D" w:rsidRDefault="002B749D" w:rsidP="004E0DD9"/>
        </w:tc>
      </w:tr>
      <w:tr w:rsidR="002B749D" w14:paraId="31374653" w14:textId="77777777" w:rsidTr="004E0DD9">
        <w:tc>
          <w:tcPr>
            <w:tcW w:w="2880" w:type="dxa"/>
          </w:tcPr>
          <w:p w14:paraId="0C81A13F" w14:textId="77777777" w:rsidR="002B749D" w:rsidRDefault="002B749D" w:rsidP="004E0DD9">
            <w:proofErr w:type="spellStart"/>
            <w:r>
              <w:t>Kolegyně</w:t>
            </w:r>
            <w:proofErr w:type="spellEnd"/>
            <w:r>
              <w:t xml:space="preserve"> mi </w:t>
            </w:r>
            <w:proofErr w:type="spellStart"/>
            <w:r>
              <w:t>dávají</w:t>
            </w:r>
            <w:proofErr w:type="spellEnd"/>
            <w:r>
              <w:t xml:space="preserve"> </w:t>
            </w:r>
            <w:proofErr w:type="spellStart"/>
            <w:r>
              <w:t>prostor</w:t>
            </w:r>
            <w:proofErr w:type="spellEnd"/>
            <w:r>
              <w:t xml:space="preserve"> k </w:t>
            </w:r>
            <w:proofErr w:type="spellStart"/>
            <w:r>
              <w:t>seberealizaci</w:t>
            </w:r>
            <w:proofErr w:type="spellEnd"/>
          </w:p>
        </w:tc>
        <w:tc>
          <w:tcPr>
            <w:tcW w:w="2880" w:type="dxa"/>
          </w:tcPr>
          <w:p w14:paraId="64139406" w14:textId="77777777" w:rsidR="002B749D" w:rsidRDefault="002B749D" w:rsidP="004E0DD9">
            <w:r>
              <w:t xml:space="preserve">□ </w:t>
            </w:r>
            <w:proofErr w:type="spellStart"/>
            <w:r>
              <w:t>určitě</w:t>
            </w:r>
            <w:proofErr w:type="spellEnd"/>
            <w:r>
              <w:t xml:space="preserve"> </w:t>
            </w:r>
            <w:proofErr w:type="spellStart"/>
            <w:r>
              <w:t>ano</w:t>
            </w:r>
            <w:proofErr w:type="spellEnd"/>
            <w:r>
              <w:t xml:space="preserve">   □ </w:t>
            </w:r>
            <w:proofErr w:type="spellStart"/>
            <w:r>
              <w:t>spíše</w:t>
            </w:r>
            <w:proofErr w:type="spellEnd"/>
            <w:r>
              <w:t xml:space="preserve"> </w:t>
            </w:r>
            <w:proofErr w:type="spellStart"/>
            <w:r>
              <w:t>ano</w:t>
            </w:r>
            <w:proofErr w:type="spellEnd"/>
            <w:r>
              <w:t xml:space="preserve">   □ </w:t>
            </w:r>
            <w:proofErr w:type="spellStart"/>
            <w:r>
              <w:t>spíše</w:t>
            </w:r>
            <w:proofErr w:type="spellEnd"/>
            <w:r>
              <w:t xml:space="preserve"> ne   □ </w:t>
            </w:r>
            <w:proofErr w:type="spellStart"/>
            <w:r>
              <w:t>vůbec</w:t>
            </w:r>
            <w:proofErr w:type="spellEnd"/>
            <w:r>
              <w:t xml:space="preserve"> ne</w:t>
            </w:r>
          </w:p>
        </w:tc>
        <w:tc>
          <w:tcPr>
            <w:tcW w:w="2880" w:type="dxa"/>
          </w:tcPr>
          <w:p w14:paraId="5E22957A" w14:textId="77777777" w:rsidR="002B749D" w:rsidRDefault="002B749D" w:rsidP="004E0DD9"/>
          <w:p w14:paraId="6FCD475A" w14:textId="77777777" w:rsidR="002B749D" w:rsidRDefault="002B749D" w:rsidP="004E0DD9"/>
        </w:tc>
      </w:tr>
    </w:tbl>
    <w:p w14:paraId="3091B718" w14:textId="77777777" w:rsidR="002B749D" w:rsidRDefault="002B749D" w:rsidP="002B749D"/>
    <w:p w14:paraId="6129DE7F" w14:textId="77777777" w:rsidR="002B749D" w:rsidRDefault="002B749D" w:rsidP="002B749D">
      <w:pPr>
        <w:pStyle w:val="Nadpis2"/>
      </w:pPr>
      <w:r>
        <w:t xml:space="preserve">IV. </w:t>
      </w:r>
      <w:proofErr w:type="spellStart"/>
      <w:r>
        <w:t>Další</w:t>
      </w:r>
      <w:proofErr w:type="spellEnd"/>
      <w:r>
        <w:t xml:space="preserve"> </w:t>
      </w:r>
      <w:proofErr w:type="spellStart"/>
      <w:r>
        <w:t>vzdělávání</w:t>
      </w:r>
      <w:proofErr w:type="spellEnd"/>
      <w:r>
        <w:t xml:space="preserve"> a </w:t>
      </w:r>
      <w:proofErr w:type="spellStart"/>
      <w:r>
        <w:t>zájmy</w:t>
      </w:r>
      <w:proofErr w:type="spellEnd"/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880"/>
        <w:gridCol w:w="2880"/>
        <w:gridCol w:w="2880"/>
      </w:tblGrid>
      <w:tr w:rsidR="002B749D" w14:paraId="7F3AB046" w14:textId="77777777" w:rsidTr="004E0DD9">
        <w:tc>
          <w:tcPr>
            <w:tcW w:w="2880" w:type="dxa"/>
          </w:tcPr>
          <w:p w14:paraId="1E49929E" w14:textId="77777777" w:rsidR="002B749D" w:rsidRDefault="002B749D" w:rsidP="004E0DD9">
            <w:r>
              <w:t>Oblast</w:t>
            </w:r>
          </w:p>
        </w:tc>
        <w:tc>
          <w:tcPr>
            <w:tcW w:w="2880" w:type="dxa"/>
          </w:tcPr>
          <w:p w14:paraId="078A8122" w14:textId="77777777" w:rsidR="002B749D" w:rsidRDefault="002B749D" w:rsidP="004E0DD9">
            <w:proofErr w:type="spellStart"/>
            <w:r>
              <w:t>Zájem</w:t>
            </w:r>
            <w:proofErr w:type="spellEnd"/>
          </w:p>
        </w:tc>
        <w:tc>
          <w:tcPr>
            <w:tcW w:w="2880" w:type="dxa"/>
          </w:tcPr>
          <w:p w14:paraId="67889EA3" w14:textId="77777777" w:rsidR="002B749D" w:rsidRDefault="002B749D" w:rsidP="004E0DD9">
            <w:proofErr w:type="spellStart"/>
            <w:r>
              <w:t>Specifikace</w:t>
            </w:r>
            <w:proofErr w:type="spellEnd"/>
          </w:p>
        </w:tc>
      </w:tr>
      <w:tr w:rsidR="002B749D" w14:paraId="17C20027" w14:textId="77777777" w:rsidTr="004E0DD9">
        <w:tc>
          <w:tcPr>
            <w:tcW w:w="2880" w:type="dxa"/>
          </w:tcPr>
          <w:p w14:paraId="09895E33" w14:textId="77777777" w:rsidR="002B749D" w:rsidRDefault="002B749D" w:rsidP="004E0DD9">
            <w:proofErr w:type="spellStart"/>
            <w:r>
              <w:t>Alternativní</w:t>
            </w:r>
            <w:proofErr w:type="spellEnd"/>
            <w:r>
              <w:t xml:space="preserve"> </w:t>
            </w:r>
            <w:proofErr w:type="spellStart"/>
            <w:r>
              <w:t>vzdělávání</w:t>
            </w:r>
            <w:proofErr w:type="spellEnd"/>
          </w:p>
        </w:tc>
        <w:tc>
          <w:tcPr>
            <w:tcW w:w="2880" w:type="dxa"/>
          </w:tcPr>
          <w:p w14:paraId="75EF8C3D" w14:textId="77777777" w:rsidR="002B749D" w:rsidRDefault="002B749D" w:rsidP="004E0DD9">
            <w:r>
              <w:t xml:space="preserve">□ </w:t>
            </w:r>
            <w:proofErr w:type="spellStart"/>
            <w:r>
              <w:t>ano</w:t>
            </w:r>
            <w:proofErr w:type="spellEnd"/>
            <w:r>
              <w:t xml:space="preserve">   □ ne</w:t>
            </w:r>
          </w:p>
        </w:tc>
        <w:tc>
          <w:tcPr>
            <w:tcW w:w="2880" w:type="dxa"/>
          </w:tcPr>
          <w:p w14:paraId="01E3E578" w14:textId="77777777" w:rsidR="002B749D" w:rsidRDefault="002B749D" w:rsidP="004E0DD9">
            <w:r>
              <w:t xml:space="preserve">Montessori / </w:t>
            </w:r>
            <w:proofErr w:type="spellStart"/>
            <w:r>
              <w:t>Začít</w:t>
            </w:r>
            <w:proofErr w:type="spellEnd"/>
            <w:r>
              <w:t xml:space="preserve"> </w:t>
            </w:r>
            <w:proofErr w:type="spellStart"/>
            <w:r>
              <w:t>spolu</w:t>
            </w:r>
            <w:proofErr w:type="spellEnd"/>
            <w:r>
              <w:t xml:space="preserve"> / Dalton / </w:t>
            </w:r>
            <w:proofErr w:type="spellStart"/>
            <w:r>
              <w:t>jiné</w:t>
            </w:r>
            <w:proofErr w:type="spellEnd"/>
            <w:r>
              <w:t xml:space="preserve"> …</w:t>
            </w:r>
          </w:p>
          <w:p w14:paraId="1EE6CFE3" w14:textId="77777777" w:rsidR="002B749D" w:rsidRDefault="002B749D" w:rsidP="004E0DD9"/>
        </w:tc>
      </w:tr>
      <w:tr w:rsidR="002B749D" w14:paraId="2127AEED" w14:textId="77777777" w:rsidTr="004E0DD9">
        <w:tc>
          <w:tcPr>
            <w:tcW w:w="2880" w:type="dxa"/>
          </w:tcPr>
          <w:p w14:paraId="088C83A1" w14:textId="77777777" w:rsidR="002B749D" w:rsidRDefault="002B749D" w:rsidP="004E0DD9">
            <w:r>
              <w:t>ICT</w:t>
            </w:r>
          </w:p>
        </w:tc>
        <w:tc>
          <w:tcPr>
            <w:tcW w:w="2880" w:type="dxa"/>
          </w:tcPr>
          <w:p w14:paraId="11A27874" w14:textId="77777777" w:rsidR="002B749D" w:rsidRDefault="002B749D" w:rsidP="004E0DD9">
            <w:r>
              <w:t xml:space="preserve">□ </w:t>
            </w:r>
            <w:proofErr w:type="spellStart"/>
            <w:r>
              <w:t>ano</w:t>
            </w:r>
            <w:proofErr w:type="spellEnd"/>
            <w:r>
              <w:t xml:space="preserve">   □ ne</w:t>
            </w:r>
          </w:p>
        </w:tc>
        <w:tc>
          <w:tcPr>
            <w:tcW w:w="2880" w:type="dxa"/>
          </w:tcPr>
          <w:p w14:paraId="20F3C020" w14:textId="77777777" w:rsidR="002B749D" w:rsidRDefault="002B749D" w:rsidP="004E0DD9">
            <w:proofErr w:type="spellStart"/>
            <w:r>
              <w:t>výukové</w:t>
            </w:r>
            <w:proofErr w:type="spellEnd"/>
            <w:r>
              <w:t xml:space="preserve"> / </w:t>
            </w:r>
            <w:proofErr w:type="spellStart"/>
            <w:r>
              <w:t>interaktivní</w:t>
            </w:r>
            <w:proofErr w:type="spellEnd"/>
            <w:r>
              <w:t xml:space="preserve"> / </w:t>
            </w:r>
            <w:proofErr w:type="spellStart"/>
            <w:r>
              <w:t>grafické</w:t>
            </w:r>
            <w:proofErr w:type="spellEnd"/>
            <w:r>
              <w:t xml:space="preserve"> / </w:t>
            </w:r>
            <w:proofErr w:type="spellStart"/>
            <w:r>
              <w:t>jiné</w:t>
            </w:r>
            <w:proofErr w:type="spellEnd"/>
            <w:r>
              <w:t xml:space="preserve"> …</w:t>
            </w:r>
          </w:p>
          <w:p w14:paraId="421E5821" w14:textId="77777777" w:rsidR="002B749D" w:rsidRDefault="002B749D" w:rsidP="004E0DD9"/>
        </w:tc>
      </w:tr>
      <w:tr w:rsidR="002B749D" w14:paraId="4157FCDB" w14:textId="77777777" w:rsidTr="004E0DD9">
        <w:tc>
          <w:tcPr>
            <w:tcW w:w="2880" w:type="dxa"/>
          </w:tcPr>
          <w:p w14:paraId="0A6E71C6" w14:textId="77777777" w:rsidR="002B749D" w:rsidRDefault="002B749D" w:rsidP="004E0DD9">
            <w:proofErr w:type="spellStart"/>
            <w:r>
              <w:t>Sportovní</w:t>
            </w:r>
            <w:proofErr w:type="spellEnd"/>
            <w:r>
              <w:t xml:space="preserve"> </w:t>
            </w:r>
            <w:proofErr w:type="spellStart"/>
            <w:r>
              <w:t>zaměření</w:t>
            </w:r>
            <w:proofErr w:type="spellEnd"/>
          </w:p>
        </w:tc>
        <w:tc>
          <w:tcPr>
            <w:tcW w:w="2880" w:type="dxa"/>
          </w:tcPr>
          <w:p w14:paraId="4A0F6AD5" w14:textId="77777777" w:rsidR="002B749D" w:rsidRDefault="002B749D" w:rsidP="004E0DD9">
            <w:r>
              <w:t xml:space="preserve">□ </w:t>
            </w:r>
            <w:proofErr w:type="spellStart"/>
            <w:r>
              <w:t>ano</w:t>
            </w:r>
            <w:proofErr w:type="spellEnd"/>
            <w:r>
              <w:t xml:space="preserve">   □ ne</w:t>
            </w:r>
          </w:p>
        </w:tc>
        <w:tc>
          <w:tcPr>
            <w:tcW w:w="2880" w:type="dxa"/>
          </w:tcPr>
          <w:p w14:paraId="4C82462B" w14:textId="77777777" w:rsidR="002B749D" w:rsidRDefault="002B749D" w:rsidP="004E0DD9"/>
          <w:p w14:paraId="3CCAC2D4" w14:textId="77777777" w:rsidR="002B749D" w:rsidRDefault="002B749D" w:rsidP="004E0DD9"/>
          <w:p w14:paraId="49A1055F" w14:textId="77777777" w:rsidR="002B749D" w:rsidRDefault="002B749D" w:rsidP="004E0DD9"/>
        </w:tc>
      </w:tr>
      <w:tr w:rsidR="002B749D" w14:paraId="5F672C5D" w14:textId="77777777" w:rsidTr="004E0DD9">
        <w:tc>
          <w:tcPr>
            <w:tcW w:w="2880" w:type="dxa"/>
          </w:tcPr>
          <w:p w14:paraId="678C3440" w14:textId="77777777" w:rsidR="002B749D" w:rsidRDefault="002B749D" w:rsidP="004E0DD9">
            <w:proofErr w:type="spellStart"/>
            <w:r>
              <w:lastRenderedPageBreak/>
              <w:t>Výtvarné</w:t>
            </w:r>
            <w:proofErr w:type="spellEnd"/>
            <w:r>
              <w:t xml:space="preserve"> </w:t>
            </w:r>
            <w:proofErr w:type="spellStart"/>
            <w:r>
              <w:t>zaměření</w:t>
            </w:r>
            <w:proofErr w:type="spellEnd"/>
          </w:p>
        </w:tc>
        <w:tc>
          <w:tcPr>
            <w:tcW w:w="2880" w:type="dxa"/>
          </w:tcPr>
          <w:p w14:paraId="08BD5B29" w14:textId="77777777" w:rsidR="002B749D" w:rsidRDefault="002B749D" w:rsidP="004E0DD9">
            <w:r>
              <w:t xml:space="preserve">□ </w:t>
            </w:r>
            <w:proofErr w:type="spellStart"/>
            <w:r>
              <w:t>ano</w:t>
            </w:r>
            <w:proofErr w:type="spellEnd"/>
            <w:r>
              <w:t xml:space="preserve">   □ ne</w:t>
            </w:r>
          </w:p>
        </w:tc>
        <w:tc>
          <w:tcPr>
            <w:tcW w:w="2880" w:type="dxa"/>
          </w:tcPr>
          <w:p w14:paraId="635EFA8D" w14:textId="77777777" w:rsidR="002B749D" w:rsidRDefault="002B749D" w:rsidP="004E0DD9"/>
          <w:p w14:paraId="4DBED813" w14:textId="77777777" w:rsidR="002B749D" w:rsidRDefault="002B749D" w:rsidP="004E0DD9"/>
          <w:p w14:paraId="2D743D7A" w14:textId="77777777" w:rsidR="002B749D" w:rsidRDefault="002B749D" w:rsidP="004E0DD9"/>
        </w:tc>
      </w:tr>
      <w:tr w:rsidR="002B749D" w14:paraId="07F72FC5" w14:textId="77777777" w:rsidTr="004E0DD9">
        <w:tc>
          <w:tcPr>
            <w:tcW w:w="2880" w:type="dxa"/>
          </w:tcPr>
          <w:p w14:paraId="141DCAB9" w14:textId="77777777" w:rsidR="002B749D" w:rsidRDefault="002B749D" w:rsidP="004E0DD9">
            <w:proofErr w:type="spellStart"/>
            <w:r>
              <w:t>Hudební</w:t>
            </w:r>
            <w:proofErr w:type="spellEnd"/>
            <w:r>
              <w:t xml:space="preserve"> </w:t>
            </w:r>
            <w:proofErr w:type="spellStart"/>
            <w:r>
              <w:t>zaměření</w:t>
            </w:r>
            <w:proofErr w:type="spellEnd"/>
          </w:p>
        </w:tc>
        <w:tc>
          <w:tcPr>
            <w:tcW w:w="2880" w:type="dxa"/>
          </w:tcPr>
          <w:p w14:paraId="55F6D400" w14:textId="77777777" w:rsidR="002B749D" w:rsidRDefault="002B749D" w:rsidP="004E0DD9">
            <w:r>
              <w:t xml:space="preserve">□ </w:t>
            </w:r>
            <w:proofErr w:type="spellStart"/>
            <w:r>
              <w:t>ano</w:t>
            </w:r>
            <w:proofErr w:type="spellEnd"/>
            <w:r>
              <w:t xml:space="preserve">   □ ne</w:t>
            </w:r>
          </w:p>
        </w:tc>
        <w:tc>
          <w:tcPr>
            <w:tcW w:w="2880" w:type="dxa"/>
          </w:tcPr>
          <w:p w14:paraId="792FF810" w14:textId="77777777" w:rsidR="002B749D" w:rsidRDefault="002B749D" w:rsidP="004E0DD9"/>
          <w:p w14:paraId="404C6583" w14:textId="77777777" w:rsidR="002B749D" w:rsidRDefault="002B749D" w:rsidP="004E0DD9"/>
          <w:p w14:paraId="4DDF3B6A" w14:textId="77777777" w:rsidR="002B749D" w:rsidRDefault="002B749D" w:rsidP="004E0DD9"/>
        </w:tc>
      </w:tr>
      <w:tr w:rsidR="002B749D" w14:paraId="0013DDE2" w14:textId="77777777" w:rsidTr="004E0DD9">
        <w:tc>
          <w:tcPr>
            <w:tcW w:w="2880" w:type="dxa"/>
          </w:tcPr>
          <w:p w14:paraId="30F05F60" w14:textId="77777777" w:rsidR="002B749D" w:rsidRDefault="002B749D" w:rsidP="004E0DD9">
            <w:proofErr w:type="spellStart"/>
            <w:r>
              <w:t>Dramatické</w:t>
            </w:r>
            <w:proofErr w:type="spellEnd"/>
            <w:r>
              <w:t xml:space="preserve"> </w:t>
            </w:r>
            <w:proofErr w:type="spellStart"/>
            <w:r>
              <w:t>zaměření</w:t>
            </w:r>
            <w:proofErr w:type="spellEnd"/>
          </w:p>
        </w:tc>
        <w:tc>
          <w:tcPr>
            <w:tcW w:w="2880" w:type="dxa"/>
          </w:tcPr>
          <w:p w14:paraId="1087B24E" w14:textId="77777777" w:rsidR="002B749D" w:rsidRDefault="002B749D" w:rsidP="004E0DD9">
            <w:r>
              <w:t xml:space="preserve">□ </w:t>
            </w:r>
            <w:proofErr w:type="spellStart"/>
            <w:r>
              <w:t>ano</w:t>
            </w:r>
            <w:proofErr w:type="spellEnd"/>
            <w:r>
              <w:t xml:space="preserve">   □ ne</w:t>
            </w:r>
          </w:p>
        </w:tc>
        <w:tc>
          <w:tcPr>
            <w:tcW w:w="2880" w:type="dxa"/>
          </w:tcPr>
          <w:p w14:paraId="40D0184D" w14:textId="77777777" w:rsidR="002B749D" w:rsidRDefault="002B749D" w:rsidP="004E0DD9"/>
          <w:p w14:paraId="0A412422" w14:textId="77777777" w:rsidR="002B749D" w:rsidRDefault="002B749D" w:rsidP="004E0DD9"/>
        </w:tc>
      </w:tr>
      <w:tr w:rsidR="002B749D" w14:paraId="25780A6A" w14:textId="77777777" w:rsidTr="004E0DD9">
        <w:tc>
          <w:tcPr>
            <w:tcW w:w="2880" w:type="dxa"/>
          </w:tcPr>
          <w:p w14:paraId="1533DD0E" w14:textId="77777777" w:rsidR="002B749D" w:rsidRDefault="002B749D" w:rsidP="004E0DD9">
            <w:proofErr w:type="spellStart"/>
            <w:r>
              <w:t>Děti</w:t>
            </w:r>
            <w:proofErr w:type="spellEnd"/>
            <w:r>
              <w:t xml:space="preserve"> se SVP</w:t>
            </w:r>
          </w:p>
        </w:tc>
        <w:tc>
          <w:tcPr>
            <w:tcW w:w="2880" w:type="dxa"/>
          </w:tcPr>
          <w:p w14:paraId="01B40D2D" w14:textId="77777777" w:rsidR="002B749D" w:rsidRDefault="002B749D" w:rsidP="004E0DD9">
            <w:r>
              <w:t xml:space="preserve">□ </w:t>
            </w:r>
            <w:proofErr w:type="spellStart"/>
            <w:r>
              <w:t>ano</w:t>
            </w:r>
            <w:proofErr w:type="spellEnd"/>
            <w:r>
              <w:t xml:space="preserve">   □ ne</w:t>
            </w:r>
          </w:p>
        </w:tc>
        <w:tc>
          <w:tcPr>
            <w:tcW w:w="2880" w:type="dxa"/>
          </w:tcPr>
          <w:p w14:paraId="736A231F" w14:textId="77777777" w:rsidR="002B749D" w:rsidRDefault="002B749D" w:rsidP="004E0DD9"/>
          <w:p w14:paraId="49D2579D" w14:textId="77777777" w:rsidR="002B749D" w:rsidRDefault="002B749D" w:rsidP="004E0DD9"/>
        </w:tc>
      </w:tr>
      <w:tr w:rsidR="002B749D" w14:paraId="1A27573B" w14:textId="77777777" w:rsidTr="004E0DD9">
        <w:tc>
          <w:tcPr>
            <w:tcW w:w="2880" w:type="dxa"/>
          </w:tcPr>
          <w:p w14:paraId="093438F6" w14:textId="77777777" w:rsidR="002B749D" w:rsidRDefault="002B749D" w:rsidP="004E0DD9">
            <w:proofErr w:type="spellStart"/>
            <w:r>
              <w:t>Legislativa</w:t>
            </w:r>
            <w:proofErr w:type="spellEnd"/>
            <w:r>
              <w:t xml:space="preserve"> (GDPR, BOZP, </w:t>
            </w:r>
            <w:proofErr w:type="spellStart"/>
            <w:r>
              <w:t>vyhlášky</w:t>
            </w:r>
            <w:proofErr w:type="spellEnd"/>
            <w:r>
              <w:t>)</w:t>
            </w:r>
          </w:p>
        </w:tc>
        <w:tc>
          <w:tcPr>
            <w:tcW w:w="2880" w:type="dxa"/>
          </w:tcPr>
          <w:p w14:paraId="3379EE8A" w14:textId="77777777" w:rsidR="002B749D" w:rsidRDefault="002B749D" w:rsidP="004E0DD9">
            <w:r>
              <w:t xml:space="preserve">□ </w:t>
            </w:r>
            <w:proofErr w:type="spellStart"/>
            <w:r>
              <w:t>ano</w:t>
            </w:r>
            <w:proofErr w:type="spellEnd"/>
            <w:r>
              <w:t xml:space="preserve">   □ ne</w:t>
            </w:r>
          </w:p>
        </w:tc>
        <w:tc>
          <w:tcPr>
            <w:tcW w:w="2880" w:type="dxa"/>
          </w:tcPr>
          <w:p w14:paraId="67C0EE4F" w14:textId="77777777" w:rsidR="002B749D" w:rsidRDefault="002B749D" w:rsidP="004E0DD9"/>
          <w:p w14:paraId="6F834628" w14:textId="77777777" w:rsidR="002B749D" w:rsidRDefault="002B749D" w:rsidP="004E0DD9"/>
        </w:tc>
      </w:tr>
      <w:tr w:rsidR="002B749D" w14:paraId="5D6580AF" w14:textId="77777777" w:rsidTr="004E0DD9">
        <w:tc>
          <w:tcPr>
            <w:tcW w:w="2880" w:type="dxa"/>
          </w:tcPr>
          <w:p w14:paraId="724A3F15" w14:textId="77777777" w:rsidR="002B749D" w:rsidRDefault="002B749D" w:rsidP="004E0DD9">
            <w:r>
              <w:t>Management</w:t>
            </w:r>
          </w:p>
        </w:tc>
        <w:tc>
          <w:tcPr>
            <w:tcW w:w="2880" w:type="dxa"/>
          </w:tcPr>
          <w:p w14:paraId="256301DD" w14:textId="77777777" w:rsidR="002B749D" w:rsidRDefault="002B749D" w:rsidP="004E0DD9">
            <w:r>
              <w:t xml:space="preserve">□ </w:t>
            </w:r>
            <w:proofErr w:type="spellStart"/>
            <w:r>
              <w:t>ano</w:t>
            </w:r>
            <w:proofErr w:type="spellEnd"/>
            <w:r>
              <w:t xml:space="preserve">   □ ne</w:t>
            </w:r>
          </w:p>
        </w:tc>
        <w:tc>
          <w:tcPr>
            <w:tcW w:w="2880" w:type="dxa"/>
          </w:tcPr>
          <w:p w14:paraId="624B513A" w14:textId="77777777" w:rsidR="002B749D" w:rsidRDefault="002B749D" w:rsidP="004E0DD9"/>
          <w:p w14:paraId="7E780505" w14:textId="77777777" w:rsidR="002B749D" w:rsidRDefault="002B749D" w:rsidP="004E0DD9"/>
        </w:tc>
      </w:tr>
      <w:tr w:rsidR="002B749D" w14:paraId="370DA08B" w14:textId="77777777" w:rsidTr="004E0DD9">
        <w:tc>
          <w:tcPr>
            <w:tcW w:w="2880" w:type="dxa"/>
          </w:tcPr>
          <w:p w14:paraId="1A069AC2" w14:textId="77777777" w:rsidR="002B749D" w:rsidRDefault="002B749D" w:rsidP="004E0DD9">
            <w:proofErr w:type="spellStart"/>
            <w:r>
              <w:t>Jiné</w:t>
            </w:r>
            <w:proofErr w:type="spellEnd"/>
            <w:r>
              <w:t xml:space="preserve"> </w:t>
            </w:r>
            <w:proofErr w:type="spellStart"/>
            <w:r>
              <w:t>oblasti</w:t>
            </w:r>
            <w:proofErr w:type="spellEnd"/>
          </w:p>
        </w:tc>
        <w:tc>
          <w:tcPr>
            <w:tcW w:w="2880" w:type="dxa"/>
          </w:tcPr>
          <w:p w14:paraId="0A6BCE82" w14:textId="77777777" w:rsidR="002B749D" w:rsidRDefault="002B749D" w:rsidP="004E0DD9"/>
        </w:tc>
        <w:tc>
          <w:tcPr>
            <w:tcW w:w="2880" w:type="dxa"/>
          </w:tcPr>
          <w:p w14:paraId="64DE1662" w14:textId="77777777" w:rsidR="002B749D" w:rsidRDefault="002B749D" w:rsidP="004E0DD9"/>
        </w:tc>
      </w:tr>
    </w:tbl>
    <w:p w14:paraId="20D4C067" w14:textId="77777777" w:rsidR="002B749D" w:rsidRDefault="002B749D" w:rsidP="002B749D"/>
    <w:p w14:paraId="1CE5E2F9" w14:textId="77777777" w:rsidR="002B749D" w:rsidRDefault="002B749D" w:rsidP="002B749D">
      <w:proofErr w:type="spellStart"/>
      <w:r>
        <w:t>Plán</w:t>
      </w:r>
      <w:proofErr w:type="spellEnd"/>
      <w:r>
        <w:t xml:space="preserve"> DVPP: V </w:t>
      </w:r>
      <w:proofErr w:type="spellStart"/>
      <w:r>
        <w:t>souvislosti</w:t>
      </w:r>
      <w:proofErr w:type="spellEnd"/>
      <w:r>
        <w:t xml:space="preserve"> se </w:t>
      </w:r>
      <w:proofErr w:type="spellStart"/>
      <w:r>
        <w:t>svými</w:t>
      </w:r>
      <w:proofErr w:type="spellEnd"/>
      <w:r>
        <w:t xml:space="preserve"> </w:t>
      </w:r>
      <w:proofErr w:type="spellStart"/>
      <w:r>
        <w:t>zájmy</w:t>
      </w:r>
      <w:proofErr w:type="spellEnd"/>
      <w:r>
        <w:t xml:space="preserve"> </w:t>
      </w:r>
      <w:proofErr w:type="spellStart"/>
      <w:r>
        <w:t>bych</w:t>
      </w:r>
      <w:proofErr w:type="spellEnd"/>
      <w:r>
        <w:t xml:space="preserve"> </w:t>
      </w:r>
      <w:proofErr w:type="spellStart"/>
      <w:r>
        <w:t>ráda</w:t>
      </w:r>
      <w:proofErr w:type="spellEnd"/>
      <w:r>
        <w:t xml:space="preserve"> </w:t>
      </w:r>
      <w:proofErr w:type="spellStart"/>
      <w:r>
        <w:t>absolvovala</w:t>
      </w:r>
      <w:proofErr w:type="spellEnd"/>
      <w:r>
        <w:t xml:space="preserve"> </w:t>
      </w:r>
      <w:proofErr w:type="spellStart"/>
      <w:r>
        <w:t>kurz</w:t>
      </w:r>
      <w:proofErr w:type="spellEnd"/>
      <w:r>
        <w:t>: ……………………</w:t>
      </w:r>
    </w:p>
    <w:p w14:paraId="3A411CBC" w14:textId="77777777" w:rsidR="002B749D" w:rsidRDefault="002B749D" w:rsidP="002B749D"/>
    <w:p w14:paraId="6EF82D90" w14:textId="77777777" w:rsidR="002B749D" w:rsidRDefault="002B749D" w:rsidP="002B749D">
      <w:pPr>
        <w:pStyle w:val="Nadpis2"/>
      </w:pPr>
      <w:r>
        <w:t xml:space="preserve">V. </w:t>
      </w:r>
      <w:proofErr w:type="spellStart"/>
      <w:r>
        <w:t>Návrhy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školní</w:t>
      </w:r>
      <w:proofErr w:type="spellEnd"/>
      <w:r>
        <w:t xml:space="preserve"> </w:t>
      </w:r>
      <w:proofErr w:type="spellStart"/>
      <w:r>
        <w:t>akce</w:t>
      </w:r>
      <w:proofErr w:type="spellEnd"/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8640"/>
      </w:tblGrid>
      <w:tr w:rsidR="002B749D" w14:paraId="0CF46AA8" w14:textId="77777777" w:rsidTr="004E0DD9">
        <w:tc>
          <w:tcPr>
            <w:tcW w:w="8640" w:type="dxa"/>
          </w:tcPr>
          <w:p w14:paraId="41F8E247" w14:textId="77777777" w:rsidR="002B749D" w:rsidRDefault="002B749D" w:rsidP="004E0DD9">
            <w:proofErr w:type="spellStart"/>
            <w:r>
              <w:t>Dopolední</w:t>
            </w:r>
            <w:proofErr w:type="spellEnd"/>
            <w:r>
              <w:t xml:space="preserve"> </w:t>
            </w:r>
            <w:proofErr w:type="spellStart"/>
            <w:r>
              <w:t>akce</w:t>
            </w:r>
            <w:proofErr w:type="spellEnd"/>
            <w:r>
              <w:t xml:space="preserve"> a </w:t>
            </w:r>
            <w:proofErr w:type="spellStart"/>
            <w:r>
              <w:t>programy</w:t>
            </w:r>
            <w:proofErr w:type="spellEnd"/>
          </w:p>
          <w:p w14:paraId="040D861A" w14:textId="77777777" w:rsidR="002B749D" w:rsidRDefault="002B749D" w:rsidP="004E0DD9"/>
          <w:p w14:paraId="15DE51CA" w14:textId="77777777" w:rsidR="002B749D" w:rsidRDefault="002B749D" w:rsidP="004E0DD9"/>
        </w:tc>
      </w:tr>
      <w:tr w:rsidR="002B749D" w14:paraId="7A8CD2EB" w14:textId="77777777" w:rsidTr="004E0DD9">
        <w:tc>
          <w:tcPr>
            <w:tcW w:w="8640" w:type="dxa"/>
          </w:tcPr>
          <w:p w14:paraId="17AC7252" w14:textId="77777777" w:rsidR="002B749D" w:rsidRDefault="002B749D" w:rsidP="004E0DD9">
            <w:proofErr w:type="spellStart"/>
            <w:r>
              <w:t>Odpolední</w:t>
            </w:r>
            <w:proofErr w:type="spellEnd"/>
            <w:r>
              <w:t xml:space="preserve"> </w:t>
            </w:r>
            <w:proofErr w:type="spellStart"/>
            <w:r>
              <w:t>akce</w:t>
            </w:r>
            <w:proofErr w:type="spellEnd"/>
            <w:r>
              <w:t xml:space="preserve"> s </w:t>
            </w:r>
            <w:proofErr w:type="spellStart"/>
            <w:r>
              <w:t>rodiči</w:t>
            </w:r>
            <w:proofErr w:type="spellEnd"/>
          </w:p>
          <w:p w14:paraId="4DAA6B9C" w14:textId="77777777" w:rsidR="002B749D" w:rsidRDefault="002B749D" w:rsidP="004E0DD9"/>
          <w:p w14:paraId="1DEF25E0" w14:textId="77777777" w:rsidR="002B749D" w:rsidRDefault="002B749D" w:rsidP="004E0DD9"/>
        </w:tc>
      </w:tr>
    </w:tbl>
    <w:p w14:paraId="07848BB1" w14:textId="77777777" w:rsidR="002B749D" w:rsidRDefault="002B749D" w:rsidP="002B749D"/>
    <w:p w14:paraId="02EFC4C5" w14:textId="77777777" w:rsidR="002B749D" w:rsidRDefault="002B749D" w:rsidP="002B749D">
      <w:pPr>
        <w:pStyle w:val="Nadpis2"/>
      </w:pPr>
      <w:r>
        <w:t xml:space="preserve">VI. </w:t>
      </w:r>
      <w:proofErr w:type="spellStart"/>
      <w:r>
        <w:t>Návrhy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vybavení</w:t>
      </w:r>
      <w:proofErr w:type="spellEnd"/>
      <w:r>
        <w:t xml:space="preserve"> </w:t>
      </w:r>
      <w:proofErr w:type="spellStart"/>
      <w:r>
        <w:t>školy</w:t>
      </w:r>
      <w:proofErr w:type="spellEnd"/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8640"/>
      </w:tblGrid>
      <w:tr w:rsidR="002B749D" w14:paraId="4AF2BAA1" w14:textId="77777777" w:rsidTr="004E0DD9">
        <w:tc>
          <w:tcPr>
            <w:tcW w:w="8640" w:type="dxa"/>
          </w:tcPr>
          <w:p w14:paraId="435C6746" w14:textId="77777777" w:rsidR="002B749D" w:rsidRDefault="002B749D" w:rsidP="004E0DD9">
            <w:r>
              <w:t xml:space="preserve">Co </w:t>
            </w:r>
            <w:proofErr w:type="spellStart"/>
            <w:r>
              <w:t>podle</w:t>
            </w:r>
            <w:proofErr w:type="spellEnd"/>
            <w:r>
              <w:t xml:space="preserve"> </w:t>
            </w:r>
            <w:proofErr w:type="spellStart"/>
            <w:r>
              <w:t>mě</w:t>
            </w:r>
            <w:proofErr w:type="spellEnd"/>
            <w:r>
              <w:t xml:space="preserve"> </w:t>
            </w:r>
            <w:proofErr w:type="spellStart"/>
            <w:r>
              <w:t>ve</w:t>
            </w:r>
            <w:proofErr w:type="spellEnd"/>
            <w:r>
              <w:t xml:space="preserve"> </w:t>
            </w:r>
            <w:proofErr w:type="spellStart"/>
            <w:r>
              <w:t>školce</w:t>
            </w:r>
            <w:proofErr w:type="spellEnd"/>
            <w:r>
              <w:t xml:space="preserve"> </w:t>
            </w:r>
            <w:proofErr w:type="spellStart"/>
            <w:r>
              <w:t>chybí</w:t>
            </w:r>
            <w:proofErr w:type="spellEnd"/>
          </w:p>
        </w:tc>
      </w:tr>
      <w:tr w:rsidR="002B749D" w14:paraId="303D0AA5" w14:textId="77777777" w:rsidTr="004E0DD9">
        <w:tc>
          <w:tcPr>
            <w:tcW w:w="8640" w:type="dxa"/>
          </w:tcPr>
          <w:p w14:paraId="5CEE86EE" w14:textId="77777777" w:rsidR="002B749D" w:rsidRDefault="002B749D" w:rsidP="004E0DD9"/>
          <w:p w14:paraId="45BB4D80" w14:textId="77777777" w:rsidR="002B749D" w:rsidRDefault="002B749D" w:rsidP="004E0DD9"/>
          <w:p w14:paraId="3D98F6B3" w14:textId="77777777" w:rsidR="002B749D" w:rsidRDefault="002B749D" w:rsidP="004E0DD9"/>
        </w:tc>
      </w:tr>
    </w:tbl>
    <w:p w14:paraId="30CE18B6" w14:textId="77777777" w:rsidR="002B749D" w:rsidRDefault="002B749D" w:rsidP="002B749D"/>
    <w:p w14:paraId="33FBA8EC" w14:textId="77777777" w:rsidR="00626C85" w:rsidRDefault="00626C85" w:rsidP="00626C85"/>
    <w:p w14:paraId="38E7E818" w14:textId="77777777" w:rsidR="00626C85" w:rsidRDefault="00626C85" w:rsidP="001F4451">
      <w:pPr>
        <w:rPr>
          <w:lang w:val="cs-CZ"/>
        </w:rPr>
      </w:pPr>
    </w:p>
    <w:p w14:paraId="6686C5D3" w14:textId="3D409AE7" w:rsidR="00044109" w:rsidRDefault="00044109" w:rsidP="00F6072A">
      <w:pPr>
        <w:pStyle w:val="Nadpis1"/>
        <w:numPr>
          <w:ilvl w:val="1"/>
          <w:numId w:val="17"/>
        </w:numPr>
      </w:pPr>
      <w:proofErr w:type="spellStart"/>
      <w:r>
        <w:lastRenderedPageBreak/>
        <w:t>Dotazník</w:t>
      </w:r>
      <w:proofErr w:type="spellEnd"/>
      <w:r>
        <w:t xml:space="preserve"> pro </w:t>
      </w:r>
      <w:proofErr w:type="spellStart"/>
      <w:r>
        <w:t>rodiče</w:t>
      </w:r>
      <w:proofErr w:type="spellEnd"/>
    </w:p>
    <w:p w14:paraId="5B602A15" w14:textId="77777777" w:rsidR="00044109" w:rsidRDefault="00044109" w:rsidP="00044109">
      <w:pPr>
        <w:pStyle w:val="Nadpis2"/>
      </w:pPr>
      <w:proofErr w:type="spellStart"/>
      <w:r>
        <w:t>Metodický</w:t>
      </w:r>
      <w:proofErr w:type="spellEnd"/>
      <w:r>
        <w:t xml:space="preserve"> </w:t>
      </w:r>
      <w:proofErr w:type="spellStart"/>
      <w:r>
        <w:t>pokyn</w:t>
      </w:r>
      <w:proofErr w:type="spellEnd"/>
    </w:p>
    <w:p w14:paraId="133B6031" w14:textId="77777777" w:rsidR="00044109" w:rsidRDefault="00044109" w:rsidP="00044109">
      <w:proofErr w:type="spellStart"/>
      <w:r>
        <w:t>Cílem</w:t>
      </w:r>
      <w:proofErr w:type="spellEnd"/>
      <w:r>
        <w:t xml:space="preserve"> </w:t>
      </w:r>
      <w:proofErr w:type="spellStart"/>
      <w:r>
        <w:t>dotazníku</w:t>
      </w:r>
      <w:proofErr w:type="spellEnd"/>
      <w:r>
        <w:t xml:space="preserve"> je </w:t>
      </w:r>
      <w:proofErr w:type="spellStart"/>
      <w:r>
        <w:t>získat</w:t>
      </w:r>
      <w:proofErr w:type="spellEnd"/>
      <w:r>
        <w:t xml:space="preserve"> </w:t>
      </w:r>
      <w:proofErr w:type="spellStart"/>
      <w:r>
        <w:t>zpětnou</w:t>
      </w:r>
      <w:proofErr w:type="spellEnd"/>
      <w:r>
        <w:t xml:space="preserve"> </w:t>
      </w:r>
      <w:proofErr w:type="spellStart"/>
      <w:r>
        <w:t>vazbu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rodičů</w:t>
      </w:r>
      <w:proofErr w:type="spellEnd"/>
      <w:r>
        <w:t xml:space="preserve"> </w:t>
      </w:r>
      <w:proofErr w:type="spellStart"/>
      <w:r>
        <w:t>dětí</w:t>
      </w:r>
      <w:proofErr w:type="spellEnd"/>
      <w:r>
        <w:t xml:space="preserve"> MŠ. </w:t>
      </w:r>
      <w:proofErr w:type="spellStart"/>
      <w:r>
        <w:t>Vaše</w:t>
      </w:r>
      <w:proofErr w:type="spellEnd"/>
      <w:r>
        <w:t xml:space="preserve"> </w:t>
      </w:r>
      <w:proofErr w:type="spellStart"/>
      <w:r>
        <w:t>odpovědi</w:t>
      </w:r>
      <w:proofErr w:type="spellEnd"/>
      <w:r>
        <w:t xml:space="preserve"> </w:t>
      </w:r>
      <w:proofErr w:type="spellStart"/>
      <w:r>
        <w:t>nám</w:t>
      </w:r>
      <w:proofErr w:type="spellEnd"/>
      <w:r>
        <w:t xml:space="preserve"> </w:t>
      </w:r>
      <w:proofErr w:type="spellStart"/>
      <w:r>
        <w:t>pomohou</w:t>
      </w:r>
      <w:proofErr w:type="spellEnd"/>
      <w:r>
        <w:t xml:space="preserve"> </w:t>
      </w:r>
      <w:proofErr w:type="spellStart"/>
      <w:r>
        <w:t>zkvalitnit</w:t>
      </w:r>
      <w:proofErr w:type="spellEnd"/>
      <w:r>
        <w:t xml:space="preserve"> </w:t>
      </w:r>
      <w:proofErr w:type="spellStart"/>
      <w:r>
        <w:t>výchovně-vzdělávací</w:t>
      </w:r>
      <w:proofErr w:type="spellEnd"/>
      <w:r>
        <w:t xml:space="preserve"> </w:t>
      </w:r>
      <w:proofErr w:type="spellStart"/>
      <w:r>
        <w:t>práci</w:t>
      </w:r>
      <w:proofErr w:type="spellEnd"/>
      <w:r>
        <w:t xml:space="preserve"> a </w:t>
      </w:r>
      <w:proofErr w:type="spellStart"/>
      <w:r>
        <w:t>prostředí</w:t>
      </w:r>
      <w:proofErr w:type="spellEnd"/>
      <w:r>
        <w:t xml:space="preserve"> </w:t>
      </w:r>
      <w:proofErr w:type="spellStart"/>
      <w:r>
        <w:t>školky</w:t>
      </w:r>
      <w:proofErr w:type="spellEnd"/>
      <w:r>
        <w:t xml:space="preserve">. </w:t>
      </w:r>
      <w:proofErr w:type="spellStart"/>
      <w:r>
        <w:t>Vyplňujte</w:t>
      </w:r>
      <w:proofErr w:type="spellEnd"/>
      <w:r>
        <w:t xml:space="preserve"> </w:t>
      </w:r>
      <w:proofErr w:type="spellStart"/>
      <w:r>
        <w:t>prosím</w:t>
      </w:r>
      <w:proofErr w:type="spellEnd"/>
      <w:r>
        <w:t xml:space="preserve"> </w:t>
      </w:r>
      <w:proofErr w:type="spellStart"/>
      <w:r>
        <w:t>upřímně</w:t>
      </w:r>
      <w:proofErr w:type="spellEnd"/>
      <w:r>
        <w:t xml:space="preserve"> – </w:t>
      </w:r>
      <w:proofErr w:type="spellStart"/>
      <w:r>
        <w:t>odpovědi</w:t>
      </w:r>
      <w:proofErr w:type="spellEnd"/>
      <w:r>
        <w:t xml:space="preserve"> </w:t>
      </w:r>
      <w:proofErr w:type="spellStart"/>
      <w:r>
        <w:t>budou</w:t>
      </w:r>
      <w:proofErr w:type="spellEnd"/>
      <w:r>
        <w:t xml:space="preserve"> </w:t>
      </w:r>
      <w:proofErr w:type="spellStart"/>
      <w:r>
        <w:t>vyhodnoceny</w:t>
      </w:r>
      <w:proofErr w:type="spellEnd"/>
      <w:r>
        <w:t xml:space="preserve"> </w:t>
      </w:r>
      <w:proofErr w:type="spellStart"/>
      <w:r>
        <w:t>anonymně</w:t>
      </w:r>
      <w:proofErr w:type="spellEnd"/>
      <w:r>
        <w:t xml:space="preserve"> a </w:t>
      </w:r>
      <w:proofErr w:type="spellStart"/>
      <w:r>
        <w:t>využity</w:t>
      </w:r>
      <w:proofErr w:type="spellEnd"/>
      <w:r>
        <w:t xml:space="preserve"> k </w:t>
      </w:r>
      <w:proofErr w:type="spellStart"/>
      <w:r>
        <w:t>evaluaci</w:t>
      </w:r>
      <w:proofErr w:type="spellEnd"/>
      <w:r>
        <w:t xml:space="preserve"> </w:t>
      </w:r>
      <w:proofErr w:type="spellStart"/>
      <w:r>
        <w:t>školy</w:t>
      </w:r>
      <w:proofErr w:type="spellEnd"/>
      <w:r>
        <w:t>.</w:t>
      </w:r>
    </w:p>
    <w:p w14:paraId="67E5F53D" w14:textId="77777777" w:rsidR="00044109" w:rsidRDefault="00044109" w:rsidP="00044109">
      <w:pPr>
        <w:pStyle w:val="Nadpis2"/>
      </w:pPr>
      <w:r>
        <w:t xml:space="preserve">I. </w:t>
      </w:r>
      <w:proofErr w:type="spellStart"/>
      <w:r>
        <w:t>Spokojenost</w:t>
      </w:r>
      <w:proofErr w:type="spellEnd"/>
      <w:r>
        <w:t xml:space="preserve"> se </w:t>
      </w:r>
      <w:proofErr w:type="spellStart"/>
      <w:r>
        <w:t>školkou</w:t>
      </w:r>
      <w:proofErr w:type="spellEnd"/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880"/>
        <w:gridCol w:w="2880"/>
        <w:gridCol w:w="2880"/>
      </w:tblGrid>
      <w:tr w:rsidR="00044109" w14:paraId="1AA8987C" w14:textId="77777777" w:rsidTr="00860BE3">
        <w:tc>
          <w:tcPr>
            <w:tcW w:w="2880" w:type="dxa"/>
          </w:tcPr>
          <w:p w14:paraId="7BFE2343" w14:textId="77777777" w:rsidR="00044109" w:rsidRDefault="00044109" w:rsidP="00860BE3">
            <w:r>
              <w:t>Oblast</w:t>
            </w:r>
          </w:p>
        </w:tc>
        <w:tc>
          <w:tcPr>
            <w:tcW w:w="2880" w:type="dxa"/>
          </w:tcPr>
          <w:p w14:paraId="5F9BB614" w14:textId="77777777" w:rsidR="00044109" w:rsidRDefault="00044109" w:rsidP="00860BE3">
            <w:proofErr w:type="spellStart"/>
            <w:r>
              <w:t>Hodnocení</w:t>
            </w:r>
            <w:proofErr w:type="spellEnd"/>
            <w:r>
              <w:t xml:space="preserve"> (</w:t>
            </w:r>
            <w:proofErr w:type="spellStart"/>
            <w:r>
              <w:t>zakroužkujte</w:t>
            </w:r>
            <w:proofErr w:type="spellEnd"/>
            <w:r>
              <w:t>)</w:t>
            </w:r>
          </w:p>
        </w:tc>
        <w:tc>
          <w:tcPr>
            <w:tcW w:w="2880" w:type="dxa"/>
          </w:tcPr>
          <w:p w14:paraId="73A4F71A" w14:textId="77777777" w:rsidR="00044109" w:rsidRDefault="00044109" w:rsidP="00860BE3">
            <w:proofErr w:type="spellStart"/>
            <w:r>
              <w:t>Komentář</w:t>
            </w:r>
            <w:proofErr w:type="spellEnd"/>
          </w:p>
        </w:tc>
      </w:tr>
      <w:tr w:rsidR="007F5847" w14:paraId="687F2D67" w14:textId="77777777" w:rsidTr="000B0A7E">
        <w:tc>
          <w:tcPr>
            <w:tcW w:w="2880" w:type="dxa"/>
          </w:tcPr>
          <w:p w14:paraId="50EE8039" w14:textId="77777777" w:rsidR="007F5847" w:rsidRDefault="007F5847" w:rsidP="00860BE3">
            <w:proofErr w:type="spellStart"/>
            <w:r>
              <w:t>Prostředí</w:t>
            </w:r>
            <w:proofErr w:type="spellEnd"/>
            <w:r>
              <w:t xml:space="preserve"> </w:t>
            </w:r>
            <w:proofErr w:type="spellStart"/>
            <w:r>
              <w:t>školky</w:t>
            </w:r>
            <w:proofErr w:type="spellEnd"/>
            <w:r>
              <w:t xml:space="preserve"> (</w:t>
            </w:r>
            <w:proofErr w:type="spellStart"/>
            <w:r>
              <w:t>třída</w:t>
            </w:r>
            <w:proofErr w:type="spellEnd"/>
            <w:r>
              <w:t xml:space="preserve">, </w:t>
            </w:r>
            <w:proofErr w:type="spellStart"/>
            <w:r>
              <w:t>zahrada</w:t>
            </w:r>
            <w:proofErr w:type="spellEnd"/>
            <w:r>
              <w:t xml:space="preserve">, </w:t>
            </w:r>
            <w:proofErr w:type="spellStart"/>
            <w:r>
              <w:t>vybavení</w:t>
            </w:r>
            <w:proofErr w:type="spellEnd"/>
            <w:r>
              <w:t>)</w:t>
            </w:r>
          </w:p>
        </w:tc>
        <w:tc>
          <w:tcPr>
            <w:tcW w:w="5760" w:type="dxa"/>
            <w:gridSpan w:val="2"/>
          </w:tcPr>
          <w:p w14:paraId="3EDABC86" w14:textId="31DF91A7" w:rsidR="007F5847" w:rsidRDefault="007F5847" w:rsidP="00860BE3">
            <w:r>
              <w:t xml:space="preserve">□ </w:t>
            </w:r>
            <w:proofErr w:type="spellStart"/>
            <w:r>
              <w:t>velmi</w:t>
            </w:r>
            <w:proofErr w:type="spellEnd"/>
            <w:r>
              <w:t xml:space="preserve"> </w:t>
            </w:r>
            <w:proofErr w:type="spellStart"/>
            <w:r>
              <w:t>spokojen</w:t>
            </w:r>
            <w:proofErr w:type="spellEnd"/>
            <w:r>
              <w:t xml:space="preserve">/a   □ </w:t>
            </w:r>
            <w:proofErr w:type="spellStart"/>
            <w:r>
              <w:t>spokojen</w:t>
            </w:r>
            <w:proofErr w:type="spellEnd"/>
            <w:r>
              <w:t xml:space="preserve">/a   □ </w:t>
            </w:r>
            <w:proofErr w:type="spellStart"/>
            <w:r>
              <w:t>spíše</w:t>
            </w:r>
            <w:proofErr w:type="spellEnd"/>
            <w:r>
              <w:t xml:space="preserve"> </w:t>
            </w:r>
            <w:proofErr w:type="spellStart"/>
            <w:r>
              <w:t>nespokojen</w:t>
            </w:r>
            <w:proofErr w:type="spellEnd"/>
            <w:r>
              <w:t xml:space="preserve">/a   □ </w:t>
            </w:r>
            <w:proofErr w:type="spellStart"/>
            <w:r>
              <w:t>nespokojen</w:t>
            </w:r>
            <w:proofErr w:type="spellEnd"/>
            <w:r>
              <w:t>/a</w:t>
            </w:r>
          </w:p>
        </w:tc>
      </w:tr>
      <w:tr w:rsidR="007F5847" w14:paraId="23F11E73" w14:textId="77777777" w:rsidTr="00426218">
        <w:tc>
          <w:tcPr>
            <w:tcW w:w="2880" w:type="dxa"/>
          </w:tcPr>
          <w:p w14:paraId="71FDC89E" w14:textId="77777777" w:rsidR="007F5847" w:rsidRDefault="007F5847" w:rsidP="00860BE3">
            <w:proofErr w:type="spellStart"/>
            <w:r>
              <w:t>Atmosféra</w:t>
            </w:r>
            <w:proofErr w:type="spellEnd"/>
            <w:r>
              <w:t xml:space="preserve"> </w:t>
            </w:r>
            <w:proofErr w:type="spellStart"/>
            <w:r>
              <w:t>ve</w:t>
            </w:r>
            <w:proofErr w:type="spellEnd"/>
            <w:r>
              <w:t xml:space="preserve"> </w:t>
            </w:r>
            <w:proofErr w:type="spellStart"/>
            <w:r>
              <w:t>třídě</w:t>
            </w:r>
            <w:proofErr w:type="spellEnd"/>
          </w:p>
        </w:tc>
        <w:tc>
          <w:tcPr>
            <w:tcW w:w="5760" w:type="dxa"/>
            <w:gridSpan w:val="2"/>
          </w:tcPr>
          <w:p w14:paraId="7CD574DC" w14:textId="6E0EDADA" w:rsidR="007F5847" w:rsidRDefault="007F5847" w:rsidP="00860BE3">
            <w:r>
              <w:t xml:space="preserve">□ </w:t>
            </w:r>
            <w:proofErr w:type="spellStart"/>
            <w:r>
              <w:t>velmi</w:t>
            </w:r>
            <w:proofErr w:type="spellEnd"/>
            <w:r>
              <w:t xml:space="preserve"> </w:t>
            </w:r>
            <w:proofErr w:type="spellStart"/>
            <w:r>
              <w:t>dobrá</w:t>
            </w:r>
            <w:proofErr w:type="spellEnd"/>
            <w:r>
              <w:t xml:space="preserve">   □ </w:t>
            </w:r>
            <w:proofErr w:type="spellStart"/>
            <w:r>
              <w:t>dobrá</w:t>
            </w:r>
            <w:proofErr w:type="spellEnd"/>
            <w:r>
              <w:t xml:space="preserve">   □ </w:t>
            </w:r>
            <w:proofErr w:type="spellStart"/>
            <w:r>
              <w:t>spíše</w:t>
            </w:r>
            <w:proofErr w:type="spellEnd"/>
            <w:r>
              <w:t xml:space="preserve"> </w:t>
            </w:r>
            <w:proofErr w:type="spellStart"/>
            <w:r>
              <w:t>špatná</w:t>
            </w:r>
            <w:proofErr w:type="spellEnd"/>
            <w:r>
              <w:t xml:space="preserve">   □ </w:t>
            </w:r>
            <w:proofErr w:type="spellStart"/>
            <w:r>
              <w:t>špatná</w:t>
            </w:r>
            <w:proofErr w:type="spellEnd"/>
          </w:p>
        </w:tc>
      </w:tr>
      <w:tr w:rsidR="007F5847" w14:paraId="62959968" w14:textId="77777777" w:rsidTr="00C97C1E">
        <w:tc>
          <w:tcPr>
            <w:tcW w:w="2880" w:type="dxa"/>
          </w:tcPr>
          <w:p w14:paraId="7429E56F" w14:textId="77777777" w:rsidR="007F5847" w:rsidRDefault="007F5847" w:rsidP="00860BE3">
            <w:proofErr w:type="spellStart"/>
            <w:r>
              <w:t>Přístup</w:t>
            </w:r>
            <w:proofErr w:type="spellEnd"/>
            <w:r>
              <w:t xml:space="preserve"> </w:t>
            </w:r>
            <w:proofErr w:type="spellStart"/>
            <w:r>
              <w:t>učitelek</w:t>
            </w:r>
            <w:proofErr w:type="spellEnd"/>
            <w:r>
              <w:t xml:space="preserve"> k </w:t>
            </w:r>
            <w:proofErr w:type="spellStart"/>
            <w:r>
              <w:t>dětem</w:t>
            </w:r>
            <w:proofErr w:type="spellEnd"/>
          </w:p>
        </w:tc>
        <w:tc>
          <w:tcPr>
            <w:tcW w:w="5760" w:type="dxa"/>
            <w:gridSpan w:val="2"/>
          </w:tcPr>
          <w:p w14:paraId="59065271" w14:textId="6DC69F47" w:rsidR="007F5847" w:rsidRDefault="007F5847" w:rsidP="00860BE3">
            <w:r>
              <w:t xml:space="preserve">□ </w:t>
            </w:r>
            <w:proofErr w:type="spellStart"/>
            <w:r>
              <w:t>velmi</w:t>
            </w:r>
            <w:proofErr w:type="spellEnd"/>
            <w:r>
              <w:t xml:space="preserve"> </w:t>
            </w:r>
            <w:proofErr w:type="spellStart"/>
            <w:r>
              <w:t>dobrý</w:t>
            </w:r>
            <w:proofErr w:type="spellEnd"/>
            <w:r>
              <w:t xml:space="preserve">   □ </w:t>
            </w:r>
            <w:proofErr w:type="spellStart"/>
            <w:r>
              <w:t>dobrý</w:t>
            </w:r>
            <w:proofErr w:type="spellEnd"/>
            <w:r>
              <w:t xml:space="preserve">   □ </w:t>
            </w:r>
            <w:proofErr w:type="spellStart"/>
            <w:r>
              <w:t>spíše</w:t>
            </w:r>
            <w:proofErr w:type="spellEnd"/>
            <w:r>
              <w:t xml:space="preserve"> </w:t>
            </w:r>
            <w:proofErr w:type="spellStart"/>
            <w:r>
              <w:t>špatný</w:t>
            </w:r>
            <w:proofErr w:type="spellEnd"/>
            <w:r>
              <w:t xml:space="preserve">   □ </w:t>
            </w:r>
            <w:proofErr w:type="spellStart"/>
            <w:r>
              <w:t>špatný</w:t>
            </w:r>
            <w:proofErr w:type="spellEnd"/>
          </w:p>
        </w:tc>
      </w:tr>
      <w:tr w:rsidR="007F5847" w14:paraId="39B427F1" w14:textId="77777777" w:rsidTr="007D2EB5">
        <w:tc>
          <w:tcPr>
            <w:tcW w:w="2880" w:type="dxa"/>
          </w:tcPr>
          <w:p w14:paraId="202B1B40" w14:textId="77777777" w:rsidR="007F5847" w:rsidRDefault="007F5847" w:rsidP="00860BE3">
            <w:proofErr w:type="spellStart"/>
            <w:r>
              <w:t>Komunikace</w:t>
            </w:r>
            <w:proofErr w:type="spellEnd"/>
            <w:r>
              <w:t xml:space="preserve"> </w:t>
            </w:r>
            <w:proofErr w:type="spellStart"/>
            <w:r>
              <w:t>školy</w:t>
            </w:r>
            <w:proofErr w:type="spellEnd"/>
            <w:r>
              <w:t xml:space="preserve"> s </w:t>
            </w:r>
            <w:proofErr w:type="spellStart"/>
            <w:r>
              <w:t>rodiči</w:t>
            </w:r>
            <w:proofErr w:type="spellEnd"/>
          </w:p>
        </w:tc>
        <w:tc>
          <w:tcPr>
            <w:tcW w:w="5760" w:type="dxa"/>
            <w:gridSpan w:val="2"/>
          </w:tcPr>
          <w:p w14:paraId="7EB67BB1" w14:textId="4808C0C1" w:rsidR="007F5847" w:rsidRDefault="007F5847" w:rsidP="00860BE3">
            <w:r>
              <w:t xml:space="preserve">□ </w:t>
            </w:r>
            <w:proofErr w:type="spellStart"/>
            <w:r>
              <w:t>výborná</w:t>
            </w:r>
            <w:proofErr w:type="spellEnd"/>
            <w:r>
              <w:t xml:space="preserve">   □ </w:t>
            </w:r>
            <w:proofErr w:type="spellStart"/>
            <w:r>
              <w:t>dobrá</w:t>
            </w:r>
            <w:proofErr w:type="spellEnd"/>
            <w:r>
              <w:t xml:space="preserve">   □ </w:t>
            </w:r>
            <w:proofErr w:type="spellStart"/>
            <w:r>
              <w:t>slabší</w:t>
            </w:r>
            <w:proofErr w:type="spellEnd"/>
            <w:r>
              <w:t xml:space="preserve">   □ </w:t>
            </w:r>
            <w:proofErr w:type="spellStart"/>
            <w:r>
              <w:t>špatná</w:t>
            </w:r>
            <w:proofErr w:type="spellEnd"/>
          </w:p>
        </w:tc>
      </w:tr>
    </w:tbl>
    <w:p w14:paraId="4F6D1F18" w14:textId="77777777" w:rsidR="00044109" w:rsidRDefault="00044109" w:rsidP="00044109"/>
    <w:p w14:paraId="284EADB1" w14:textId="77777777" w:rsidR="00044109" w:rsidRDefault="00044109" w:rsidP="00044109">
      <w:pPr>
        <w:pStyle w:val="Nadpis2"/>
      </w:pPr>
      <w:r>
        <w:t xml:space="preserve">II. </w:t>
      </w:r>
      <w:proofErr w:type="spellStart"/>
      <w:r>
        <w:t>Vzdělávací</w:t>
      </w:r>
      <w:proofErr w:type="spellEnd"/>
      <w:r>
        <w:t xml:space="preserve"> </w:t>
      </w:r>
      <w:proofErr w:type="spellStart"/>
      <w:r>
        <w:t>nabídka</w:t>
      </w:r>
      <w:proofErr w:type="spellEnd"/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880"/>
        <w:gridCol w:w="2880"/>
        <w:gridCol w:w="2880"/>
      </w:tblGrid>
      <w:tr w:rsidR="00044109" w14:paraId="5D0ABBB3" w14:textId="77777777" w:rsidTr="00860BE3">
        <w:tc>
          <w:tcPr>
            <w:tcW w:w="2880" w:type="dxa"/>
          </w:tcPr>
          <w:p w14:paraId="6D6A2E33" w14:textId="77777777" w:rsidR="00044109" w:rsidRDefault="00044109" w:rsidP="00860BE3">
            <w:r>
              <w:t>Oblast</w:t>
            </w:r>
          </w:p>
        </w:tc>
        <w:tc>
          <w:tcPr>
            <w:tcW w:w="2880" w:type="dxa"/>
          </w:tcPr>
          <w:p w14:paraId="1D7B3EA2" w14:textId="77777777" w:rsidR="00044109" w:rsidRDefault="00044109" w:rsidP="00860BE3">
            <w:proofErr w:type="spellStart"/>
            <w:r>
              <w:t>Hodnocení</w:t>
            </w:r>
            <w:proofErr w:type="spellEnd"/>
          </w:p>
        </w:tc>
        <w:tc>
          <w:tcPr>
            <w:tcW w:w="2880" w:type="dxa"/>
          </w:tcPr>
          <w:p w14:paraId="1C1E9A1B" w14:textId="77777777" w:rsidR="00044109" w:rsidRDefault="00044109" w:rsidP="00860BE3">
            <w:proofErr w:type="spellStart"/>
            <w:r>
              <w:t>Komentář</w:t>
            </w:r>
            <w:proofErr w:type="spellEnd"/>
          </w:p>
        </w:tc>
      </w:tr>
      <w:tr w:rsidR="007F5847" w14:paraId="22585A97" w14:textId="77777777" w:rsidTr="008F07A5">
        <w:tc>
          <w:tcPr>
            <w:tcW w:w="2880" w:type="dxa"/>
          </w:tcPr>
          <w:p w14:paraId="7FCF9D36" w14:textId="77777777" w:rsidR="007F5847" w:rsidRDefault="007F5847" w:rsidP="00860BE3">
            <w:proofErr w:type="spellStart"/>
            <w:r>
              <w:t>Nabídka</w:t>
            </w:r>
            <w:proofErr w:type="spellEnd"/>
            <w:r>
              <w:t xml:space="preserve"> </w:t>
            </w:r>
            <w:proofErr w:type="spellStart"/>
            <w:r>
              <w:t>vzdělávacích</w:t>
            </w:r>
            <w:proofErr w:type="spellEnd"/>
            <w:r>
              <w:t xml:space="preserve"> </w:t>
            </w:r>
            <w:proofErr w:type="spellStart"/>
            <w:r>
              <w:t>činností</w:t>
            </w:r>
            <w:proofErr w:type="spellEnd"/>
            <w:r>
              <w:t xml:space="preserve"> (</w:t>
            </w:r>
            <w:proofErr w:type="spellStart"/>
            <w:r>
              <w:t>řízené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spontánní</w:t>
            </w:r>
            <w:proofErr w:type="spellEnd"/>
            <w:r>
              <w:t xml:space="preserve"> </w:t>
            </w:r>
            <w:proofErr w:type="spellStart"/>
            <w:r>
              <w:t>aktivity</w:t>
            </w:r>
            <w:proofErr w:type="spellEnd"/>
            <w:r>
              <w:t>)</w:t>
            </w:r>
          </w:p>
        </w:tc>
        <w:tc>
          <w:tcPr>
            <w:tcW w:w="5760" w:type="dxa"/>
            <w:gridSpan w:val="2"/>
          </w:tcPr>
          <w:p w14:paraId="577E4636" w14:textId="59281CBA" w:rsidR="007F5847" w:rsidRDefault="007F5847" w:rsidP="00860BE3">
            <w:r>
              <w:t xml:space="preserve">□ </w:t>
            </w:r>
            <w:proofErr w:type="spellStart"/>
            <w:r>
              <w:t>výborná</w:t>
            </w:r>
            <w:proofErr w:type="spellEnd"/>
            <w:r>
              <w:t xml:space="preserve">   □ </w:t>
            </w:r>
            <w:proofErr w:type="spellStart"/>
            <w:r>
              <w:t>dobrá</w:t>
            </w:r>
            <w:proofErr w:type="spellEnd"/>
            <w:r>
              <w:t xml:space="preserve">   □ </w:t>
            </w:r>
            <w:proofErr w:type="spellStart"/>
            <w:r>
              <w:t>slabší</w:t>
            </w:r>
            <w:proofErr w:type="spellEnd"/>
            <w:r>
              <w:t xml:space="preserve">   □ </w:t>
            </w:r>
            <w:proofErr w:type="spellStart"/>
            <w:r>
              <w:t>špatná</w:t>
            </w:r>
            <w:proofErr w:type="spellEnd"/>
          </w:p>
        </w:tc>
      </w:tr>
      <w:tr w:rsidR="007F5847" w14:paraId="2B2BA13C" w14:textId="77777777" w:rsidTr="00A665DD">
        <w:tc>
          <w:tcPr>
            <w:tcW w:w="2880" w:type="dxa"/>
          </w:tcPr>
          <w:p w14:paraId="32980595" w14:textId="77777777" w:rsidR="007F5847" w:rsidRDefault="007F5847" w:rsidP="00860BE3">
            <w:proofErr w:type="spellStart"/>
            <w:r>
              <w:t>Nadstandardní</w:t>
            </w:r>
            <w:proofErr w:type="spellEnd"/>
            <w:r>
              <w:t xml:space="preserve"> </w:t>
            </w:r>
            <w:proofErr w:type="spellStart"/>
            <w:r>
              <w:t>aktivity</w:t>
            </w:r>
            <w:proofErr w:type="spellEnd"/>
            <w:r>
              <w:t xml:space="preserve"> (</w:t>
            </w:r>
            <w:proofErr w:type="spellStart"/>
            <w:r>
              <w:t>kroužky</w:t>
            </w:r>
            <w:proofErr w:type="spellEnd"/>
            <w:r>
              <w:t xml:space="preserve">, </w:t>
            </w:r>
            <w:proofErr w:type="spellStart"/>
            <w:r>
              <w:t>exkurze</w:t>
            </w:r>
            <w:proofErr w:type="spellEnd"/>
            <w:r>
              <w:t xml:space="preserve">, </w:t>
            </w:r>
            <w:proofErr w:type="spellStart"/>
            <w:r>
              <w:t>projekty</w:t>
            </w:r>
            <w:proofErr w:type="spellEnd"/>
            <w:r>
              <w:t>)</w:t>
            </w:r>
          </w:p>
        </w:tc>
        <w:tc>
          <w:tcPr>
            <w:tcW w:w="5760" w:type="dxa"/>
            <w:gridSpan w:val="2"/>
          </w:tcPr>
          <w:p w14:paraId="5F8923B4" w14:textId="2F963945" w:rsidR="007F5847" w:rsidRDefault="007F5847" w:rsidP="00860BE3">
            <w:r>
              <w:t xml:space="preserve">□ </w:t>
            </w:r>
            <w:proofErr w:type="spellStart"/>
            <w:r>
              <w:t>přiměřené</w:t>
            </w:r>
            <w:proofErr w:type="spellEnd"/>
            <w:r>
              <w:t xml:space="preserve">   □ </w:t>
            </w:r>
            <w:proofErr w:type="spellStart"/>
            <w:r>
              <w:t>spíše</w:t>
            </w:r>
            <w:proofErr w:type="spellEnd"/>
            <w:r>
              <w:t xml:space="preserve"> </w:t>
            </w:r>
            <w:proofErr w:type="spellStart"/>
            <w:r>
              <w:t>málo</w:t>
            </w:r>
            <w:proofErr w:type="spellEnd"/>
            <w:r>
              <w:t xml:space="preserve">   □ </w:t>
            </w:r>
            <w:proofErr w:type="spellStart"/>
            <w:r>
              <w:t>příliš</w:t>
            </w:r>
            <w:proofErr w:type="spellEnd"/>
            <w:r>
              <w:t xml:space="preserve"> </w:t>
            </w:r>
            <w:proofErr w:type="spellStart"/>
            <w:r>
              <w:t>mnoho</w:t>
            </w:r>
            <w:proofErr w:type="spellEnd"/>
          </w:p>
        </w:tc>
      </w:tr>
      <w:tr w:rsidR="007F5847" w14:paraId="43402C26" w14:textId="77777777" w:rsidTr="00D714D5">
        <w:tc>
          <w:tcPr>
            <w:tcW w:w="2880" w:type="dxa"/>
          </w:tcPr>
          <w:p w14:paraId="43D54367" w14:textId="77777777" w:rsidR="007F5847" w:rsidRDefault="007F5847" w:rsidP="00860BE3">
            <w:proofErr w:type="spellStart"/>
            <w:r>
              <w:t>Rozvoj</w:t>
            </w:r>
            <w:proofErr w:type="spellEnd"/>
            <w:r>
              <w:t xml:space="preserve"> </w:t>
            </w:r>
            <w:proofErr w:type="spellStart"/>
            <w:r>
              <w:t>dítěte</w:t>
            </w:r>
            <w:proofErr w:type="spellEnd"/>
            <w:r>
              <w:t xml:space="preserve"> (</w:t>
            </w:r>
            <w:proofErr w:type="spellStart"/>
            <w:r>
              <w:t>samostatnost</w:t>
            </w:r>
            <w:proofErr w:type="spellEnd"/>
            <w:r>
              <w:t xml:space="preserve">, </w:t>
            </w:r>
            <w:proofErr w:type="spellStart"/>
            <w:r>
              <w:t>komunikace</w:t>
            </w:r>
            <w:proofErr w:type="spellEnd"/>
            <w:r>
              <w:t xml:space="preserve">, </w:t>
            </w:r>
            <w:proofErr w:type="spellStart"/>
            <w:r>
              <w:t>tvořivost</w:t>
            </w:r>
            <w:proofErr w:type="spellEnd"/>
            <w:r>
              <w:t>)</w:t>
            </w:r>
          </w:p>
        </w:tc>
        <w:tc>
          <w:tcPr>
            <w:tcW w:w="5760" w:type="dxa"/>
            <w:gridSpan w:val="2"/>
          </w:tcPr>
          <w:p w14:paraId="592A3500" w14:textId="7D406A69" w:rsidR="007F5847" w:rsidRDefault="007F5847" w:rsidP="00860BE3">
            <w:r>
              <w:t xml:space="preserve">□ </w:t>
            </w:r>
            <w:proofErr w:type="spellStart"/>
            <w:r>
              <w:t>velmi</w:t>
            </w:r>
            <w:proofErr w:type="spellEnd"/>
            <w:r>
              <w:t xml:space="preserve"> </w:t>
            </w:r>
            <w:proofErr w:type="spellStart"/>
            <w:r>
              <w:t>dobrý</w:t>
            </w:r>
            <w:proofErr w:type="spellEnd"/>
            <w:r>
              <w:t xml:space="preserve">   □ </w:t>
            </w:r>
            <w:proofErr w:type="spellStart"/>
            <w:r>
              <w:t>dobrý</w:t>
            </w:r>
            <w:proofErr w:type="spellEnd"/>
            <w:r>
              <w:t xml:space="preserve">   □ </w:t>
            </w:r>
            <w:proofErr w:type="spellStart"/>
            <w:r>
              <w:t>spíše</w:t>
            </w:r>
            <w:proofErr w:type="spellEnd"/>
            <w:r>
              <w:t xml:space="preserve"> </w:t>
            </w:r>
            <w:proofErr w:type="spellStart"/>
            <w:r>
              <w:t>slabší</w:t>
            </w:r>
            <w:proofErr w:type="spellEnd"/>
            <w:r>
              <w:t xml:space="preserve">   □ </w:t>
            </w:r>
            <w:proofErr w:type="spellStart"/>
            <w:r>
              <w:t>slabý</w:t>
            </w:r>
            <w:proofErr w:type="spellEnd"/>
          </w:p>
        </w:tc>
      </w:tr>
    </w:tbl>
    <w:p w14:paraId="0FEA7DE8" w14:textId="77777777" w:rsidR="00044109" w:rsidRDefault="00044109" w:rsidP="00044109"/>
    <w:p w14:paraId="31ECE76D" w14:textId="77777777" w:rsidR="00044109" w:rsidRDefault="00044109" w:rsidP="00044109">
      <w:pPr>
        <w:pStyle w:val="Nadpis2"/>
      </w:pPr>
      <w:r>
        <w:t xml:space="preserve">III. </w:t>
      </w:r>
      <w:proofErr w:type="spellStart"/>
      <w:r>
        <w:t>Spolupráce</w:t>
      </w:r>
      <w:proofErr w:type="spellEnd"/>
      <w:r>
        <w:t xml:space="preserve"> s </w:t>
      </w:r>
      <w:proofErr w:type="spellStart"/>
      <w:r>
        <w:t>rodiči</w:t>
      </w:r>
      <w:proofErr w:type="spellEnd"/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880"/>
        <w:gridCol w:w="2880"/>
        <w:gridCol w:w="2880"/>
      </w:tblGrid>
      <w:tr w:rsidR="00044109" w14:paraId="2850BAEC" w14:textId="77777777" w:rsidTr="00860BE3">
        <w:tc>
          <w:tcPr>
            <w:tcW w:w="2880" w:type="dxa"/>
          </w:tcPr>
          <w:p w14:paraId="687718A3" w14:textId="77777777" w:rsidR="00044109" w:rsidRDefault="00044109" w:rsidP="00860BE3">
            <w:r>
              <w:t>Oblast</w:t>
            </w:r>
          </w:p>
        </w:tc>
        <w:tc>
          <w:tcPr>
            <w:tcW w:w="2880" w:type="dxa"/>
          </w:tcPr>
          <w:p w14:paraId="3BF90F77" w14:textId="77777777" w:rsidR="00044109" w:rsidRDefault="00044109" w:rsidP="00860BE3">
            <w:proofErr w:type="spellStart"/>
            <w:r>
              <w:t>Hodnocení</w:t>
            </w:r>
            <w:proofErr w:type="spellEnd"/>
          </w:p>
        </w:tc>
        <w:tc>
          <w:tcPr>
            <w:tcW w:w="2880" w:type="dxa"/>
          </w:tcPr>
          <w:p w14:paraId="5CD3116F" w14:textId="77777777" w:rsidR="00044109" w:rsidRDefault="00044109" w:rsidP="00860BE3">
            <w:proofErr w:type="spellStart"/>
            <w:r>
              <w:t>Komentář</w:t>
            </w:r>
            <w:proofErr w:type="spellEnd"/>
          </w:p>
        </w:tc>
      </w:tr>
      <w:tr w:rsidR="007F5847" w14:paraId="4B65B270" w14:textId="77777777" w:rsidTr="00577CDE">
        <w:tc>
          <w:tcPr>
            <w:tcW w:w="2880" w:type="dxa"/>
          </w:tcPr>
          <w:p w14:paraId="3C1FC348" w14:textId="77777777" w:rsidR="007F5847" w:rsidRDefault="007F5847" w:rsidP="00860BE3">
            <w:proofErr w:type="spellStart"/>
            <w:r>
              <w:t>Informovanost</w:t>
            </w:r>
            <w:proofErr w:type="spellEnd"/>
            <w:r>
              <w:t xml:space="preserve"> o </w:t>
            </w:r>
            <w:proofErr w:type="spellStart"/>
            <w:r>
              <w:t>dění</w:t>
            </w:r>
            <w:proofErr w:type="spellEnd"/>
            <w:r>
              <w:t xml:space="preserve"> </w:t>
            </w:r>
            <w:proofErr w:type="spellStart"/>
            <w:r>
              <w:t>ve</w:t>
            </w:r>
            <w:proofErr w:type="spellEnd"/>
            <w:r>
              <w:t xml:space="preserve"> </w:t>
            </w:r>
            <w:proofErr w:type="spellStart"/>
            <w:r>
              <w:t>školce</w:t>
            </w:r>
            <w:proofErr w:type="spellEnd"/>
          </w:p>
        </w:tc>
        <w:tc>
          <w:tcPr>
            <w:tcW w:w="5760" w:type="dxa"/>
            <w:gridSpan w:val="2"/>
          </w:tcPr>
          <w:p w14:paraId="172D997B" w14:textId="32901D6F" w:rsidR="007F5847" w:rsidRDefault="007F5847" w:rsidP="00860BE3">
            <w:r>
              <w:t xml:space="preserve">□ </w:t>
            </w:r>
            <w:proofErr w:type="spellStart"/>
            <w:r>
              <w:t>výborná</w:t>
            </w:r>
            <w:proofErr w:type="spellEnd"/>
            <w:r>
              <w:t xml:space="preserve">   □ </w:t>
            </w:r>
            <w:proofErr w:type="spellStart"/>
            <w:r>
              <w:t>dobrá</w:t>
            </w:r>
            <w:proofErr w:type="spellEnd"/>
            <w:r>
              <w:t xml:space="preserve">   □ </w:t>
            </w:r>
            <w:proofErr w:type="spellStart"/>
            <w:r>
              <w:t>slabší</w:t>
            </w:r>
            <w:proofErr w:type="spellEnd"/>
            <w:r>
              <w:t xml:space="preserve">   □ </w:t>
            </w:r>
            <w:proofErr w:type="spellStart"/>
            <w:r>
              <w:t>nedostatečná</w:t>
            </w:r>
            <w:proofErr w:type="spellEnd"/>
          </w:p>
        </w:tc>
      </w:tr>
      <w:tr w:rsidR="007F5847" w14:paraId="4B1B5600" w14:textId="77777777" w:rsidTr="00D27F08">
        <w:tc>
          <w:tcPr>
            <w:tcW w:w="2880" w:type="dxa"/>
          </w:tcPr>
          <w:p w14:paraId="177B59B7" w14:textId="77777777" w:rsidR="007F5847" w:rsidRDefault="007F5847" w:rsidP="00860BE3">
            <w:proofErr w:type="spellStart"/>
            <w:r>
              <w:t>Možnost</w:t>
            </w:r>
            <w:proofErr w:type="spellEnd"/>
            <w:r>
              <w:t xml:space="preserve"> </w:t>
            </w:r>
            <w:proofErr w:type="spellStart"/>
            <w:r>
              <w:t>účasti</w:t>
            </w:r>
            <w:proofErr w:type="spellEnd"/>
            <w:r>
              <w:t xml:space="preserve"> </w:t>
            </w:r>
            <w:proofErr w:type="spellStart"/>
            <w:r>
              <w:t>rodičů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akcích</w:t>
            </w:r>
            <w:proofErr w:type="spellEnd"/>
            <w:r>
              <w:t xml:space="preserve"> </w:t>
            </w:r>
            <w:proofErr w:type="spellStart"/>
            <w:r>
              <w:t>školy</w:t>
            </w:r>
            <w:proofErr w:type="spellEnd"/>
          </w:p>
        </w:tc>
        <w:tc>
          <w:tcPr>
            <w:tcW w:w="5760" w:type="dxa"/>
            <w:gridSpan w:val="2"/>
          </w:tcPr>
          <w:p w14:paraId="59451AA0" w14:textId="3D7F6985" w:rsidR="007F5847" w:rsidRDefault="007F5847" w:rsidP="00860BE3">
            <w:r>
              <w:t xml:space="preserve">□ </w:t>
            </w:r>
            <w:proofErr w:type="spellStart"/>
            <w:r>
              <w:t>dostatečná</w:t>
            </w:r>
            <w:proofErr w:type="spellEnd"/>
            <w:r>
              <w:t xml:space="preserve">   □ </w:t>
            </w:r>
            <w:proofErr w:type="spellStart"/>
            <w:r>
              <w:t>spíše</w:t>
            </w:r>
            <w:proofErr w:type="spellEnd"/>
            <w:r>
              <w:t xml:space="preserve"> </w:t>
            </w:r>
            <w:proofErr w:type="spellStart"/>
            <w:r>
              <w:t>slabá</w:t>
            </w:r>
            <w:proofErr w:type="spellEnd"/>
            <w:r>
              <w:t xml:space="preserve">   □ </w:t>
            </w:r>
            <w:proofErr w:type="spellStart"/>
            <w:r>
              <w:t>nedostatečná</w:t>
            </w:r>
            <w:proofErr w:type="spellEnd"/>
          </w:p>
        </w:tc>
      </w:tr>
      <w:tr w:rsidR="007F5847" w14:paraId="5795B72F" w14:textId="77777777" w:rsidTr="00942ADD">
        <w:tc>
          <w:tcPr>
            <w:tcW w:w="2880" w:type="dxa"/>
          </w:tcPr>
          <w:p w14:paraId="72BF0AB9" w14:textId="77777777" w:rsidR="007F5847" w:rsidRDefault="007F5847" w:rsidP="00860BE3">
            <w:proofErr w:type="spellStart"/>
            <w:r>
              <w:t>Otevřenost</w:t>
            </w:r>
            <w:proofErr w:type="spellEnd"/>
            <w:r>
              <w:t xml:space="preserve"> </w:t>
            </w:r>
            <w:proofErr w:type="spellStart"/>
            <w:r>
              <w:t>školy</w:t>
            </w:r>
            <w:proofErr w:type="spellEnd"/>
            <w:r>
              <w:t xml:space="preserve"> </w:t>
            </w:r>
            <w:proofErr w:type="spellStart"/>
            <w:r>
              <w:t>vůči</w:t>
            </w:r>
            <w:proofErr w:type="spellEnd"/>
            <w:r>
              <w:t xml:space="preserve"> </w:t>
            </w:r>
            <w:proofErr w:type="spellStart"/>
            <w:r>
              <w:t>podnětům</w:t>
            </w:r>
            <w:proofErr w:type="spellEnd"/>
            <w:r>
              <w:t xml:space="preserve"> </w:t>
            </w:r>
            <w:proofErr w:type="spellStart"/>
            <w:r>
              <w:t>rodičů</w:t>
            </w:r>
            <w:proofErr w:type="spellEnd"/>
          </w:p>
        </w:tc>
        <w:tc>
          <w:tcPr>
            <w:tcW w:w="5760" w:type="dxa"/>
            <w:gridSpan w:val="2"/>
          </w:tcPr>
          <w:p w14:paraId="1CBE9CE5" w14:textId="721A5757" w:rsidR="007F5847" w:rsidRDefault="007F5847" w:rsidP="00860BE3">
            <w:r>
              <w:t xml:space="preserve">□ </w:t>
            </w:r>
            <w:proofErr w:type="spellStart"/>
            <w:r>
              <w:t>výborná</w:t>
            </w:r>
            <w:proofErr w:type="spellEnd"/>
            <w:r>
              <w:t xml:space="preserve">   □ </w:t>
            </w:r>
            <w:proofErr w:type="spellStart"/>
            <w:r>
              <w:t>dobrá</w:t>
            </w:r>
            <w:proofErr w:type="spellEnd"/>
            <w:r>
              <w:t xml:space="preserve">   □ </w:t>
            </w:r>
            <w:proofErr w:type="spellStart"/>
            <w:r>
              <w:t>slabší</w:t>
            </w:r>
            <w:proofErr w:type="spellEnd"/>
            <w:r>
              <w:t xml:space="preserve">   □ </w:t>
            </w:r>
            <w:proofErr w:type="spellStart"/>
            <w:r>
              <w:t>špatná</w:t>
            </w:r>
            <w:proofErr w:type="spellEnd"/>
          </w:p>
        </w:tc>
      </w:tr>
    </w:tbl>
    <w:p w14:paraId="25A1768B" w14:textId="77777777" w:rsidR="00044109" w:rsidRDefault="00044109" w:rsidP="00044109"/>
    <w:p w14:paraId="2F17EC28" w14:textId="77777777" w:rsidR="0048157E" w:rsidRDefault="0048157E" w:rsidP="00044109"/>
    <w:p w14:paraId="70C637AF" w14:textId="77777777" w:rsidR="0048157E" w:rsidRDefault="0048157E" w:rsidP="00044109"/>
    <w:p w14:paraId="36EB7EBB" w14:textId="77777777" w:rsidR="0048157E" w:rsidRDefault="0048157E" w:rsidP="00044109"/>
    <w:p w14:paraId="03CD93DA" w14:textId="77777777" w:rsidR="0048157E" w:rsidRDefault="0048157E" w:rsidP="00044109"/>
    <w:p w14:paraId="3E4D7EA0" w14:textId="77777777" w:rsidR="00044109" w:rsidRDefault="00044109" w:rsidP="00044109">
      <w:pPr>
        <w:pStyle w:val="Nadpis2"/>
      </w:pPr>
      <w:r>
        <w:lastRenderedPageBreak/>
        <w:t xml:space="preserve">IV. </w:t>
      </w:r>
      <w:proofErr w:type="spellStart"/>
      <w:r>
        <w:t>Otevřené</w:t>
      </w:r>
      <w:proofErr w:type="spellEnd"/>
      <w:r>
        <w:t xml:space="preserve"> </w:t>
      </w:r>
      <w:proofErr w:type="spellStart"/>
      <w:r>
        <w:t>otázky</w:t>
      </w:r>
      <w:proofErr w:type="spellEnd"/>
    </w:p>
    <w:p w14:paraId="3DFF8895" w14:textId="77777777" w:rsidR="00044109" w:rsidRDefault="00044109" w:rsidP="00A374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Co </w:t>
      </w:r>
      <w:proofErr w:type="spellStart"/>
      <w:r>
        <w:t>na</w:t>
      </w:r>
      <w:proofErr w:type="spellEnd"/>
      <w:r>
        <w:t xml:space="preserve"> </w:t>
      </w:r>
      <w:proofErr w:type="spellStart"/>
      <w:r>
        <w:t>školce</w:t>
      </w:r>
      <w:proofErr w:type="spellEnd"/>
      <w:r>
        <w:t xml:space="preserve"> </w:t>
      </w:r>
      <w:proofErr w:type="spellStart"/>
      <w:r>
        <w:t>oceňujete</w:t>
      </w:r>
      <w:proofErr w:type="spellEnd"/>
      <w:r>
        <w:t xml:space="preserve"> </w:t>
      </w:r>
      <w:proofErr w:type="spellStart"/>
      <w:r>
        <w:t>nejvíce</w:t>
      </w:r>
      <w:proofErr w:type="spellEnd"/>
      <w:r>
        <w:t>?</w:t>
      </w:r>
    </w:p>
    <w:p w14:paraId="71C2EA14" w14:textId="58DA24E1" w:rsidR="00A374D2" w:rsidRDefault="00044109" w:rsidP="00A374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br/>
      </w:r>
      <w:r>
        <w:br/>
      </w:r>
      <w:r>
        <w:br/>
      </w:r>
    </w:p>
    <w:p w14:paraId="1F6600D4" w14:textId="77777777" w:rsidR="00A374D2" w:rsidRDefault="00A374D2" w:rsidP="00A374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DB99D1A" w14:textId="77777777" w:rsidR="00272B49" w:rsidRDefault="00272B49" w:rsidP="00044109"/>
    <w:p w14:paraId="7AA8D42C" w14:textId="43903121" w:rsidR="00044109" w:rsidRDefault="00044109" w:rsidP="00272B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Co by se </w:t>
      </w:r>
      <w:proofErr w:type="spellStart"/>
      <w:r>
        <w:t>podle</w:t>
      </w:r>
      <w:proofErr w:type="spellEnd"/>
      <w:r>
        <w:t xml:space="preserve"> </w:t>
      </w:r>
      <w:proofErr w:type="spellStart"/>
      <w:r>
        <w:t>Vás</w:t>
      </w:r>
      <w:proofErr w:type="spellEnd"/>
      <w:r>
        <w:t xml:space="preserve"> </w:t>
      </w:r>
      <w:proofErr w:type="spellStart"/>
      <w:r>
        <w:t>mělo</w:t>
      </w:r>
      <w:proofErr w:type="spellEnd"/>
      <w:r>
        <w:t xml:space="preserve"> </w:t>
      </w:r>
      <w:proofErr w:type="spellStart"/>
      <w:r>
        <w:t>zlepšit</w:t>
      </w:r>
      <w:proofErr w:type="spellEnd"/>
      <w:r>
        <w:t>?</w:t>
      </w:r>
    </w:p>
    <w:p w14:paraId="39E08662" w14:textId="77777777" w:rsidR="00044109" w:rsidRDefault="00044109" w:rsidP="00272B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br/>
      </w:r>
      <w:r>
        <w:br/>
      </w:r>
      <w:r>
        <w:br/>
      </w:r>
    </w:p>
    <w:p w14:paraId="5FA753CF" w14:textId="77777777" w:rsidR="00272B49" w:rsidRDefault="00272B49" w:rsidP="00272B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319EC3A" w14:textId="77777777" w:rsidR="00272B49" w:rsidRDefault="00272B49" w:rsidP="00044109"/>
    <w:p w14:paraId="759034BD" w14:textId="54D0A36A" w:rsidR="00044109" w:rsidRDefault="00044109" w:rsidP="00272B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spellStart"/>
      <w:r>
        <w:t>Jaké</w:t>
      </w:r>
      <w:proofErr w:type="spellEnd"/>
      <w:r>
        <w:t xml:space="preserve"> </w:t>
      </w:r>
      <w:proofErr w:type="spellStart"/>
      <w:r>
        <w:t>akce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činnosti</w:t>
      </w:r>
      <w:proofErr w:type="spellEnd"/>
      <w:r>
        <w:t xml:space="preserve"> </w:t>
      </w:r>
      <w:proofErr w:type="spellStart"/>
      <w:r>
        <w:t>byste</w:t>
      </w:r>
      <w:proofErr w:type="spellEnd"/>
      <w:r>
        <w:t xml:space="preserve"> </w:t>
      </w:r>
      <w:proofErr w:type="spellStart"/>
      <w:r>
        <w:t>uvítali</w:t>
      </w:r>
      <w:proofErr w:type="spellEnd"/>
      <w:r>
        <w:t xml:space="preserve"> do </w:t>
      </w:r>
      <w:proofErr w:type="spellStart"/>
      <w:r>
        <w:t>budoucna</w:t>
      </w:r>
      <w:proofErr w:type="spellEnd"/>
      <w:r>
        <w:t>?</w:t>
      </w:r>
    </w:p>
    <w:p w14:paraId="2517EE13" w14:textId="77777777" w:rsidR="0048157E" w:rsidRDefault="0048157E" w:rsidP="00272B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FC3E463" w14:textId="77777777" w:rsidR="00A374D2" w:rsidRDefault="00A374D2" w:rsidP="00272B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3629D0B" w14:textId="77777777" w:rsidR="00272B49" w:rsidRDefault="00272B49" w:rsidP="00272B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C3A904E" w14:textId="77777777" w:rsidR="00272B49" w:rsidRDefault="00272B49" w:rsidP="00272B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0CFBF1F" w14:textId="77777777" w:rsidR="00272B49" w:rsidRDefault="00272B49" w:rsidP="00044109"/>
    <w:p w14:paraId="1B709BC2" w14:textId="6DBEEE7A" w:rsidR="0048157E" w:rsidRDefault="0048157E" w:rsidP="00272B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spellStart"/>
      <w:r>
        <w:t>Mapište</w:t>
      </w:r>
      <w:proofErr w:type="spellEnd"/>
      <w:r>
        <w:t xml:space="preserve"> </w:t>
      </w:r>
      <w:proofErr w:type="spellStart"/>
      <w:r>
        <w:t>jakoukoli</w:t>
      </w:r>
      <w:proofErr w:type="spellEnd"/>
      <w:r>
        <w:t xml:space="preserve"> </w:t>
      </w:r>
      <w:proofErr w:type="spellStart"/>
      <w:r>
        <w:t>oznámku</w:t>
      </w:r>
      <w:proofErr w:type="spellEnd"/>
      <w:r>
        <w:t xml:space="preserve">, </w:t>
      </w:r>
      <w:proofErr w:type="spellStart"/>
      <w:r>
        <w:t>myšlenku</w:t>
      </w:r>
      <w:proofErr w:type="spellEnd"/>
      <w:r>
        <w:t xml:space="preserve">, </w:t>
      </w:r>
      <w:proofErr w:type="spellStart"/>
      <w:r>
        <w:t>pocit</w:t>
      </w:r>
      <w:proofErr w:type="spellEnd"/>
      <w:r>
        <w:t xml:space="preserve">, </w:t>
      </w:r>
      <w:proofErr w:type="spellStart"/>
      <w:r>
        <w:t>návrh</w:t>
      </w:r>
      <w:proofErr w:type="spellEnd"/>
      <w:r>
        <w:t>….</w:t>
      </w:r>
    </w:p>
    <w:p w14:paraId="7E8F6DE6" w14:textId="77777777" w:rsidR="00A374D2" w:rsidRDefault="00A374D2" w:rsidP="00272B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2036000" w14:textId="77777777" w:rsidR="00044109" w:rsidRDefault="00044109" w:rsidP="00272B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cs-CZ"/>
        </w:rPr>
      </w:pPr>
    </w:p>
    <w:p w14:paraId="0BA9CF41" w14:textId="77777777" w:rsidR="00272B49" w:rsidRDefault="00272B49" w:rsidP="00272B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cs-CZ"/>
        </w:rPr>
      </w:pPr>
    </w:p>
    <w:p w14:paraId="14C93E43" w14:textId="77777777" w:rsidR="00272B49" w:rsidRPr="001F4451" w:rsidRDefault="00272B49" w:rsidP="00272B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cs-CZ"/>
        </w:rPr>
      </w:pPr>
    </w:p>
    <w:sectPr w:rsidR="00272B49" w:rsidRPr="001F4451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slovanse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slovanse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Seznamsodrka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Seznamsodrka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0B01C5A"/>
    <w:multiLevelType w:val="multilevel"/>
    <w:tmpl w:val="C818D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9FA5C4E"/>
    <w:multiLevelType w:val="multilevel"/>
    <w:tmpl w:val="BE404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C0B318B"/>
    <w:multiLevelType w:val="multilevel"/>
    <w:tmpl w:val="A546E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1B801EA"/>
    <w:multiLevelType w:val="multilevel"/>
    <w:tmpl w:val="13AE5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0465779"/>
    <w:multiLevelType w:val="multilevel"/>
    <w:tmpl w:val="FF948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2F12747"/>
    <w:multiLevelType w:val="multilevel"/>
    <w:tmpl w:val="276CD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DB3596A"/>
    <w:multiLevelType w:val="multilevel"/>
    <w:tmpl w:val="09C88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4902E52"/>
    <w:multiLevelType w:val="multilevel"/>
    <w:tmpl w:val="21F040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B196E13"/>
    <w:multiLevelType w:val="multilevel"/>
    <w:tmpl w:val="5A9A3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770669D"/>
    <w:multiLevelType w:val="hybridMultilevel"/>
    <w:tmpl w:val="3C2EFAC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DB46D0"/>
    <w:multiLevelType w:val="multilevel"/>
    <w:tmpl w:val="B3147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F775730"/>
    <w:multiLevelType w:val="multilevel"/>
    <w:tmpl w:val="4C442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FF159B0"/>
    <w:multiLevelType w:val="multilevel"/>
    <w:tmpl w:val="1C8EF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7323988"/>
    <w:multiLevelType w:val="multilevel"/>
    <w:tmpl w:val="BAF28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8C22B76"/>
    <w:multiLevelType w:val="multilevel"/>
    <w:tmpl w:val="27961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B446076"/>
    <w:multiLevelType w:val="multilevel"/>
    <w:tmpl w:val="9DD69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E131700"/>
    <w:multiLevelType w:val="multilevel"/>
    <w:tmpl w:val="152EF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2FF6B38"/>
    <w:multiLevelType w:val="multilevel"/>
    <w:tmpl w:val="40266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7E96848"/>
    <w:multiLevelType w:val="multilevel"/>
    <w:tmpl w:val="B9821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C8E278C"/>
    <w:multiLevelType w:val="hybridMultilevel"/>
    <w:tmpl w:val="3B7443A2"/>
    <w:lvl w:ilvl="0" w:tplc="CE54EE4A">
      <w:start w:val="3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57290990">
    <w:abstractNumId w:val="8"/>
  </w:num>
  <w:num w:numId="2" w16cid:durableId="1996493177">
    <w:abstractNumId w:val="6"/>
  </w:num>
  <w:num w:numId="3" w16cid:durableId="1825002982">
    <w:abstractNumId w:val="5"/>
  </w:num>
  <w:num w:numId="4" w16cid:durableId="860701815">
    <w:abstractNumId w:val="4"/>
  </w:num>
  <w:num w:numId="5" w16cid:durableId="1549563572">
    <w:abstractNumId w:val="7"/>
  </w:num>
  <w:num w:numId="6" w16cid:durableId="1310204252">
    <w:abstractNumId w:val="3"/>
  </w:num>
  <w:num w:numId="7" w16cid:durableId="1402681518">
    <w:abstractNumId w:val="2"/>
  </w:num>
  <w:num w:numId="8" w16cid:durableId="126438838">
    <w:abstractNumId w:val="1"/>
  </w:num>
  <w:num w:numId="9" w16cid:durableId="1937858630">
    <w:abstractNumId w:val="0"/>
  </w:num>
  <w:num w:numId="10" w16cid:durableId="2090424384">
    <w:abstractNumId w:val="17"/>
  </w:num>
  <w:num w:numId="11" w16cid:durableId="993803777">
    <w:abstractNumId w:val="14"/>
  </w:num>
  <w:num w:numId="12" w16cid:durableId="646275834">
    <w:abstractNumId w:val="25"/>
  </w:num>
  <w:num w:numId="13" w16cid:durableId="727998520">
    <w:abstractNumId w:val="20"/>
  </w:num>
  <w:num w:numId="14" w16cid:durableId="314988520">
    <w:abstractNumId w:val="13"/>
  </w:num>
  <w:num w:numId="15" w16cid:durableId="887228606">
    <w:abstractNumId w:val="12"/>
  </w:num>
  <w:num w:numId="16" w16cid:durableId="1249190541">
    <w:abstractNumId w:val="21"/>
  </w:num>
  <w:num w:numId="17" w16cid:durableId="1137794839">
    <w:abstractNumId w:val="16"/>
  </w:num>
  <w:num w:numId="18" w16cid:durableId="1015184789">
    <w:abstractNumId w:val="18"/>
  </w:num>
  <w:num w:numId="19" w16cid:durableId="1470172346">
    <w:abstractNumId w:val="28"/>
  </w:num>
  <w:num w:numId="20" w16cid:durableId="2057854997">
    <w:abstractNumId w:val="24"/>
  </w:num>
  <w:num w:numId="21" w16cid:durableId="362095063">
    <w:abstractNumId w:val="19"/>
  </w:num>
  <w:num w:numId="22" w16cid:durableId="3829122">
    <w:abstractNumId w:val="23"/>
  </w:num>
  <w:num w:numId="23" w16cid:durableId="1954245095">
    <w:abstractNumId w:val="22"/>
  </w:num>
  <w:num w:numId="24" w16cid:durableId="152914606">
    <w:abstractNumId w:val="11"/>
  </w:num>
  <w:num w:numId="25" w16cid:durableId="1075124695">
    <w:abstractNumId w:val="15"/>
  </w:num>
  <w:num w:numId="26" w16cid:durableId="263811359">
    <w:abstractNumId w:val="26"/>
  </w:num>
  <w:num w:numId="27" w16cid:durableId="902177039">
    <w:abstractNumId w:val="10"/>
  </w:num>
  <w:num w:numId="28" w16cid:durableId="74520226">
    <w:abstractNumId w:val="9"/>
  </w:num>
  <w:num w:numId="29" w16cid:durableId="1576626735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05B8D"/>
    <w:rsid w:val="00010EFB"/>
    <w:rsid w:val="00016A85"/>
    <w:rsid w:val="00034616"/>
    <w:rsid w:val="00035DA1"/>
    <w:rsid w:val="000375D9"/>
    <w:rsid w:val="00044109"/>
    <w:rsid w:val="00053685"/>
    <w:rsid w:val="0006063C"/>
    <w:rsid w:val="00075DA1"/>
    <w:rsid w:val="00075E1D"/>
    <w:rsid w:val="00096AC4"/>
    <w:rsid w:val="000A2A25"/>
    <w:rsid w:val="0013021C"/>
    <w:rsid w:val="00147C88"/>
    <w:rsid w:val="0015074B"/>
    <w:rsid w:val="00185C27"/>
    <w:rsid w:val="001943B7"/>
    <w:rsid w:val="001956C1"/>
    <w:rsid w:val="001B1203"/>
    <w:rsid w:val="001B4317"/>
    <w:rsid w:val="001F4451"/>
    <w:rsid w:val="00216A97"/>
    <w:rsid w:val="00230C03"/>
    <w:rsid w:val="00272B49"/>
    <w:rsid w:val="00272B5A"/>
    <w:rsid w:val="00277562"/>
    <w:rsid w:val="00294FD4"/>
    <w:rsid w:val="0029639D"/>
    <w:rsid w:val="002B749D"/>
    <w:rsid w:val="002D4F88"/>
    <w:rsid w:val="00301AB5"/>
    <w:rsid w:val="00306AAC"/>
    <w:rsid w:val="00326F90"/>
    <w:rsid w:val="003628B2"/>
    <w:rsid w:val="00376935"/>
    <w:rsid w:val="003C1AB8"/>
    <w:rsid w:val="003F28C7"/>
    <w:rsid w:val="00472612"/>
    <w:rsid w:val="0048157E"/>
    <w:rsid w:val="004A640F"/>
    <w:rsid w:val="004C612A"/>
    <w:rsid w:val="004C6213"/>
    <w:rsid w:val="004C6585"/>
    <w:rsid w:val="004D1804"/>
    <w:rsid w:val="004E1FB4"/>
    <w:rsid w:val="00544B9B"/>
    <w:rsid w:val="00567112"/>
    <w:rsid w:val="00583315"/>
    <w:rsid w:val="00585854"/>
    <w:rsid w:val="005B3AED"/>
    <w:rsid w:val="005D22A8"/>
    <w:rsid w:val="005E16A3"/>
    <w:rsid w:val="005F7DFB"/>
    <w:rsid w:val="00626C85"/>
    <w:rsid w:val="00631D20"/>
    <w:rsid w:val="006633BC"/>
    <w:rsid w:val="00664E33"/>
    <w:rsid w:val="0067205A"/>
    <w:rsid w:val="0068702F"/>
    <w:rsid w:val="006F3F0F"/>
    <w:rsid w:val="00714136"/>
    <w:rsid w:val="00727366"/>
    <w:rsid w:val="00745799"/>
    <w:rsid w:val="00756699"/>
    <w:rsid w:val="007B645F"/>
    <w:rsid w:val="007C66C6"/>
    <w:rsid w:val="007D3A4E"/>
    <w:rsid w:val="007E750C"/>
    <w:rsid w:val="007F2161"/>
    <w:rsid w:val="007F5847"/>
    <w:rsid w:val="008056A2"/>
    <w:rsid w:val="00805DC3"/>
    <w:rsid w:val="00830756"/>
    <w:rsid w:val="00887652"/>
    <w:rsid w:val="008C4628"/>
    <w:rsid w:val="009257BD"/>
    <w:rsid w:val="0095485B"/>
    <w:rsid w:val="00955CAE"/>
    <w:rsid w:val="00960133"/>
    <w:rsid w:val="00972FDD"/>
    <w:rsid w:val="00996E10"/>
    <w:rsid w:val="009A3CA6"/>
    <w:rsid w:val="009B2879"/>
    <w:rsid w:val="00A14AE1"/>
    <w:rsid w:val="00A374D2"/>
    <w:rsid w:val="00A66BE2"/>
    <w:rsid w:val="00A70B15"/>
    <w:rsid w:val="00AA1D8D"/>
    <w:rsid w:val="00AA22F3"/>
    <w:rsid w:val="00AC5976"/>
    <w:rsid w:val="00AF24C6"/>
    <w:rsid w:val="00B310A8"/>
    <w:rsid w:val="00B47730"/>
    <w:rsid w:val="00B75243"/>
    <w:rsid w:val="00B87770"/>
    <w:rsid w:val="00BB1D78"/>
    <w:rsid w:val="00C1179E"/>
    <w:rsid w:val="00C22D72"/>
    <w:rsid w:val="00C32ED0"/>
    <w:rsid w:val="00C36A9E"/>
    <w:rsid w:val="00CB0664"/>
    <w:rsid w:val="00D108DE"/>
    <w:rsid w:val="00D16680"/>
    <w:rsid w:val="00D21456"/>
    <w:rsid w:val="00D220BC"/>
    <w:rsid w:val="00D269A2"/>
    <w:rsid w:val="00D504D7"/>
    <w:rsid w:val="00D6145F"/>
    <w:rsid w:val="00D73F25"/>
    <w:rsid w:val="00D810A0"/>
    <w:rsid w:val="00D869E8"/>
    <w:rsid w:val="00D913E8"/>
    <w:rsid w:val="00DC45B9"/>
    <w:rsid w:val="00E05CD8"/>
    <w:rsid w:val="00E07565"/>
    <w:rsid w:val="00E10AA1"/>
    <w:rsid w:val="00E17D13"/>
    <w:rsid w:val="00E9199F"/>
    <w:rsid w:val="00ED359B"/>
    <w:rsid w:val="00EF289F"/>
    <w:rsid w:val="00EF30AA"/>
    <w:rsid w:val="00F025BD"/>
    <w:rsid w:val="00F2218B"/>
    <w:rsid w:val="00F41DE6"/>
    <w:rsid w:val="00F6072A"/>
    <w:rsid w:val="00FA34BF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B7BCBBB"/>
  <w14:defaultImageDpi w14:val="300"/>
  <w15:docId w15:val="{59D16ED0-6CB4-4384-AE0D-4DF02ABF6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C693F"/>
  </w:style>
  <w:style w:type="paragraph" w:styleId="Nadpis1">
    <w:name w:val="heading 1"/>
    <w:basedOn w:val="Normln"/>
    <w:next w:val="Normln"/>
    <w:link w:val="Nadpis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618BF"/>
  </w:style>
  <w:style w:type="paragraph" w:styleId="Zpat">
    <w:name w:val="footer"/>
    <w:basedOn w:val="Normln"/>
    <w:link w:val="Zpat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618BF"/>
  </w:style>
  <w:style w:type="paragraph" w:styleId="Bezmezer">
    <w:name w:val="No Spacing"/>
    <w:uiPriority w:val="1"/>
    <w:qFormat/>
    <w:rsid w:val="00FC693F"/>
    <w:pPr>
      <w:spacing w:after="0" w:line="240" w:lineRule="auto"/>
    </w:pPr>
  </w:style>
  <w:style w:type="character" w:customStyle="1" w:styleId="Nadpis1Char">
    <w:name w:val="Nadpis 1 Char"/>
    <w:basedOn w:val="Standardnpsmoodstavce"/>
    <w:link w:val="Nadpis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zev">
    <w:name w:val="Title"/>
    <w:basedOn w:val="Normln"/>
    <w:next w:val="Normln"/>
    <w:link w:val="Nzev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FC693F"/>
    <w:pPr>
      <w:ind w:left="720"/>
      <w:contextualSpacing/>
    </w:pPr>
  </w:style>
  <w:style w:type="paragraph" w:styleId="Zkladntext">
    <w:name w:val="Body Text"/>
    <w:basedOn w:val="Normln"/>
    <w:link w:val="ZkladntextChar"/>
    <w:uiPriority w:val="99"/>
    <w:unhideWhenUsed/>
    <w:rsid w:val="00AA1D8D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rsid w:val="00AA1D8D"/>
  </w:style>
  <w:style w:type="paragraph" w:styleId="Zkladntext2">
    <w:name w:val="Body Text 2"/>
    <w:basedOn w:val="Normln"/>
    <w:link w:val="Zkladntext2Char"/>
    <w:uiPriority w:val="99"/>
    <w:unhideWhenUsed/>
    <w:rsid w:val="00AA1D8D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rsid w:val="00AA1D8D"/>
  </w:style>
  <w:style w:type="paragraph" w:styleId="Zkladntext3">
    <w:name w:val="Body Text 3"/>
    <w:basedOn w:val="Normln"/>
    <w:link w:val="Zkladn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rsid w:val="00AA1D8D"/>
    <w:rPr>
      <w:sz w:val="16"/>
      <w:szCs w:val="16"/>
    </w:rPr>
  </w:style>
  <w:style w:type="paragraph" w:styleId="Seznam">
    <w:name w:val="List"/>
    <w:basedOn w:val="Normln"/>
    <w:uiPriority w:val="99"/>
    <w:unhideWhenUsed/>
    <w:rsid w:val="00AA1D8D"/>
    <w:pPr>
      <w:ind w:left="360" w:hanging="360"/>
      <w:contextualSpacing/>
    </w:pPr>
  </w:style>
  <w:style w:type="paragraph" w:styleId="Seznam2">
    <w:name w:val="List 2"/>
    <w:basedOn w:val="Normln"/>
    <w:uiPriority w:val="99"/>
    <w:unhideWhenUsed/>
    <w:rsid w:val="00326F90"/>
    <w:pPr>
      <w:ind w:left="720" w:hanging="360"/>
      <w:contextualSpacing/>
    </w:pPr>
  </w:style>
  <w:style w:type="paragraph" w:styleId="Seznam3">
    <w:name w:val="List 3"/>
    <w:basedOn w:val="Normln"/>
    <w:uiPriority w:val="99"/>
    <w:unhideWhenUsed/>
    <w:rsid w:val="00326F90"/>
    <w:pPr>
      <w:ind w:left="1080" w:hanging="360"/>
      <w:contextualSpacing/>
    </w:pPr>
  </w:style>
  <w:style w:type="paragraph" w:styleId="Seznamsodrkami">
    <w:name w:val="List Bullet"/>
    <w:basedOn w:val="Normln"/>
    <w:uiPriority w:val="99"/>
    <w:unhideWhenUsed/>
    <w:rsid w:val="00326F90"/>
    <w:pPr>
      <w:numPr>
        <w:numId w:val="1"/>
      </w:numPr>
      <w:contextualSpacing/>
    </w:pPr>
  </w:style>
  <w:style w:type="paragraph" w:styleId="Seznamsodrkami2">
    <w:name w:val="List Bullet 2"/>
    <w:basedOn w:val="Normln"/>
    <w:uiPriority w:val="99"/>
    <w:unhideWhenUsed/>
    <w:rsid w:val="00326F90"/>
    <w:pPr>
      <w:numPr>
        <w:numId w:val="2"/>
      </w:numPr>
      <w:contextualSpacing/>
    </w:pPr>
  </w:style>
  <w:style w:type="paragraph" w:styleId="Seznamsodrkami3">
    <w:name w:val="List Bullet 3"/>
    <w:basedOn w:val="Normln"/>
    <w:uiPriority w:val="99"/>
    <w:unhideWhenUsed/>
    <w:rsid w:val="00326F90"/>
    <w:pPr>
      <w:numPr>
        <w:numId w:val="3"/>
      </w:numPr>
      <w:contextualSpacing/>
    </w:pPr>
  </w:style>
  <w:style w:type="paragraph" w:styleId="slovanseznam">
    <w:name w:val="List Number"/>
    <w:basedOn w:val="Normln"/>
    <w:uiPriority w:val="99"/>
    <w:unhideWhenUsed/>
    <w:rsid w:val="00326F90"/>
    <w:pPr>
      <w:numPr>
        <w:numId w:val="5"/>
      </w:numPr>
      <w:contextualSpacing/>
    </w:pPr>
  </w:style>
  <w:style w:type="paragraph" w:styleId="slovanseznam2">
    <w:name w:val="List Number 2"/>
    <w:basedOn w:val="Normln"/>
    <w:uiPriority w:val="99"/>
    <w:unhideWhenUsed/>
    <w:rsid w:val="0029639D"/>
    <w:pPr>
      <w:numPr>
        <w:numId w:val="6"/>
      </w:numPr>
      <w:contextualSpacing/>
    </w:pPr>
  </w:style>
  <w:style w:type="paragraph" w:styleId="slovanseznam3">
    <w:name w:val="List Number 3"/>
    <w:basedOn w:val="Normln"/>
    <w:uiPriority w:val="99"/>
    <w:unhideWhenUsed/>
    <w:rsid w:val="0029639D"/>
    <w:pPr>
      <w:numPr>
        <w:numId w:val="7"/>
      </w:numPr>
      <w:contextualSpacing/>
    </w:pPr>
  </w:style>
  <w:style w:type="paragraph" w:styleId="Pokraovnseznamu">
    <w:name w:val="List Continue"/>
    <w:basedOn w:val="Normln"/>
    <w:uiPriority w:val="99"/>
    <w:unhideWhenUsed/>
    <w:rsid w:val="0029639D"/>
    <w:pPr>
      <w:spacing w:after="120"/>
      <w:ind w:left="360"/>
      <w:contextualSpacing/>
    </w:pPr>
  </w:style>
  <w:style w:type="paragraph" w:styleId="Pokraovnseznamu2">
    <w:name w:val="List Continue 2"/>
    <w:basedOn w:val="Normln"/>
    <w:uiPriority w:val="99"/>
    <w:unhideWhenUsed/>
    <w:rsid w:val="0029639D"/>
    <w:pPr>
      <w:spacing w:after="120"/>
      <w:ind w:left="720"/>
      <w:contextualSpacing/>
    </w:pPr>
  </w:style>
  <w:style w:type="paragraph" w:styleId="Pokraovnseznamu3">
    <w:name w:val="List Continue 3"/>
    <w:basedOn w:val="Normln"/>
    <w:uiPriority w:val="99"/>
    <w:unhideWhenUsed/>
    <w:rsid w:val="0029639D"/>
    <w:pPr>
      <w:spacing w:after="120"/>
      <w:ind w:left="1080"/>
      <w:contextualSpacing/>
    </w:pPr>
  </w:style>
  <w:style w:type="paragraph" w:styleId="Textmakra">
    <w:name w:val="macro"/>
    <w:link w:val="Textmakra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rsid w:val="0029639D"/>
    <w:rPr>
      <w:rFonts w:ascii="Courier" w:hAnsi="Courier"/>
      <w:sz w:val="20"/>
      <w:szCs w:val="20"/>
    </w:rPr>
  </w:style>
  <w:style w:type="paragraph" w:styleId="Citt">
    <w:name w:val="Quote"/>
    <w:basedOn w:val="Normln"/>
    <w:next w:val="Normln"/>
    <w:link w:val="CittChar"/>
    <w:uiPriority w:val="29"/>
    <w:qFormat/>
    <w:rsid w:val="00FC693F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FC693F"/>
    <w:rPr>
      <w:i/>
      <w:iCs/>
      <w:color w:val="000000" w:themeColor="text1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iln">
    <w:name w:val="Strong"/>
    <w:basedOn w:val="Standardnpsmoodstavce"/>
    <w:uiPriority w:val="22"/>
    <w:qFormat/>
    <w:rsid w:val="00FC693F"/>
    <w:rPr>
      <w:b/>
      <w:bCs/>
    </w:rPr>
  </w:style>
  <w:style w:type="character" w:styleId="Zdraznn">
    <w:name w:val="Emphasis"/>
    <w:basedOn w:val="Standardnpsmoodstavce"/>
    <w:uiPriority w:val="20"/>
    <w:qFormat/>
    <w:rsid w:val="00FC693F"/>
    <w:rPr>
      <w:i/>
      <w:iCs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FC693F"/>
    <w:rPr>
      <w:b/>
      <w:bCs/>
      <w:i/>
      <w:iCs/>
      <w:color w:val="4F81BD" w:themeColor="accent1"/>
    </w:rPr>
  </w:style>
  <w:style w:type="character" w:styleId="Zdraznnjemn">
    <w:name w:val="Subtle Emphasis"/>
    <w:basedOn w:val="Standardnpsmoodstavce"/>
    <w:uiPriority w:val="19"/>
    <w:qFormat/>
    <w:rsid w:val="00FC693F"/>
    <w:rPr>
      <w:i/>
      <w:iCs/>
      <w:color w:val="808080" w:themeColor="text1" w:themeTint="7F"/>
    </w:rPr>
  </w:style>
  <w:style w:type="character" w:styleId="Zdraznnintenzivn">
    <w:name w:val="Intense Emphasis"/>
    <w:basedOn w:val="Standardnpsmoodstavce"/>
    <w:uiPriority w:val="21"/>
    <w:qFormat/>
    <w:rsid w:val="00FC693F"/>
    <w:rPr>
      <w:b/>
      <w:bCs/>
      <w:i/>
      <w:iCs/>
      <w:color w:val="4F81BD" w:themeColor="accent1"/>
    </w:rPr>
  </w:style>
  <w:style w:type="character" w:styleId="Odkazjemn">
    <w:name w:val="Subtle Reference"/>
    <w:basedOn w:val="Standardnpsmoodstavce"/>
    <w:uiPriority w:val="31"/>
    <w:qFormat/>
    <w:rsid w:val="00FC693F"/>
    <w:rPr>
      <w:smallCaps/>
      <w:color w:val="C0504D" w:themeColor="accent2"/>
      <w:u w:val="single"/>
    </w:rPr>
  </w:style>
  <w:style w:type="character" w:styleId="Odkazintenzivn">
    <w:name w:val="Intense Reference"/>
    <w:basedOn w:val="Standardnpsmoodstavce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Nzevknihy">
    <w:name w:val="Book Title"/>
    <w:basedOn w:val="Standardnpsmoodstavce"/>
    <w:uiPriority w:val="33"/>
    <w:qFormat/>
    <w:rsid w:val="00FC693F"/>
    <w:rPr>
      <w:b/>
      <w:bCs/>
      <w:smallCaps/>
      <w:spacing w:val="5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FC693F"/>
    <w:pPr>
      <w:outlineLvl w:val="9"/>
    </w:pPr>
  </w:style>
  <w:style w:type="table" w:styleId="Mkatabulky">
    <w:name w:val="Table Grid"/>
    <w:basedOn w:val="Normlntabulka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stnovn">
    <w:name w:val="Light Shading"/>
    <w:basedOn w:val="Normlntabulka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tlstnovnzvraznn1">
    <w:name w:val="Light Shading Accent 1"/>
    <w:basedOn w:val="Normlntabulka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vtlstnovnzvraznn2">
    <w:name w:val="Light Shading Accent 2"/>
    <w:basedOn w:val="Normlntabulka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vtlstnovnzvraznn3">
    <w:name w:val="Light Shading Accent 3"/>
    <w:basedOn w:val="Normlntabulka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vtlstnovnzvraznn4">
    <w:name w:val="Light Shading Accent 4"/>
    <w:basedOn w:val="Normlntabulka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vtlstnovnzvraznn5">
    <w:name w:val="Light Shading Accent 5"/>
    <w:basedOn w:val="Normlntabulka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vtlstnovnzvraznn6">
    <w:name w:val="Light Shading Accent 6"/>
    <w:basedOn w:val="Normlntabulka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Svtlseznam">
    <w:name w:val="Light List"/>
    <w:basedOn w:val="Normlntabulka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tlseznamzvraznn1">
    <w:name w:val="Light List Accent 1"/>
    <w:basedOn w:val="Normlntabulka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Svtlseznamzvraznn2">
    <w:name w:val="Light List Accent 2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Svtlseznamzvraznn3">
    <w:name w:val="Light List Accent 3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Svtlseznamzvraznn4">
    <w:name w:val="Light List Accent 4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Svtlseznamzvraznn5">
    <w:name w:val="Light List Accent 5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Svtlseznamzvraznn6">
    <w:name w:val="Light List Accent 6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Svtlmka">
    <w:name w:val="Light Grid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tlmkazvraznn1">
    <w:name w:val="Light Grid Accent 1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vtlmkazvraznn2">
    <w:name w:val="Light Grid Accent 2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Svtlmkazvraznn3">
    <w:name w:val="Light Grid Accent 3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Svtlmkazvraznn4">
    <w:name w:val="Light Grid Accent 4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Svtlmkazvraznn5">
    <w:name w:val="Light Grid Accent 5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Svtlmkazvraznn6">
    <w:name w:val="Light Grid Accent 6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tednstnovn1">
    <w:name w:val="Medium Shading 1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1">
    <w:name w:val="Medium Shading 1 Accent 1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2">
    <w:name w:val="Medium Shading 1 Accent 2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3">
    <w:name w:val="Medium Shading 1 Accent 3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4">
    <w:name w:val="Medium Shading 1 Accent 4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5">
    <w:name w:val="Medium Shading 1 Accent 5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6">
    <w:name w:val="Medium Shading 1 Accent 6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2">
    <w:name w:val="Medium Shading 2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1">
    <w:name w:val="Medium Shading 2 Accent 1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2">
    <w:name w:val="Medium Shading 2 Accent 2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3">
    <w:name w:val="Medium Shading 2 Accent 3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4">
    <w:name w:val="Medium Shading 2 Accent 4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5">
    <w:name w:val="Medium Shading 2 Accent 5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6">
    <w:name w:val="Medium Shading 2 Accent 6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eznam1">
    <w:name w:val="Medium List 1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ednseznam1zvraznn1">
    <w:name w:val="Medium List 1 Accent 1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Stednseznam1zvraznn2">
    <w:name w:val="Medium List 1 Accent 2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tednseznam1zvraznn3">
    <w:name w:val="Medium List 1 Accent 3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Stednseznam1zvraznn4">
    <w:name w:val="Medium List 1 Accent 4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Stednseznam1zvraznn5">
    <w:name w:val="Medium List 1 Accent 5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Stednseznam1zvraznn6">
    <w:name w:val="Medium List 1 Accent 6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Stednseznam2">
    <w:name w:val="Medium List 2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1">
    <w:name w:val="Medium List 2 Accent 1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2">
    <w:name w:val="Medium List 2 Accent 2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3">
    <w:name w:val="Medium List 2 Accent 3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4">
    <w:name w:val="Medium List 2 Accent 4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5">
    <w:name w:val="Medium List 2 Accent 5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6">
    <w:name w:val="Medium List 2 Accent 6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mka1">
    <w:name w:val="Medium Grid 1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tednmka1zvraznn1">
    <w:name w:val="Medium Grid 1 Accent 1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Stednmka1zvraznn2">
    <w:name w:val="Medium Grid 1 Accent 2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Stednmka1zvraznn3">
    <w:name w:val="Medium Grid 1 Accent 3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tednmka1zvraznn4">
    <w:name w:val="Medium Grid 1 Accent 4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Stednmka1zvraznn5">
    <w:name w:val="Medium Grid 1 Accent 5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Stednmka1zvraznn6">
    <w:name w:val="Medium Grid 1 Accent 6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Stednmka2">
    <w:name w:val="Medium Grid 2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1">
    <w:name w:val="Medium Grid 2 Accent 1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2">
    <w:name w:val="Medium Grid 2 Accent 2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3">
    <w:name w:val="Medium Grid 2 Accent 3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4">
    <w:name w:val="Medium Grid 2 Accent 4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5">
    <w:name w:val="Medium Grid 2 Accent 5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6">
    <w:name w:val="Medium Grid 2 Accent 6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3">
    <w:name w:val="Medium Grid 3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tednmka3zvraznn1">
    <w:name w:val="Medium Grid 3 Accent 1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Stednmka3zvraznn2">
    <w:name w:val="Medium Grid 3 Accent 2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Stednmka3zvraznn3">
    <w:name w:val="Medium Grid 3 Accent 3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Stednmka3zvraznn4">
    <w:name w:val="Medium Grid 3 Accent 4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Stednmka3zvraznn5">
    <w:name w:val="Medium Grid 3 Accent 5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Stednmka3zvraznn6">
    <w:name w:val="Medium Grid 3 Accent 6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Tmavseznam">
    <w:name w:val="Dark List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mavseznamzvraznn1">
    <w:name w:val="Dark List Accent 1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Tmavseznamzvraznn2">
    <w:name w:val="Dark List Accent 2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Tmavseznamzvraznn3">
    <w:name w:val="Dark List Accent 3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Tmavseznamzvraznn4">
    <w:name w:val="Dark List Accent 4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Tmavseznamzvraznn5">
    <w:name w:val="Dark List Accent 5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Tmavseznamzvraznn6">
    <w:name w:val="Dark List Accent 6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Barevnstnovn">
    <w:name w:val="Colorful Shading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1">
    <w:name w:val="Colorful Shading Accent 1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2">
    <w:name w:val="Colorful Shading Accent 2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3">
    <w:name w:val="Colorful Shading Accent 3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Barevnstnovnzvraznn4">
    <w:name w:val="Colorful Shading Accent 4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5">
    <w:name w:val="Colorful Shading Accent 5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6">
    <w:name w:val="Colorful Shading Accent 6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eznam">
    <w:name w:val="Colorful List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seznamzvraznn1">
    <w:name w:val="Colorful List Accent 1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Barevnseznamzvraznn2">
    <w:name w:val="Colorful List Accent 2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Barevnseznamzvraznn3">
    <w:name w:val="Colorful List Accent 3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Barevnseznamzvraznn4">
    <w:name w:val="Colorful List Accent 4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Barevnseznamzvraznn5">
    <w:name w:val="Colorful List Accent 5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Barevnseznamzvraznn6">
    <w:name w:val="Colorful List Accent 6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Barevnmka">
    <w:name w:val="Colorful Grid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Barevnmkazvraznn1">
    <w:name w:val="Colorful Grid Accent 1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Barevnmkazvraznn2">
    <w:name w:val="Colorful Grid Accent 2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Barevnmkazvraznn3">
    <w:name w:val="Colorful Grid Accent 3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Barevnmkazvraznn4">
    <w:name w:val="Colorful Grid Accent 4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Barevnmkazvraznn5">
    <w:name w:val="Colorful Grid Accent 5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Barevnmkazvraznn6">
    <w:name w:val="Colorful Grid Accent 6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39</Pages>
  <Words>7650</Words>
  <Characters>42002</Characters>
  <Application>Microsoft Office Word</Application>
  <DocSecurity>0</DocSecurity>
  <Lines>1909</Lines>
  <Paragraphs>1128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48524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Kateřina Musilová</cp:lastModifiedBy>
  <cp:revision>109</cp:revision>
  <cp:lastPrinted>2026-01-16T17:07:00Z</cp:lastPrinted>
  <dcterms:created xsi:type="dcterms:W3CDTF">2013-12-23T23:15:00Z</dcterms:created>
  <dcterms:modified xsi:type="dcterms:W3CDTF">2026-01-16T17:07:00Z</dcterms:modified>
  <cp:category/>
</cp:coreProperties>
</file>